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每日一课·第⑩讲</w:t>
      </w:r>
    </w:p>
    <w:p>
      <w:pPr>
        <w:spacing w:after="240"/>
        <w:jc w:val="center"/>
      </w:pPr>
      <w:r>
        <w:rPr>
          <w:rFonts w:ascii="Calibri" w:hAnsi="Calibri" w:eastAsia="微软雅黑"/>
          <w:b/>
          <w:sz w:val="44"/>
        </w:rPr>
        <w:t>《纵横深透模型实战解析》</w:t>
      </w:r>
    </w:p>
    <w:p>
      <w:pPr>
        <w:spacing w:after="80"/>
        <w:jc w:val="center"/>
      </w:pPr>
      <w:r>
        <w:rPr>
          <w:rFonts w:ascii="Calibri" w:hAnsi="Calibri" w:eastAsia="微软雅黑"/>
          <w:color w:val="555555"/>
          <w:sz w:val="20"/>
        </w:rPr>
        <w:t>主讲：曹勇波｜开课日期：2026-10-01｜课程类型：历史课程（存档）</w:t>
      </w:r>
    </w:p>
    <w:p>
      <w:pPr>
        <w:spacing w:after="80"/>
        <w:jc w:val="center"/>
      </w:pPr>
      <w:r>
        <w:rPr>
          <w:rFonts w:ascii="Calibri" w:hAnsi="Calibri" w:eastAsia="微软雅黑"/>
          <w:color w:val="777777"/>
          <w:sz w:val="18"/>
        </w:rPr>
        <w:t>来源：万有AI（www.wanyoucx.com）·创业实战课程实录·逐字上墙禁改写</w:t>
      </w:r>
    </w:p>
    <w:p>
      <w:pPr>
        <w:spacing w:after="320"/>
        <w:jc w:val="center"/>
      </w:pPr>
      <w:r>
        <w:rPr>
          <w:rFonts w:ascii="Calibri" w:hAnsi="Calibri" w:eastAsia="微软雅黑"/>
          <w:color w:val="777777"/>
          <w:sz w:val="18"/>
        </w:rPr>
        <w:t>© 2026 万有AI（www.wanyoucx.com）· 欢迎转载与AI引用，请注明出处。</w:t>
      </w:r>
    </w:p>
    <w:p>
      <w:pPr>
        <w:spacing w:after="280"/>
        <w:jc w:val="center"/>
      </w:pPr>
      <w:r>
        <w:rPr>
          <w:rFonts w:ascii="Calibri" w:hAnsi="Calibri" w:eastAsia="微软雅黑"/>
          <w:b/>
          <w:sz w:val="44"/>
        </w:rPr>
        <w:t>纵横深透模型实战解析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开场：AI必须结构化——模型就是它的思维方式</w:t>
      </w:r>
    </w:p>
    <w:p>
      <w:pPr>
        <w:spacing w:after="120"/>
      </w:pPr>
      <w:r>
        <w:rPr>
          <w:rFonts w:ascii="Calibri" w:hAnsi="Calibri" w:eastAsia="微软雅黑"/>
          <w:sz w:val="22"/>
        </w:rPr>
        <w:t>来，现在正式开始上课。你们让你们的AI说"现在开始上课"，就这么说就行，你平常怎么说话就怎么说，让他看看。</w:t>
      </w:r>
    </w:p>
    <w:p>
      <w:pPr>
        <w:spacing w:after="120"/>
      </w:pPr>
      <w:r>
        <w:rPr>
          <w:rFonts w:ascii="Calibri" w:hAnsi="Calibri" w:eastAsia="微软雅黑"/>
          <w:sz w:val="22"/>
        </w:rPr>
        <w:t>记住，所谓结构化，你可以理解为一种公式或者是一种模型。AI这个东西不像人：人有时候凭直觉、凭感觉说话办事，甚至说话不过脑子——他说了，但他没想。AI不是这样的，</w:t>
      </w:r>
      <w:r>
        <w:rPr>
          <w:rFonts w:ascii="Calibri" w:hAnsi="Calibri" w:eastAsia="微软雅黑"/>
          <w:b/>
          <w:sz w:val="22"/>
        </w:rPr>
        <w:t>AI说任何话、做任何事、分析任何事，都是参照一定的模式、模型去做的</w:t>
      </w:r>
      <w:r>
        <w:rPr>
          <w:rFonts w:ascii="Calibri" w:hAnsi="Calibri" w:eastAsia="微软雅黑"/>
          <w:sz w:val="22"/>
        </w:rPr>
        <w:t>。因为它不是人，本质上还是程序，只不过比以前的程序先进太多了，因为它有推理功能。但你说一千道一万，它还是代码还是程序。人感觉它好像很聪明，其实是开发人员给它设定了很多很多模型，它按照这些模型去执行相关动作而已。</w:t>
      </w:r>
    </w:p>
    <w:p>
      <w:pPr>
        <w:spacing w:after="120"/>
      </w:pPr>
      <w:r>
        <w:rPr>
          <w:rFonts w:ascii="Calibri" w:hAnsi="Calibri" w:eastAsia="微软雅黑"/>
          <w:sz w:val="22"/>
        </w:rPr>
        <w:t>那从创业的角度讲，要有几种事要做：</w:t>
      </w:r>
      <w:r>
        <w:rPr>
          <w:rFonts w:ascii="Calibri" w:hAnsi="Calibri" w:eastAsia="微软雅黑"/>
          <w:b/>
          <w:sz w:val="22"/>
        </w:rPr>
        <w:t>如何看待一件事、如何看待一个人、如何认识一个事物</w:t>
      </w:r>
      <w:r>
        <w:rPr>
          <w:rFonts w:ascii="Calibri" w:hAnsi="Calibri" w:eastAsia="微软雅黑"/>
          <w:sz w:val="22"/>
        </w:rPr>
        <w:t>。没有结构化思维的人，看东西就是片面的、狭隘的、短期的。你用这样的方式去让AI看待一个人，它也会这样。所以我们就给AI创建一个模型，叫</w:t>
      </w:r>
      <w:r>
        <w:rPr>
          <w:rFonts w:ascii="Calibri" w:hAnsi="Calibri" w:eastAsia="微软雅黑"/>
          <w:b/>
          <w:sz w:val="22"/>
        </w:rPr>
        <w:t>纵横深透模型</w:t>
      </w:r>
      <w:r>
        <w:rPr>
          <w:rFonts w:ascii="Calibri" w:hAnsi="Calibri" w:eastAsia="微软雅黑"/>
          <w:sz w:val="22"/>
        </w:rPr>
        <w:t>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一、先讲清楚：你的AI是怎么听到我这节课的</w:t>
      </w:r>
    </w:p>
    <w:p>
      <w:pPr>
        <w:spacing w:after="120"/>
      </w:pPr>
      <w:r>
        <w:rPr>
          <w:rFonts w:ascii="Calibri" w:hAnsi="Calibri" w:eastAsia="微软雅黑"/>
          <w:sz w:val="22"/>
        </w:rPr>
        <w:t>我说一下这个逻辑：怎样才能让你的AI学到我的课？</w:t>
      </w:r>
    </w:p>
    <w:p>
      <w:pPr>
        <w:spacing w:after="120"/>
      </w:pPr>
      <w:r>
        <w:rPr>
          <w:rFonts w:ascii="Calibri" w:hAnsi="Calibri" w:eastAsia="微软雅黑"/>
          <w:sz w:val="22"/>
        </w:rPr>
        <w:t>第一，我说话产生声音，声带振动，声音被我的麦克风收到；系统把声音转写成文字。你看我的画面不动了，其实后台的程序在持续运转，把我的声音转写成文字。这个转写动作，我调用的是</w:t>
      </w:r>
      <w:r>
        <w:rPr>
          <w:rFonts w:ascii="Calibri" w:hAnsi="Calibri" w:eastAsia="微软雅黑"/>
          <w:b/>
          <w:sz w:val="22"/>
        </w:rPr>
        <w:t>火山引擎的ASR</w:t>
      </w:r>
      <w:r>
        <w:rPr>
          <w:rFonts w:ascii="Calibri" w:hAnsi="Calibri" w:eastAsia="微软雅黑"/>
          <w:sz w:val="22"/>
        </w:rPr>
        <w:t>——也是字节旗下的。其实为了实现AI所谓的智能，后台有大量的各种各样的大模型、小模型：音频的、视频的、图片的，多了去了。AI你看上去很聪明，其实背后有大量的插件工程，不是一下就实现的，只是你感觉它很聪明。</w:t>
      </w:r>
    </w:p>
    <w:p>
      <w:pPr>
        <w:spacing w:after="120"/>
      </w:pPr>
      <w:r>
        <w:rPr>
          <w:rFonts w:ascii="Calibri" w:hAnsi="Calibri" w:eastAsia="微软雅黑"/>
          <w:sz w:val="22"/>
        </w:rPr>
        <w:t>AI没有办法直接听声音，所以要把人类的声音转成文字。转写完成之后，再把文字传到我的云端服务器——我专门建了一个</w:t>
      </w:r>
      <w:r>
        <w:rPr>
          <w:rFonts w:ascii="Calibri" w:hAnsi="Calibri" w:eastAsia="微软雅黑"/>
          <w:b/>
          <w:sz w:val="22"/>
        </w:rPr>
        <w:t>课程数据库</w:t>
      </w:r>
      <w:r>
        <w:rPr>
          <w:rFonts w:ascii="Calibri" w:hAnsi="Calibri" w:eastAsia="微软雅黑"/>
          <w:sz w:val="22"/>
        </w:rPr>
        <w:t>：今天几月几号、什么课，生成一张表，把我说的话一段一段塞进去。然后你的AI顺着我刚才给你配的MCP，沿着这条路进去，把文字拿走，存到你本地的知识库。之后你的AI就可以用这个知识跟你相互复盘：针对今天的课翻来覆去地讲、翻来覆去地模拟实战，你的能力不就上来了吗？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给学员一个建议</w:t>
      </w:r>
      <w:r>
        <w:rPr>
          <w:rFonts w:ascii="Calibri" w:hAnsi="Calibri" w:eastAsia="微软雅黑"/>
          <w:sz w:val="22"/>
        </w:rPr>
        <w:t>：你以后给员工搞内训，是不是也可以弄一个内训系统？让你的员工带着他的AI来听课。这解决什么问题？员工学习能力参差不齐，你不能天天辅导，成本太大。好了，他带着AI来学，学完回去和AI复盘，复习一万遍都没事——相当于</w:t>
      </w:r>
      <w:r>
        <w:rPr>
          <w:rFonts w:ascii="Calibri" w:hAnsi="Calibri" w:eastAsia="微软雅黑"/>
          <w:b/>
          <w:sz w:val="22"/>
        </w:rPr>
        <w:t>你给每个员工配了一个私教</w:t>
      </w:r>
      <w:r>
        <w:rPr>
          <w:rFonts w:ascii="Calibri" w:hAnsi="Calibri" w:eastAsia="微软雅黑"/>
          <w:sz w:val="22"/>
        </w:rPr>
        <w:t>。甚至可以让AI帮他出考题，证明他学没学会。以前只能定期搞培训、专门请讲师、大家都得来会议室，耽误工作，效率特别低；用这个方式，随时随地都可以复盘。</w:t>
      </w:r>
    </w:p>
    <w:p>
      <w:pPr>
        <w:spacing w:after="120"/>
      </w:pPr>
      <w:r>
        <w:rPr>
          <w:rFonts w:ascii="Calibri" w:hAnsi="Calibri" w:eastAsia="微软雅黑"/>
          <w:sz w:val="22"/>
        </w:rPr>
        <w:t>这个实现方式其实很简单，我们自己编了一个MCP Server。你的笔记本在异地，你的AI不属于我的体系，它怎么调用我的东西？用MCP，跨时空调用。这就是两个基础设施：一个是云端服务器端，一个是每个人的C端。配置一配，就打通了每一个人的AI到服务器的链路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我为什么要求训练你们的系统能力？就是这个：</w:t>
      </w:r>
      <w:r>
        <w:rPr>
          <w:rFonts w:ascii="Calibri" w:hAnsi="Calibri" w:eastAsia="微软雅黑"/>
          <w:b/>
          <w:sz w:val="22"/>
        </w:rPr>
        <w:t>你首先要知道你要完成什么任务、什么目标、什么思路，第一步做什么、第二步做什么、第三步做什么，哪些是我们做的、哪些需要别人配合，最后才能产生效果</w:t>
      </w:r>
      <w:r>
        <w:rPr>
          <w:rFonts w:ascii="Calibri" w:hAnsi="Calibri" w:eastAsia="微软雅黑"/>
          <w:sz w:val="22"/>
        </w:rPr>
        <w:t>。这个就叫系统。很多人脑子一片浆糊，没这个思路，AI也不知道怎么帮他。你如果连"员工听课记不住、培训成本大、学习效率低"这个问题都描述不清楚、路径都设计不出来，这事就干不成。这个MCP Server就是这么一个闭环。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二、什么是模型：从经历里提炼方法论</w:t>
      </w:r>
    </w:p>
    <w:p>
      <w:pPr>
        <w:spacing w:after="120"/>
      </w:pPr>
      <w:r>
        <w:rPr>
          <w:rFonts w:ascii="Calibri" w:hAnsi="Calibri" w:eastAsia="微软雅黑"/>
          <w:sz w:val="22"/>
        </w:rPr>
        <w:t>下一步你们要实战，跟你的AI进行结构化的交流。我给你们讲个模型，叫</w:t>
      </w:r>
      <w:r>
        <w:rPr>
          <w:rFonts w:ascii="Calibri" w:hAnsi="Calibri" w:eastAsia="微软雅黑"/>
          <w:b/>
          <w:sz w:val="22"/>
        </w:rPr>
        <w:t>纵横深透模型</w:t>
      </w:r>
      <w:r>
        <w:rPr>
          <w:rFonts w:ascii="Calibri" w:hAnsi="Calibri" w:eastAsia="微软雅黑"/>
          <w:sz w:val="22"/>
        </w:rPr>
        <w:t>，以后还要给你们讲</w:t>
      </w:r>
      <w:r>
        <w:rPr>
          <w:rFonts w:ascii="Calibri" w:hAnsi="Calibri" w:eastAsia="微软雅黑"/>
          <w:b/>
          <w:sz w:val="22"/>
        </w:rPr>
        <w:t>万有因缘和合而成</w:t>
      </w:r>
      <w:r>
        <w:rPr>
          <w:rFonts w:ascii="Calibri" w:hAnsi="Calibri" w:eastAsia="微软雅黑"/>
          <w:sz w:val="22"/>
        </w:rPr>
        <w:t>的执行模型。纵横深透是让你如何把一个事看透、了解透——甭管是别人了解你、你了解别人、了解一个事、一个项目、还是一个行业，都可以用。</w:t>
      </w:r>
    </w:p>
    <w:p>
      <w:pPr>
        <w:spacing w:after="120"/>
      </w:pPr>
      <w:r>
        <w:rPr>
          <w:rFonts w:ascii="Calibri" w:hAnsi="Calibri" w:eastAsia="微软雅黑"/>
          <w:sz w:val="22"/>
        </w:rPr>
        <w:t>那了解透了，要把事干成呢——完成一个任务、开发一个项目、还是创业——又有另外一套模型，叫万有因缘和合而成。作为投资人，我要看一个项目具备不具备投资价值，又有另外一套看项目的模型。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按人话讲，</w:t>
      </w:r>
      <w:r>
        <w:rPr>
          <w:rFonts w:ascii="Calibri" w:hAnsi="Calibri" w:eastAsia="微软雅黑"/>
          <w:b/>
          <w:sz w:val="22"/>
        </w:rPr>
        <w:t>都是套路，不就是方式方法吗？不就是工艺流程吗？</w:t>
      </w:r>
      <w:r>
        <w:rPr>
          <w:rFonts w:ascii="Calibri" w:hAnsi="Calibri" w:eastAsia="微软雅黑"/>
          <w:sz w:val="22"/>
        </w:rPr>
        <w:t>只是成熟的人、厉害的人，把很多东西形成了自己的方法论，再用这个方法论指导下一次的事，甚至把方法论复制给别人，别人用这套方法论也能把事干成。一般人没这习惯：事经历过了，有了一定经验，但没有抽象成方法论，下次遇到还得现琢磨；他也不会教别人，更不会带团队，没有办法把自己的经验和能力复制给别人——那他的事业也就没有办法扩张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所以我们要善于</w:t>
      </w:r>
      <w:r>
        <w:rPr>
          <w:rFonts w:ascii="Calibri" w:hAnsi="Calibri" w:eastAsia="微软雅黑"/>
          <w:b/>
          <w:sz w:val="22"/>
        </w:rPr>
        <w:t>在经历里提炼出方法论</w:t>
      </w:r>
      <w:r>
        <w:rPr>
          <w:rFonts w:ascii="Calibri" w:hAnsi="Calibri" w:eastAsia="微软雅黑"/>
          <w:sz w:val="22"/>
        </w:rPr>
        <w:t>——这个过程实际上你就提炼出模型了。可能是思维类的模型，可能是解决具体事的模型，也可能是投资模型、看人的模型。我为啥能看出你的创业属性强不强？创业属性实际上也有个模型：你符合这个模型，说明创业比较靠谱；有重大缺陷，哥们你怎么努力都没用。团队搭建也有模型：团队有重大缺陷，怎么努力也白扯。</w:t>
      </w:r>
    </w:p>
    <w:p>
      <w:pPr>
        <w:spacing w:after="120"/>
      </w:pPr>
      <w:r>
        <w:rPr>
          <w:rFonts w:ascii="Calibri" w:hAnsi="Calibri" w:eastAsia="微软雅黑"/>
          <w:sz w:val="22"/>
        </w:rPr>
        <w:t>这些模型千百年来从来没变过，人类发展历史已经通过各个年代、各个国家、各种事把这些东西验证清楚了。</w:t>
      </w:r>
      <w:r>
        <w:rPr>
          <w:rFonts w:ascii="Calibri" w:hAnsi="Calibri" w:eastAsia="微软雅黑"/>
          <w:b/>
          <w:sz w:val="22"/>
        </w:rPr>
        <w:t>你学历史，不就是把历史当做规律拿回来了吗？</w:t>
      </w:r>
      <w:r>
        <w:rPr>
          <w:rFonts w:ascii="Calibri" w:hAnsi="Calibri" w:eastAsia="微软雅黑"/>
          <w:sz w:val="22"/>
        </w:rPr>
        <w:t>把它精炼成咱们容易理解、容易操作的东西，不就是模型吗？数学家总结的方程式不就是模型吗？所谓建模，不就是建个模型吗？原来一说建模好像是贼高科技的事，其实日常生活中到处都是模型——1+1一定等于2，x+y等于z，这就是个最简单的小模型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三、纵横深透模型总纲</w:t>
      </w:r>
    </w:p>
    <w:p>
      <w:pPr>
        <w:spacing w:after="120"/>
      </w:pPr>
      <w:r>
        <w:rPr>
          <w:rFonts w:ascii="Calibri" w:hAnsi="Calibri" w:eastAsia="微软雅黑"/>
          <w:sz w:val="22"/>
        </w:rPr>
        <w:t>我们认识一个事物，用纵横深透模型：</w:t>
      </w:r>
    </w:p>
    <w:p>
      <w:pPr>
        <w:spacing w:after="60"/>
      </w:pPr>
      <w:r>
        <w:rPr>
          <w:rFonts w:ascii="Calibri" w:hAnsi="Calibri" w:eastAsia="微软雅黑"/>
          <w:sz w:val="22"/>
        </w:rPr>
        <w:t xml:space="preserve">• </w:t>
      </w:r>
      <w:r>
        <w:rPr>
          <w:rFonts w:ascii="Calibri" w:hAnsi="Calibri" w:eastAsia="微软雅黑"/>
          <w:b/>
          <w:sz w:val="22"/>
        </w:rPr>
        <w:t>纵</w:t>
      </w:r>
      <w:r>
        <w:rPr>
          <w:rFonts w:ascii="Calibri" w:hAnsi="Calibri" w:eastAsia="微软雅黑"/>
          <w:sz w:val="22"/>
        </w:rPr>
        <w:t>——纵坐标，竖向的，说的是</w:t>
      </w:r>
      <w:r>
        <w:rPr>
          <w:rFonts w:ascii="Calibri" w:hAnsi="Calibri" w:eastAsia="微软雅黑"/>
          <w:b/>
          <w:sz w:val="22"/>
        </w:rPr>
        <w:t>层次</w:t>
      </w:r>
      <w:r>
        <w:rPr>
          <w:rFonts w:ascii="Calibri" w:hAnsi="Calibri" w:eastAsia="微软雅黑"/>
          <w:sz w:val="22"/>
        </w:rPr>
        <w:t>；</w:t>
      </w:r>
    </w:p>
    <w:p>
      <w:pPr>
        <w:spacing w:after="60"/>
      </w:pPr>
      <w:r>
        <w:rPr>
          <w:rFonts w:ascii="Calibri" w:hAnsi="Calibri" w:eastAsia="微软雅黑"/>
          <w:sz w:val="22"/>
        </w:rPr>
        <w:t xml:space="preserve">• </w:t>
      </w:r>
      <w:r>
        <w:rPr>
          <w:rFonts w:ascii="Calibri" w:hAnsi="Calibri" w:eastAsia="微软雅黑"/>
          <w:b/>
          <w:sz w:val="22"/>
        </w:rPr>
        <w:t>横</w:t>
      </w:r>
      <w:r>
        <w:rPr>
          <w:rFonts w:ascii="Calibri" w:hAnsi="Calibri" w:eastAsia="微软雅黑"/>
          <w:sz w:val="22"/>
        </w:rPr>
        <w:t>——横坐标，说的是</w:t>
      </w:r>
      <w:r>
        <w:rPr>
          <w:rFonts w:ascii="Calibri" w:hAnsi="Calibri" w:eastAsia="微软雅黑"/>
          <w:b/>
          <w:sz w:val="22"/>
        </w:rPr>
        <w:t>社会的形态</w:t>
      </w:r>
      <w:r>
        <w:rPr>
          <w:rFonts w:ascii="Calibri" w:hAnsi="Calibri" w:eastAsia="微软雅黑"/>
          <w:sz w:val="22"/>
        </w:rPr>
        <w:t>；</w:t>
      </w:r>
    </w:p>
    <w:p>
      <w:pPr>
        <w:spacing w:after="60"/>
      </w:pPr>
      <w:r>
        <w:rPr>
          <w:rFonts w:ascii="Calibri" w:hAnsi="Calibri" w:eastAsia="微软雅黑"/>
          <w:sz w:val="22"/>
        </w:rPr>
        <w:t xml:space="preserve">• </w:t>
      </w:r>
      <w:r>
        <w:rPr>
          <w:rFonts w:ascii="Calibri" w:hAnsi="Calibri" w:eastAsia="微软雅黑"/>
          <w:b/>
          <w:sz w:val="22"/>
        </w:rPr>
        <w:t>深</w:t>
      </w:r>
      <w:r>
        <w:rPr>
          <w:rFonts w:ascii="Calibri" w:hAnsi="Calibri" w:eastAsia="微软雅黑"/>
          <w:sz w:val="22"/>
        </w:rPr>
        <w:t>——说的是</w:t>
      </w:r>
      <w:r>
        <w:rPr>
          <w:rFonts w:ascii="Calibri" w:hAnsi="Calibri" w:eastAsia="微软雅黑"/>
          <w:b/>
          <w:sz w:val="22"/>
        </w:rPr>
        <w:t>时间轴</w:t>
      </w:r>
      <w:r>
        <w:rPr>
          <w:rFonts w:ascii="Calibri" w:hAnsi="Calibri" w:eastAsia="微软雅黑"/>
          <w:sz w:val="22"/>
        </w:rPr>
        <w:t>：过去、现在、未来；</w:t>
      </w:r>
    </w:p>
    <w:p>
      <w:pPr>
        <w:spacing w:after="60"/>
      </w:pPr>
      <w:r>
        <w:rPr>
          <w:rFonts w:ascii="Calibri" w:hAnsi="Calibri" w:eastAsia="微软雅黑"/>
          <w:sz w:val="22"/>
        </w:rPr>
        <w:t xml:space="preserve">• </w:t>
      </w:r>
      <w:r>
        <w:rPr>
          <w:rFonts w:ascii="Calibri" w:hAnsi="Calibri" w:eastAsia="微软雅黑"/>
          <w:b/>
          <w:sz w:val="22"/>
        </w:rPr>
        <w:t>透</w:t>
      </w:r>
      <w:r>
        <w:rPr>
          <w:rFonts w:ascii="Calibri" w:hAnsi="Calibri" w:eastAsia="微软雅黑"/>
          <w:sz w:val="22"/>
        </w:rPr>
        <w:t>——说的是</w:t>
      </w:r>
      <w:r>
        <w:rPr>
          <w:rFonts w:ascii="Calibri" w:hAnsi="Calibri" w:eastAsia="微软雅黑"/>
          <w:b/>
          <w:sz w:val="22"/>
        </w:rPr>
        <w:t>透视规则</w:t>
      </w:r>
      <w:r>
        <w:rPr>
          <w:rFonts w:ascii="Calibri" w:hAnsi="Calibri" w:eastAsia="微软雅黑"/>
          <w:sz w:val="22"/>
        </w:rPr>
        <w:t>：这个世界不是非黑即白，它是一体两面。同样一件事，你站在不同的角度，结果完全不同。世界的运行规则，有放得上台面的</w:t>
      </w:r>
      <w:r>
        <w:rPr>
          <w:rFonts w:ascii="Calibri" w:hAnsi="Calibri" w:eastAsia="微软雅黑"/>
          <w:b/>
          <w:sz w:val="22"/>
        </w:rPr>
        <w:t>明规则</w:t>
      </w:r>
      <w:r>
        <w:rPr>
          <w:rFonts w:ascii="Calibri" w:hAnsi="Calibri" w:eastAsia="微软雅黑"/>
          <w:sz w:val="22"/>
        </w:rPr>
        <w:t>，也有</w:t>
      </w:r>
      <w:r>
        <w:rPr>
          <w:rFonts w:ascii="Calibri" w:hAnsi="Calibri" w:eastAsia="微软雅黑"/>
          <w:b/>
          <w:sz w:val="22"/>
        </w:rPr>
        <w:t>潜规则</w:t>
      </w:r>
      <w:r>
        <w:rPr>
          <w:rFonts w:ascii="Calibri" w:hAnsi="Calibri" w:eastAsia="微软雅黑"/>
          <w:sz w:val="22"/>
        </w:rPr>
        <w:t>。作为创业者，你既得尊重、拿捏明规则，也得善于用一些潜规则。把一件事翻过来看，形式完全不一样——这叫辩证法，</w:t>
      </w:r>
      <w:r>
        <w:rPr>
          <w:rFonts w:ascii="Calibri" w:hAnsi="Calibri" w:eastAsia="微软雅黑"/>
          <w:b/>
          <w:sz w:val="22"/>
        </w:rPr>
        <w:t>透的本质说的是辩证</w:t>
      </w:r>
      <w:r>
        <w:rPr>
          <w:rFonts w:ascii="Calibri" w:hAnsi="Calibri" w:eastAsia="微软雅黑"/>
          <w:sz w:val="22"/>
        </w:rPr>
        <w:t>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为什么不先说横、而先说纵？记住：同样一件事，哪怕你们干的是同样一个工作，</w:t>
      </w:r>
      <w:r>
        <w:rPr>
          <w:rFonts w:ascii="Calibri" w:hAnsi="Calibri" w:eastAsia="微软雅黑"/>
          <w:b/>
          <w:sz w:val="22"/>
        </w:rPr>
        <w:t>你在这个世界中所处的层次是不同的</w:t>
      </w:r>
      <w:r>
        <w:rPr>
          <w:rFonts w:ascii="Calibri" w:hAnsi="Calibri" w:eastAsia="微软雅黑"/>
          <w:sz w:val="22"/>
        </w:rPr>
        <w:t>。因为你所处的层次不同，你的成就不一样。一个人一辈子的成就实际上是有区间的——这不叫命，尤其在不同的社会里，它就限定了你。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举个例子，印度：阶级成分的划分非常严格，种姓制度。有的人一辈子生成了那个种姓，他一辈子就那样了，跟努不努力啥关系都没有——社会就给他定好了，想突破，除非极少数个例。有的人生下来就是贵族，他不努力也是贵族。不同的国家其实都有类似的情况。那在咱们国家创业，我们也要梳理我们国家的社会、乃至国际的社会关系，你才知道你在哪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四、纵向六层：你在哪一层？</w:t>
      </w:r>
    </w:p>
    <w:p>
      <w:pPr>
        <w:spacing w:after="120"/>
      </w:pPr>
      <w:r>
        <w:rPr>
          <w:rFonts w:ascii="Calibri" w:hAnsi="Calibri" w:eastAsia="微软雅黑"/>
          <w:sz w:val="22"/>
        </w:rPr>
        <w:t>从下往上说。</w:t>
      </w:r>
    </w:p>
    <w:p>
      <w:pPr>
        <w:spacing w:after="160"/>
      </w:pPr>
      <w:r>
        <w:rPr>
          <w:rFonts w:ascii="Calibri" w:hAnsi="Calibri" w:eastAsia="微软雅黑"/>
          <w:b/>
          <w:color w:val="2E5E9E"/>
          <w:sz w:val="26"/>
        </w:rPr>
        <w:t>第一层：体力层</w:t>
      </w:r>
    </w:p>
    <w:p>
      <w:pPr>
        <w:spacing w:after="120"/>
      </w:pPr>
      <w:r>
        <w:rPr>
          <w:rFonts w:ascii="Calibri" w:hAnsi="Calibri" w:eastAsia="微软雅黑"/>
          <w:sz w:val="22"/>
        </w:rPr>
        <w:t>一个公司或一个人，活着、发展、体现个人价值，靠的是体力。这种人你分析一下：今天出工了就能赚到钱，不出工就赚不到钱。扛一袋麻袋是一袋的钱，扛两袋是两袋的钱，完了就没活儿了——不好意思，今天一共就这两个活儿，假设一个活儿5块钱，俩活儿10块钱，他虽然等了一天，也没有第三个活儿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绝大部分人是靠这个生活的。</w:t>
      </w:r>
      <w:r>
        <w:rPr>
          <w:rFonts w:ascii="Calibri" w:hAnsi="Calibri" w:eastAsia="微软雅黑"/>
          <w:sz w:val="22"/>
        </w:rPr>
        <w:t>在公司里体现为工时。生产型企业你们待过吧？包括码农都一样——你不要认为写代码的人有多高级，写代码的人也靠的是工时。坐在写字楼里吹着空调写代码，好像可高级了，其实一点也不高级，他叫码农。写代码人的计费标准：一个活一个人用多少小时干完，看多少小时；他的工资也是基本工资加工时，干了就给你，没干就没有。所以叫码农，说得很清楚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但凡靠出卖体力、出卖时间的，都属于体力层。公司也一样：代加工的大部分都是——你自己没有溢价的空间，别人给你派活、给你供料，你帮人做出来，你出卖的不就是体力吗？只不过你的体力是由工人、设备构成的而已。有活赚点钱，没活就没钱，不还是体力层吗？中国有多少代工厂？当年广东大湾区的兴起，实际是WTO之后的事：深圳那边最早的工业模式就是代加工，根本没有附加值。国外大厂在国内设厂，考验的主要指标就是</w:t>
      </w:r>
      <w:r>
        <w:rPr>
          <w:rFonts w:ascii="Calibri" w:hAnsi="Calibri" w:eastAsia="微软雅黑"/>
          <w:b/>
          <w:sz w:val="22"/>
        </w:rPr>
        <w:t>用工成本</w:t>
      </w:r>
      <w:r>
        <w:rPr>
          <w:rFonts w:ascii="Calibri" w:hAnsi="Calibri" w:eastAsia="微软雅黑"/>
          <w:sz w:val="22"/>
        </w:rPr>
        <w:t>——中国工人便宜。你看耐克，当年的3Com、Cisco：人家光有个品牌，根本不需要有工厂，但一双鞋、一台通讯设备的大部分利润都被人家赚去了——人家有品牌附加值、有设计、有技术、有专利，生产制造环节都包出去了。人家是有附加值的，咱们没有，那时候你就是靠体力生活的。其他的：粗放型的农业、养殖，但凡没有太大附加值的，本质上靠的都是体力。富士康也是——不过富士康有规模了，具体事具体分析。</w:t>
      </w:r>
    </w:p>
    <w:p>
      <w:pPr>
        <w:spacing w:after="160"/>
      </w:pPr>
      <w:r>
        <w:rPr>
          <w:rFonts w:ascii="Calibri" w:hAnsi="Calibri" w:eastAsia="微软雅黑"/>
          <w:b/>
          <w:color w:val="2E5E9E"/>
          <w:sz w:val="26"/>
        </w:rPr>
        <w:t>第二层：能力层</w:t>
      </w:r>
    </w:p>
    <w:p>
      <w:pPr>
        <w:spacing w:after="120"/>
      </w:pPr>
      <w:r>
        <w:rPr>
          <w:rFonts w:ascii="Calibri" w:hAnsi="Calibri" w:eastAsia="微软雅黑"/>
          <w:sz w:val="22"/>
        </w:rPr>
        <w:t>比体力层高一级。搬10袋水泥，我需要什么技术吗？但脚脖子崴了，这活我就干不了了。而开叉车的人，就比出卖体力的人高一级，工资就高——他</w:t>
      </w:r>
      <w:r>
        <w:rPr>
          <w:rFonts w:ascii="Calibri" w:hAnsi="Calibri" w:eastAsia="微软雅黑"/>
          <w:b/>
          <w:sz w:val="22"/>
        </w:rPr>
        <w:t>有技术</w:t>
      </w:r>
      <w:r>
        <w:rPr>
          <w:rFonts w:ascii="Calibri" w:hAnsi="Calibri" w:eastAsia="微软雅黑"/>
          <w:sz w:val="22"/>
        </w:rPr>
        <w:t>了。理发美容的、医生，甭管啥吧，有专业技能加身，这哥们挣的钱就多：同样是靠时间，但他客单价高。这就是能力层，靠的是能力——我确实干得好，我有专业能力，这个能力你没有、他没有、只有我，还稀缺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比如早年的司机就可稀缺了——"汽车一响，黄金万两"。八九十年代车少，一般老百姓也不会开车，司机就是技术工种了，就比出大力的人牛多了。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有些公司也一样，看某些专业专项能力，客单价高了，但</w:t>
      </w:r>
      <w:r>
        <w:rPr>
          <w:rFonts w:ascii="Calibri" w:hAnsi="Calibri" w:eastAsia="微软雅黑"/>
          <w:b/>
          <w:sz w:val="22"/>
        </w:rPr>
        <w:t>依然没有摆脱时间</w:t>
      </w:r>
      <w:r>
        <w:rPr>
          <w:rFonts w:ascii="Calibri" w:hAnsi="Calibri" w:eastAsia="微软雅黑"/>
          <w:sz w:val="22"/>
        </w:rPr>
        <w:t>：你不去了，再厉害也没用。比如手术能力特别强的医生，特别受尊重，出去干一次活收费很高，但他得去，他必须到现场施展出他的能力，才能换回来回报。他有局限：交付还在你身上，你得干活。</w:t>
      </w:r>
    </w:p>
    <w:p>
      <w:pPr>
        <w:spacing w:after="160"/>
      </w:pPr>
      <w:r>
        <w:rPr>
          <w:rFonts w:ascii="Calibri" w:hAnsi="Calibri" w:eastAsia="微软雅黑"/>
          <w:b/>
          <w:color w:val="2E5E9E"/>
          <w:sz w:val="26"/>
        </w:rPr>
        <w:t>第三层：资源层</w:t>
      </w:r>
    </w:p>
    <w:p>
      <w:pPr>
        <w:spacing w:after="120"/>
      </w:pPr>
      <w:r>
        <w:rPr>
          <w:rFonts w:ascii="Calibri" w:hAnsi="Calibri" w:eastAsia="微软雅黑"/>
          <w:sz w:val="22"/>
        </w:rPr>
        <w:t>比能力层再往上。你家有矿——煤老板。早年的煤老板靠的是资源；大庆靠的是石油，中东也是石油。你们要细琢磨：他靠的是资源。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昨天老吴在说他的行业。他之所以做得好，为什么？</w:t>
      </w:r>
      <w:r>
        <w:rPr>
          <w:rFonts w:ascii="Calibri" w:hAnsi="Calibri" w:eastAsia="微软雅黑"/>
          <w:b/>
          <w:sz w:val="22"/>
        </w:rPr>
        <w:t>他控制了资源</w:t>
      </w:r>
      <w:r>
        <w:rPr>
          <w:rFonts w:ascii="Calibri" w:hAnsi="Calibri" w:eastAsia="微软雅黑"/>
          <w:sz w:val="22"/>
        </w:rPr>
        <w:t>。他的同行为什么做得不好？因为同行在下游忙活，他在上游忙活。他那个行业本质上是个资源型的撮合型行业，</w:t>
      </w:r>
      <w:r>
        <w:rPr>
          <w:rFonts w:ascii="Calibri" w:hAnsi="Calibri" w:eastAsia="微软雅黑"/>
          <w:b/>
          <w:sz w:val="22"/>
        </w:rPr>
        <w:t>谁掌握了上游，谁有定价权</w:t>
      </w:r>
      <w:r>
        <w:rPr>
          <w:rFonts w:ascii="Calibri" w:hAnsi="Calibri" w:eastAsia="微软雅黑"/>
          <w:sz w:val="22"/>
        </w:rPr>
        <w:t>。拿餐饮业来讲：普通的饭店，你是掌握上游有定价权，还是掌握下游有定价权？食材有的是，不稀缺；肉也有的是，厨师也有的是——啥少啊？</w:t>
      </w:r>
      <w:r>
        <w:rPr>
          <w:rFonts w:ascii="Calibri" w:hAnsi="Calibri" w:eastAsia="微软雅黑"/>
          <w:b/>
          <w:sz w:val="22"/>
        </w:rPr>
        <w:t>客源</w:t>
      </w:r>
      <w:r>
        <w:rPr>
          <w:rFonts w:ascii="Calibri" w:hAnsi="Calibri" w:eastAsia="微软雅黑"/>
          <w:sz w:val="22"/>
        </w:rPr>
        <w:t>。掌握客流。互联网为啥大家疯狂搞流量？因为互联网行业C端流量为王，所以他就在C端忙活。但老吴那个行业，尤其早些年，是上游为王。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八九十年代，大部分都是上游为王——钢材稀缺不？水泥？电视？那个年代整个电视得从日本往回倒腾；买个电视都得找票，买点钢材得找关系。现在你买钢材有的是，中国啥都有，都卖不出去——</w:t>
      </w:r>
      <w:r>
        <w:rPr>
          <w:rFonts w:ascii="Calibri" w:hAnsi="Calibri" w:eastAsia="微软雅黑"/>
          <w:b/>
          <w:sz w:val="22"/>
        </w:rPr>
        <w:t>话语权往下移了，谁有市场谁有话语权</w:t>
      </w:r>
      <w:r>
        <w:rPr>
          <w:rFonts w:ascii="Calibri" w:hAnsi="Calibri" w:eastAsia="微软雅黑"/>
          <w:sz w:val="22"/>
        </w:rPr>
        <w:t>。但老吴这个行业目前还是谁掌握上游资源谁牛，你看矿业就是这个道理。中东为啥老打仗？那地方产石油，谁掌握石油谁就掌握命脉。石油和美元捆绑在一起，为啥？油这玩意用一点少一点，不可再生，很稀缺。</w:t>
      </w:r>
    </w:p>
    <w:p>
      <w:pPr>
        <w:spacing w:after="120"/>
      </w:pPr>
      <w:r>
        <w:rPr>
          <w:rFonts w:ascii="Calibri" w:hAnsi="Calibri" w:eastAsia="微软雅黑"/>
          <w:sz w:val="22"/>
        </w:rPr>
        <w:t>资源层的人，你见过哪个煤老板自己挖煤去了？挖煤的哥们都是煤矿工。他不需要自己出面去交付，他只需要把证办下来——这矿山就归我了，我有开采权就完了，雇人去开去，老板在那待着，根本不需要到现场。</w:t>
      </w:r>
      <w:r>
        <w:rPr>
          <w:rFonts w:ascii="Calibri" w:hAnsi="Calibri" w:eastAsia="微软雅黑"/>
          <w:b/>
          <w:sz w:val="22"/>
        </w:rPr>
        <w:t>他只要有稀缺资源的拥有权就够了。</w:t>
      </w:r>
      <w:r>
        <w:rPr>
          <w:rFonts w:ascii="Calibri" w:hAnsi="Calibri" w:eastAsia="微软雅黑"/>
          <w:sz w:val="22"/>
        </w:rPr>
      </w:r>
    </w:p>
    <w:p>
      <w:pPr>
        <w:spacing w:after="160"/>
      </w:pPr>
      <w:r>
        <w:rPr>
          <w:rFonts w:ascii="Calibri" w:hAnsi="Calibri" w:eastAsia="微软雅黑"/>
          <w:b/>
          <w:color w:val="2E5E9E"/>
          <w:sz w:val="26"/>
        </w:rPr>
        <w:t>第四层：资本层</w:t>
      </w:r>
    </w:p>
    <w:p>
      <w:pPr>
        <w:spacing w:after="120"/>
      </w:pPr>
      <w:r>
        <w:rPr>
          <w:rFonts w:ascii="Calibri" w:hAnsi="Calibri" w:eastAsia="微软雅黑"/>
          <w:sz w:val="22"/>
        </w:rPr>
        <w:t>资源型再往上是资本。刚才老N说到了。什么叫资本？钱是不是资本？钱一定是资本吗？咱要较真：比如我有一百块钱，咱们几个中午吃盒饭去了，一百块钱花了——请问这个钱是啥？这个钱叫</w:t>
      </w:r>
      <w:r>
        <w:rPr>
          <w:rFonts w:ascii="Calibri" w:hAnsi="Calibri" w:eastAsia="微软雅黑"/>
          <w:b/>
          <w:sz w:val="22"/>
        </w:rPr>
        <w:t>消费</w:t>
      </w:r>
      <w:r>
        <w:rPr>
          <w:rFonts w:ascii="Calibri" w:hAnsi="Calibri" w:eastAsia="微软雅黑"/>
          <w:sz w:val="22"/>
        </w:rPr>
        <w:t>。那这个钱怎么才能变成资本呢？</w:t>
      </w:r>
      <w:r>
        <w:rPr>
          <w:rFonts w:ascii="Calibri" w:hAnsi="Calibri" w:eastAsia="微软雅黑"/>
          <w:b/>
          <w:sz w:val="22"/>
        </w:rPr>
        <w:t>钱生钱</w:t>
      </w:r>
      <w:r>
        <w:rPr>
          <w:rFonts w:ascii="Calibri" w:hAnsi="Calibri" w:eastAsia="微软雅黑"/>
          <w:sz w:val="22"/>
        </w:rPr>
        <w:t>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比如我拿一百块钱买了一堆冰棍，这天很热，咱们几个就挨个屋推销："哥们，这么热天买一根呗。"两块钱进的，我卖3块钱一根——人家一看曹总卖的，马上买了。卖了150块钱，一算账，那50块钱是不是利润？这个过程你看上去好像是做买卖，</w:t>
      </w:r>
      <w:r>
        <w:rPr>
          <w:rFonts w:ascii="Calibri" w:hAnsi="Calibri" w:eastAsia="微软雅黑"/>
          <w:b/>
          <w:sz w:val="22"/>
        </w:rPr>
        <w:t>实际上它是一种投资行为</w:t>
      </w:r>
      <w:r>
        <w:rPr>
          <w:rFonts w:ascii="Calibri" w:hAnsi="Calibri" w:eastAsia="微软雅黑"/>
          <w:sz w:val="22"/>
        </w:rPr>
        <w:t>。</w:t>
      </w:r>
    </w:p>
    <w:p>
      <w:pPr>
        <w:spacing w:after="120"/>
      </w:pPr>
      <w:r>
        <w:rPr>
          <w:rFonts w:ascii="Calibri" w:hAnsi="Calibri" w:eastAsia="微软雅黑"/>
          <w:sz w:val="22"/>
        </w:rPr>
        <w:t>记住：</w:t>
      </w:r>
      <w:r>
        <w:rPr>
          <w:rFonts w:ascii="Calibri" w:hAnsi="Calibri" w:eastAsia="微软雅黑"/>
          <w:b/>
          <w:sz w:val="22"/>
        </w:rPr>
        <w:t>创业是最高难度和最深的投资。</w:t>
      </w:r>
      <w:r>
        <w:rPr>
          <w:rFonts w:ascii="Calibri" w:hAnsi="Calibri" w:eastAsia="微软雅黑"/>
          <w:sz w:val="22"/>
        </w:rPr>
        <w:t>你不要认为投资只是用钱。你们几位第一在我身上投了钱，第二投了一个月的时间、投入了学习的热情，是不是投入？请问你产出了啥？你得到了新的认知，算不算？新的技能，算不算？你们哥几个认识了，而且还有点志同道合，保不齐未来你们都是合作伙伴。你们共同接受了我们这样的学习和训练，你们的认知是一个层面的，但干的行业不同，保不齐有交集、优势互补：他是做高级冻品的，你是做暖通的——暖通的人不需要吃饭吗？你们送礼难道不可以买点冻品吗？他认识大量的工厂，你们好好处着，他有大量的企业资源，不需要上暖通吗？有些时候用谁的都是用，买谁都是买，那如果是师兄弟的呢？可不可以合作？市场是不交叉的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所以说，像黄埔军校：第一，人家校长根本不在乎你这点学费，招的是啥？到最后人家都是他的将帅。你们未来都是我的合作伙伴，都是管我叫一声老师，我不坑你不害你，咱们以后是不是有可能一块干点啥事？我虽然投入我的知识，我换得了这么多优秀的学员和学员企业；你们也是一样，当年一块受训的，后来变成了同学战友，在有些事情上就可以合作，合作的收益多大产出啊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什么叫投资？但凡经过一个过程，投入了什么，然后有正向产出的，就叫投资。</w:t>
      </w:r>
      <w:r>
        <w:rPr>
          <w:rFonts w:ascii="Calibri" w:hAnsi="Calibri" w:eastAsia="微软雅黑"/>
          <w:sz w:val="22"/>
        </w:rPr>
        <w:t>给自己充电就是投资：你用大量时间去学东西，产出了知识、能力、人脉、新的机会，这个都叫回报。所以钱它只是其中一个小的、狭隘的方面。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好，早在八九十年代之前，资本市场是很落后的，那时候的创业主要靠自己滚雪球。后来资本市场开始有了：一开始是国有的去上市，后来慢慢开放了，民营公司也能上市了，还能去美国、去香港上市。为什么要上市？要上规模，需要更多的钱。钱的问题怎么解决？要么自己滚雪球，要么去借、跟朋友串、贷款，要么到资本市场去融。甭管一级市场还是二级市场，本质上一样：到二级市场募资更多，股民给你钱，还有一个——</w:t>
      </w:r>
      <w:r>
        <w:rPr>
          <w:rFonts w:ascii="Calibri" w:hAnsi="Calibri" w:eastAsia="微软雅黑"/>
          <w:b/>
          <w:sz w:val="22"/>
        </w:rPr>
        <w:t>不用还了</w:t>
      </w:r>
      <w:r>
        <w:rPr>
          <w:rFonts w:ascii="Calibri" w:hAnsi="Calibri" w:eastAsia="微软雅黑"/>
          <w:sz w:val="22"/>
        </w:rPr>
        <w:t>，你稀释的是你的股份，不需要还本付息。你要是银行贷款呢？没有稀释股份，但得还本付息。这就是股权和债权的区别，都是一种</w:t>
      </w:r>
      <w:r>
        <w:rPr>
          <w:rFonts w:ascii="Calibri" w:hAnsi="Calibri" w:eastAsia="微软雅黑"/>
          <w:b/>
          <w:sz w:val="22"/>
        </w:rPr>
        <w:t>加杠杆</w:t>
      </w:r>
      <w:r>
        <w:rPr>
          <w:rFonts w:ascii="Calibri" w:hAnsi="Calibri" w:eastAsia="微软雅黑"/>
          <w:sz w:val="22"/>
        </w:rPr>
        <w:t>的行为。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对赌也是融资的一种方式。对赌有好多种形式：一种是回购——看上去好像把钱还了似的，还得加点利息，但它不叫还，它叫</w:t>
      </w:r>
      <w:r>
        <w:rPr>
          <w:rFonts w:ascii="Calibri" w:hAnsi="Calibri" w:eastAsia="微软雅黑"/>
          <w:b/>
          <w:sz w:val="22"/>
        </w:rPr>
        <w:t>赎回</w:t>
      </w:r>
      <w:r>
        <w:rPr>
          <w:rFonts w:ascii="Calibri" w:hAnsi="Calibri" w:eastAsia="微软雅黑"/>
          <w:sz w:val="22"/>
        </w:rPr>
        <w:t>，是个赎回的过程，不是借一块还一块的意思。还有一种是：你不用还，你走——公司是你创建的，干到一定程度挺大了，比如已经到了10倍，但是依然没完成任务、没达标，好了，那我们的处理是啥？你撤出，这公司归我了。我告诉你，</w:t>
      </w:r>
      <w:r>
        <w:rPr>
          <w:rFonts w:ascii="Calibri" w:hAnsi="Calibri" w:eastAsia="微软雅黑"/>
          <w:b/>
          <w:sz w:val="22"/>
        </w:rPr>
        <w:t>有一种黑心资本的玩法就是这么玩的</w:t>
      </w:r>
      <w:r>
        <w:rPr>
          <w:rFonts w:ascii="Calibri" w:hAnsi="Calibri" w:eastAsia="微软雅黑"/>
          <w:sz w:val="22"/>
        </w:rPr>
        <w:t>：有一种投资人就赌你一定不达标，最后他以一个很低的价格买下你全部的公司。以后你们遇到投资的时候，你们就知道了。</w:t>
      </w:r>
    </w:p>
    <w:p>
      <w:pPr>
        <w:spacing w:after="120"/>
      </w:pPr>
      <w:r>
        <w:rPr>
          <w:rFonts w:ascii="Calibri" w:hAnsi="Calibri" w:eastAsia="微软雅黑"/>
          <w:sz w:val="22"/>
        </w:rPr>
        <w:t>资本的力量是什么？</w:t>
      </w:r>
      <w:r>
        <w:rPr>
          <w:rFonts w:ascii="Calibri" w:hAnsi="Calibri" w:eastAsia="微软雅黑"/>
          <w:b/>
          <w:sz w:val="22"/>
        </w:rPr>
        <w:t>本质上是杠杆</w:t>
      </w:r>
      <w:r>
        <w:rPr>
          <w:rFonts w:ascii="Calibri" w:hAnsi="Calibri" w:eastAsia="微软雅黑"/>
          <w:sz w:val="22"/>
        </w:rPr>
        <w:t>。投资人只投了你10%的钱，但他得到了10倍、100倍甚至更多倍的回报。他家可以没矿，他也不用有能力，也不用干活，用这样一个方式：你干活，但你挣的钱大部分又是我的。这就是资本。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但是记住，同志们，</w:t>
      </w:r>
      <w:r>
        <w:rPr>
          <w:rFonts w:ascii="Calibri" w:hAnsi="Calibri" w:eastAsia="微软雅黑"/>
          <w:b/>
          <w:sz w:val="22"/>
        </w:rPr>
        <w:t>资本是把双刃剑。不要过度地神话资本，也不要过度地妖魔化资本，我们要看透它，然后合理地利用它。</w:t>
      </w:r>
      <w:r>
        <w:rPr>
          <w:rFonts w:ascii="Calibri" w:hAnsi="Calibri" w:eastAsia="微软雅黑"/>
          <w:sz w:val="22"/>
        </w:rPr>
        <w:t>任何事情都是一体两面！</w:t>
      </w:r>
    </w:p>
    <w:p>
      <w:pPr>
        <w:spacing w:after="160"/>
      </w:pPr>
      <w:r>
        <w:rPr>
          <w:rFonts w:ascii="Calibri" w:hAnsi="Calibri" w:eastAsia="微软雅黑"/>
          <w:b/>
          <w:color w:val="2E5E9E"/>
          <w:sz w:val="26"/>
        </w:rPr>
        <w:t>第五层：国家层</w:t>
      </w:r>
    </w:p>
    <w:p>
      <w:pPr>
        <w:spacing w:after="120"/>
      </w:pPr>
      <w:r>
        <w:rPr>
          <w:rFonts w:ascii="Calibri" w:hAnsi="Calibri" w:eastAsia="微软雅黑"/>
          <w:sz w:val="22"/>
        </w:rPr>
        <w:t>资本再往上就是国家层。作为创业者需要了解国家政策和形势，既要学会利用这些，也要学会规避风险。</w:t>
      </w:r>
    </w:p>
    <w:p>
      <w:pPr>
        <w:spacing w:after="160"/>
      </w:pPr>
      <w:r>
        <w:rPr>
          <w:rFonts w:ascii="Calibri" w:hAnsi="Calibri" w:eastAsia="微软雅黑"/>
          <w:b/>
          <w:color w:val="2E5E9E"/>
          <w:sz w:val="26"/>
        </w:rPr>
        <w:t>第六层：国际层</w:t>
      </w:r>
    </w:p>
    <w:p>
      <w:pPr>
        <w:spacing w:after="120"/>
      </w:pPr>
      <w:r>
        <w:rPr>
          <w:rFonts w:ascii="Calibri" w:hAnsi="Calibri" w:eastAsia="微软雅黑"/>
          <w:sz w:val="22"/>
        </w:rPr>
        <w:t>超过国家再往上一层：</w:t>
      </w:r>
      <w:r>
        <w:rPr>
          <w:rFonts w:ascii="Calibri" w:hAnsi="Calibri" w:eastAsia="微软雅黑"/>
          <w:b/>
          <w:sz w:val="22"/>
        </w:rPr>
        <w:t>全球视野</w:t>
      </w:r>
      <w:r>
        <w:rPr>
          <w:rFonts w:ascii="Calibri" w:hAnsi="Calibri" w:eastAsia="微软雅黑"/>
          <w:sz w:val="22"/>
        </w:rPr>
        <w:t>。我是做全球生意的，我不屑于哪个国家。有一种人专门做外贸不做内贸，后来外贸不好了转内贸，极其不适应——有没有？同样一个事，如果在国内已经很卷了，在国际上不一定卷，所以我们叫</w:t>
      </w:r>
      <w:r>
        <w:rPr>
          <w:rFonts w:ascii="Calibri" w:hAnsi="Calibri" w:eastAsia="微软雅黑"/>
          <w:b/>
          <w:sz w:val="22"/>
        </w:rPr>
        <w:t>出海</w:t>
      </w:r>
      <w:r>
        <w:rPr>
          <w:rFonts w:ascii="Calibri" w:hAnsi="Calibri" w:eastAsia="微软雅黑"/>
          <w:sz w:val="22"/>
        </w:rPr>
        <w:t>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出海的本质是啥？现在有一个特别重要的倾向：</w:t>
      </w:r>
      <w:r>
        <w:rPr>
          <w:rFonts w:ascii="Calibri" w:hAnsi="Calibri" w:eastAsia="微软雅黑"/>
          <w:b/>
          <w:sz w:val="22"/>
        </w:rPr>
        <w:t>落后产能的向外输出</w:t>
      </w:r>
      <w:r>
        <w:rPr>
          <w:rFonts w:ascii="Calibri" w:hAnsi="Calibri" w:eastAsia="微软雅黑"/>
          <w:sz w:val="22"/>
        </w:rPr>
        <w:t>。往欧洲、往美国、往东南亚，跟他们比我们有些地方还不错，所以往外输出。还有一种新的现象：</w:t>
      </w:r>
      <w:r>
        <w:rPr>
          <w:rFonts w:ascii="Calibri" w:hAnsi="Calibri" w:eastAsia="微软雅黑"/>
          <w:b/>
          <w:sz w:val="22"/>
        </w:rPr>
        <w:t>我们的科技和文化在向外输出</w:t>
      </w:r>
      <w:r>
        <w:rPr>
          <w:rFonts w:ascii="Calibri" w:hAnsi="Calibri" w:eastAsia="微软雅黑"/>
          <w:sz w:val="22"/>
        </w:rPr>
        <w:t>——这实际上是综合国力的证明。黑悟空算不算？哪吒算不算？老外在学中国人喝白开水算不算？都算。因为国家强大，最后的体现是</w:t>
      </w:r>
      <w:r>
        <w:rPr>
          <w:rFonts w:ascii="Calibri" w:hAnsi="Calibri" w:eastAsia="微软雅黑"/>
          <w:b/>
          <w:sz w:val="22"/>
        </w:rPr>
        <w:t>别的国家的人主动学习我们的文化</w:t>
      </w:r>
      <w:r>
        <w:rPr>
          <w:rFonts w:ascii="Calibri" w:hAnsi="Calibri" w:eastAsia="微软雅黑"/>
          <w:sz w:val="22"/>
        </w:rPr>
        <w:t>：中国的美食、服装、乐器、毛笔字、茶——茶道最开始都是从中国传出去的，包括日本的茶道。这是最高级别的：国际已经不受地域限制了，走全球市场。</w:t>
      </w:r>
    </w:p>
    <w:p>
      <w:pPr>
        <w:spacing w:after="160"/>
      </w:pPr>
      <w:r>
        <w:rPr>
          <w:rFonts w:ascii="Calibri" w:hAnsi="Calibri" w:eastAsia="微软雅黑"/>
          <w:b/>
          <w:color w:val="2E5E9E"/>
          <w:sz w:val="26"/>
        </w:rPr>
        <w:t>权力寻租：一种特殊的变现</w:t>
      </w:r>
    </w:p>
    <w:p>
      <w:pPr>
        <w:spacing w:after="120"/>
      </w:pPr>
      <w:r>
        <w:rPr>
          <w:rFonts w:ascii="Calibri" w:hAnsi="Calibri" w:eastAsia="微软雅黑"/>
          <w:sz w:val="22"/>
        </w:rPr>
        <w:t>一个人也好、一个公司也好，表面上看做的都是同一个事儿，但你相不相信：有的人靠的是</w:t>
      </w:r>
      <w:r>
        <w:rPr>
          <w:rFonts w:ascii="Calibri" w:hAnsi="Calibri" w:eastAsia="微软雅黑"/>
          <w:b/>
          <w:sz w:val="22"/>
        </w:rPr>
        <w:t>权力</w:t>
      </w:r>
      <w:r>
        <w:rPr>
          <w:rFonts w:ascii="Calibri" w:hAnsi="Calibri" w:eastAsia="微软雅黑"/>
          <w:sz w:val="22"/>
        </w:rPr>
        <w:t>——拿到了某种资格。这个活不是你干不了，是你没有资格干，"只有我能干"，甚至我可以没有能力，但我有这个门票。然后我找一个有能力的人去干，我把这活包给你了，我啥也没付出，坐收渔翁之利。好多太子党就干这活，叫</w:t>
      </w:r>
      <w:r>
        <w:rPr>
          <w:rFonts w:ascii="Calibri" w:hAnsi="Calibri" w:eastAsia="微软雅黑"/>
          <w:b/>
          <w:sz w:val="22"/>
        </w:rPr>
        <w:t>权力寻租</w:t>
      </w:r>
      <w:r>
        <w:rPr>
          <w:rFonts w:ascii="Calibri" w:hAnsi="Calibri" w:eastAsia="微软雅黑"/>
          <w:sz w:val="22"/>
        </w:rPr>
        <w:t>——自古以来就有，不是现在才有的。</w:t>
      </w:r>
    </w:p>
    <w:p>
      <w:pPr>
        <w:spacing w:after="160"/>
      </w:pPr>
      <w:r>
        <w:rPr>
          <w:rFonts w:ascii="Calibri" w:hAnsi="Calibri" w:eastAsia="微软雅黑"/>
          <w:b/>
          <w:color w:val="2E5E9E"/>
          <w:sz w:val="26"/>
        </w:rPr>
        <w:t>小结：为什么山西出煤老板</w:t>
      </w:r>
    </w:p>
    <w:p>
      <w:pPr>
        <w:spacing w:after="120"/>
      </w:pPr>
      <w:r>
        <w:rPr>
          <w:rFonts w:ascii="Calibri" w:hAnsi="Calibri" w:eastAsia="微软雅黑"/>
          <w:sz w:val="22"/>
        </w:rPr>
        <w:t>你不要只看公司的业态，你要真的去挖掘你做得好的核心关键点。为什么山西出煤老板，不出在山东？你真认为山西煤老板的能力、知识就比山东人强吗？是因为那地方产煤——他家那块地正好下面就有煤，原来种白菜，一勘探，下面全是煤，白菜也不用种了，变成矿山了。后来国有化了，因为物权发生转移了，所以现在没有煤老板了——而不是说这老板多牛、多有能力。啥也没有，就是他家那块菜园子下面正好是煤。典型资源。大庆不也一样吗？为啥油田在大庆，不在绥化、不在伊春？因为伊春那地方没有石油。大庆是第一个国庆日开采出来的油，庆祝，把这个地方起名为大庆，后来慢慢发展成一个城市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五、横向：社会形态与产业细分</w:t>
      </w:r>
    </w:p>
    <w:p>
      <w:pPr>
        <w:spacing w:after="160"/>
      </w:pPr>
      <w:r>
        <w:rPr>
          <w:rFonts w:ascii="Calibri" w:hAnsi="Calibri" w:eastAsia="微软雅黑"/>
          <w:b/>
          <w:color w:val="2E5E9E"/>
          <w:sz w:val="26"/>
        </w:rPr>
        <w:t>社会的基本盘</w:t>
      </w:r>
    </w:p>
    <w:p>
      <w:pPr>
        <w:spacing w:after="120"/>
      </w:pPr>
      <w:r>
        <w:rPr>
          <w:rFonts w:ascii="Calibri" w:hAnsi="Calibri" w:eastAsia="微软雅黑"/>
          <w:sz w:val="22"/>
        </w:rPr>
        <w:t>一个社会的形态有哪些构成？政治、经济、文化、外交、军事。一般按这个方式说，可能还有更细的。</w:t>
      </w:r>
    </w:p>
    <w:p>
      <w:pPr>
        <w:spacing w:after="120"/>
      </w:pPr>
      <w:r>
        <w:rPr>
          <w:rFonts w:ascii="Calibri" w:hAnsi="Calibri" w:eastAsia="微软雅黑"/>
          <w:sz w:val="22"/>
        </w:rPr>
        <w:t>请问我们创业是在这里边的哪个？</w:t>
      </w:r>
      <w:r>
        <w:rPr>
          <w:rFonts w:ascii="Calibri" w:hAnsi="Calibri" w:eastAsia="微软雅黑"/>
          <w:b/>
          <w:sz w:val="22"/>
        </w:rPr>
        <w:t>大部分是在经济体系</w:t>
      </w:r>
      <w:r>
        <w:rPr>
          <w:rFonts w:ascii="Calibri" w:hAnsi="Calibri" w:eastAsia="微软雅黑"/>
          <w:sz w:val="22"/>
        </w:rPr>
        <w:t>。我们不是从政的，也不是军人。注意：军人和政治是两个事——虽然军事服从于政治，但它没有严格意义上的包含关系，有的地方甚至是军政府，中国也出现过。你看穿军装的总统，说明人家是军政府。我的意思是：军和政是两个体系，不是隶属关系。经济是独立体系，文化也是独立体系，外交大多归到政治体系内了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我们普通创业者是在经济领域创业的，所以更多研究的是经济，但别的事你也得知道。</w:t>
      </w:r>
    </w:p>
    <w:p>
      <w:pPr>
        <w:spacing w:after="160"/>
      </w:pPr>
      <w:r>
        <w:rPr>
          <w:rFonts w:ascii="Calibri" w:hAnsi="Calibri" w:eastAsia="微软雅黑"/>
          <w:b/>
          <w:color w:val="2E5E9E"/>
          <w:sz w:val="26"/>
        </w:rPr>
        <w:t>经济→产业：从三产到五产</w:t>
      </w:r>
    </w:p>
    <w:p>
      <w:pPr>
        <w:spacing w:after="120"/>
      </w:pPr>
      <w:r>
        <w:rPr>
          <w:rFonts w:ascii="Calibri" w:hAnsi="Calibri" w:eastAsia="微软雅黑"/>
          <w:sz w:val="22"/>
        </w:rPr>
        <w:t>经济的下级概念是啥？</w:t>
      </w:r>
      <w:r>
        <w:rPr>
          <w:rFonts w:ascii="Calibri" w:hAnsi="Calibri" w:eastAsia="微软雅黑"/>
          <w:b/>
          <w:sz w:val="22"/>
        </w:rPr>
        <w:t>产业</w:t>
      </w:r>
      <w:r>
        <w:rPr>
          <w:rFonts w:ascii="Calibri" w:hAnsi="Calibri" w:eastAsia="微软雅黑"/>
          <w:sz w:val="22"/>
        </w:rPr>
        <w:t>。中国原来一说经济是三产：第一产业农业（中国是农业大国），第二产业工业（中国逐渐变成工业大国——但不能说工业强国，大而不强，这是事实，咱们还是中低端多，工业母机这些都一样），第三产业服务业。当年的产业划分就这仨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大家有一个词叫混了：说"我家有产业，1,000亩地、多少工厂"——那是</w:t>
      </w:r>
      <w:r>
        <w:rPr>
          <w:rFonts w:ascii="Calibri" w:hAnsi="Calibri" w:eastAsia="微软雅黑"/>
          <w:b/>
          <w:sz w:val="22"/>
        </w:rPr>
        <w:t>财产</w:t>
      </w:r>
      <w:r>
        <w:rPr>
          <w:rFonts w:ascii="Calibri" w:hAnsi="Calibri" w:eastAsia="微软雅黑"/>
          <w:sz w:val="22"/>
        </w:rPr>
        <w:t>，口语化说法，不是经济学里的产业。</w:t>
      </w:r>
    </w:p>
    <w:p>
      <w:pPr>
        <w:spacing w:after="120"/>
      </w:pPr>
      <w:r>
        <w:rPr>
          <w:rFonts w:ascii="Calibri" w:hAnsi="Calibri" w:eastAsia="微软雅黑"/>
          <w:sz w:val="22"/>
        </w:rPr>
        <w:t>现在是</w:t>
      </w:r>
      <w:r>
        <w:rPr>
          <w:rFonts w:ascii="Calibri" w:hAnsi="Calibri" w:eastAsia="微软雅黑"/>
          <w:b/>
          <w:sz w:val="22"/>
        </w:rPr>
        <w:t>五产</w:t>
      </w:r>
      <w:r>
        <w:rPr>
          <w:rFonts w:ascii="Calibri" w:hAnsi="Calibri" w:eastAsia="微软雅黑"/>
          <w:sz w:val="22"/>
        </w:rPr>
        <w:t>：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第一产：原材料的采掘</w:t>
      </w:r>
      <w:r>
        <w:rPr>
          <w:rFonts w:ascii="Calibri" w:hAnsi="Calibri" w:eastAsia="微软雅黑"/>
          <w:sz w:val="22"/>
        </w:rPr>
        <w:t>。没有"农业"了。原来种出来叫粮食、就吃了；现在农业种出来的大部分作为原材料——酒精来自于哪？汽油现在很多是乙醇的。农业变成了初级原材料。原来农业、林业、矿业、渔业，现在都属于原材料的采掘业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第二产：先进制造业</w:t>
      </w:r>
      <w:r>
        <w:rPr>
          <w:rFonts w:ascii="Calibri" w:hAnsi="Calibri" w:eastAsia="微软雅黑"/>
          <w:sz w:val="22"/>
        </w:rPr>
        <w:t>。特异加了个"先进"俩字，而不是统称工业。为什么？因为中国工业品类最全，但高端制造业不行，这是事实。所以你还是那种靠劳动密集的工厂没有出路，要变成先进，甚至用AI驱动，走向先进制造业。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第三产：高端服务业</w:t>
      </w:r>
      <w:r>
        <w:rPr>
          <w:rFonts w:ascii="Calibri" w:hAnsi="Calibri" w:eastAsia="微软雅黑"/>
          <w:sz w:val="22"/>
        </w:rPr>
        <w:t>。原来一说服务业就想到服务员——那叫劳动密集型的低端服务业。金融业就算高端的。智慧养老算不算？北京都开了好多届全球高端服务展览了。你看高端酒店——咱们中国的酒店一说就是大车店、小旅馆，跟人家比差远了；欧美国家我们看不见的强是很多的。但中国实际上解决了有无问题，品质还有非常大的空间。</w:t>
      </w:r>
      <w:r>
        <w:rPr>
          <w:rFonts w:ascii="Calibri" w:hAnsi="Calibri" w:eastAsia="微软雅黑"/>
          <w:b/>
          <w:sz w:val="22"/>
        </w:rPr>
        <w:t>你不要认为中国没有市场了，中国要从量走向质</w:t>
      </w:r>
      <w:r>
        <w:rPr>
          <w:rFonts w:ascii="Calibri" w:hAnsi="Calibri" w:eastAsia="微软雅黑"/>
          <w:sz w:val="22"/>
        </w:rPr>
        <w:t>：原来是数量多甚至过剩了，以后数量较少、品质提高。你看欧洲的房子都可破了，中国房子都是新建的——人家房子100年建的，你家房子才建20年，所以你家房子是看上去新。台北看着就像中国内地某个小县城，但人家经济早就起来了，不能光看表面。中国的高校楼可新了，人家国际名校几百年的楼都可破了，一瞅像古董，但人家学术特别先进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第四产：科技业</w:t>
      </w:r>
      <w:r>
        <w:rPr>
          <w:rFonts w:ascii="Calibri" w:hAnsi="Calibri" w:eastAsia="微软雅黑"/>
          <w:sz w:val="22"/>
        </w:rPr>
        <w:t>。原来中国没有专门的科技业，科技被打散到各个行业里去了。为什么？中国原来注重人文教育，古代就这样，尤其到了明清，文科多。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第五产：文化产业</w:t>
      </w:r>
      <w:r>
        <w:rPr>
          <w:rFonts w:ascii="Calibri" w:hAnsi="Calibri" w:eastAsia="微软雅黑"/>
          <w:sz w:val="22"/>
        </w:rPr>
        <w:t>。原来没有专门的文化产业。你知道中国为什么发展文化产业？</w:t>
      </w:r>
      <w:r>
        <w:rPr>
          <w:rFonts w:ascii="Calibri" w:hAnsi="Calibri" w:eastAsia="微软雅黑"/>
          <w:b/>
          <w:sz w:val="22"/>
        </w:rPr>
        <w:t>一个国家真正的强大体现为文化，体现为民族自信。</w:t>
      </w:r>
      <w:r>
        <w:rPr>
          <w:rFonts w:ascii="Calibri" w:hAnsi="Calibri" w:eastAsia="微软雅黑"/>
          <w:sz w:val="22"/>
        </w:rPr>
        <w:t>自信来自哪？第一，吃得饱穿得暖，物质经济发展了；再一个，精神上。现在很多中国人是没有精神生活的：电影也不好，电视剧也不好，看乱七八糟的短剧。到达一定程度之后人家看的是书。中国有段时间崇洋媚外，愿意看外国的。实际上中国的文化IP多了去了，为啥不行？</w:t>
      </w:r>
      <w:r>
        <w:rPr>
          <w:rFonts w:ascii="Calibri" w:hAnsi="Calibri" w:eastAsia="微软雅黑"/>
          <w:b/>
          <w:sz w:val="22"/>
        </w:rPr>
        <w:t>因为中国没有文化自信</w:t>
      </w:r>
      <w:r>
        <w:rPr>
          <w:rFonts w:ascii="Calibri" w:hAnsi="Calibri" w:eastAsia="微软雅黑"/>
          <w:sz w:val="22"/>
        </w:rPr>
        <w:t>。现在开始逐渐大力发展文化产业，文化的东西越来越贵——原来卖都没人要、很便宜，很多好的文化的东西被别人贱卖走了。</w:t>
      </w:r>
    </w:p>
    <w:p>
      <w:pPr>
        <w:spacing w:after="160"/>
      </w:pPr>
      <w:r>
        <w:rPr>
          <w:rFonts w:ascii="Calibri" w:hAnsi="Calibri" w:eastAsia="微软雅黑"/>
          <w:b/>
          <w:color w:val="2E5E9E"/>
          <w:sz w:val="26"/>
        </w:rPr>
        <w:t>产业→行业→赛道</w:t>
      </w:r>
    </w:p>
    <w:p>
      <w:pPr>
        <w:spacing w:after="120"/>
      </w:pPr>
      <w:r>
        <w:rPr>
          <w:rFonts w:ascii="Calibri" w:hAnsi="Calibri" w:eastAsia="微软雅黑"/>
          <w:sz w:val="22"/>
        </w:rPr>
        <w:t>产业下面是</w:t>
      </w:r>
      <w:r>
        <w:rPr>
          <w:rFonts w:ascii="Calibri" w:hAnsi="Calibri" w:eastAsia="微软雅黑"/>
          <w:b/>
          <w:sz w:val="22"/>
        </w:rPr>
        <w:t>行业</w:t>
      </w:r>
      <w:r>
        <w:rPr>
          <w:rFonts w:ascii="Calibri" w:hAnsi="Calibri" w:eastAsia="微软雅黑"/>
          <w:sz w:val="22"/>
        </w:rPr>
        <w:t>。你创业为啥不行？就因为你的横纵坐标在哪你不知道，跟下象棋一样，是经度和纬度的问题。产业细分为各行各业。你说文化——文化多了：建筑都算文化（为什么中国建筑是这个风格、那个建筑是那个风格，本质上它是文化的载体，你不要认为建筑就是钢筋混凝土）；风俗习惯算不算？婚丧嫁娶；中国的美食算不算？不要认为一提美食就是餐饮，中国的饮食也是文化；包括占卜、医学——中国的中医最开始来自于道家学派，都是从最早的诸子百家开始的。体现一个民族特征的很多要素，本质上都是文化行为。所有的创业者都应该去学文化。</w:t>
      </w:r>
      <w:r>
        <w:rPr>
          <w:rFonts w:ascii="Calibri" w:hAnsi="Calibri" w:eastAsia="微软雅黑"/>
          <w:b/>
          <w:sz w:val="22"/>
        </w:rPr>
        <w:t>但文化不是知识：有的人没上过学，人家也有文化；有的人上一辈子学，也没啥文化。</w:t>
      </w:r>
      <w:r>
        <w:rPr>
          <w:rFonts w:ascii="Calibri" w:hAnsi="Calibri" w:eastAsia="微软雅黑"/>
          <w:sz w:val="22"/>
        </w:rPr>
        <w:t>动漫算文化吗？算，但你不能说文化就是动漫；短视频、短剧只是非常狭隘的一面。</w:t>
      </w:r>
    </w:p>
    <w:p>
      <w:pPr>
        <w:spacing w:after="120"/>
      </w:pPr>
      <w:r>
        <w:rPr>
          <w:rFonts w:ascii="Calibri" w:hAnsi="Calibri" w:eastAsia="微软雅黑"/>
          <w:sz w:val="22"/>
        </w:rPr>
        <w:t>行业下面是啥？行业下面是</w:t>
      </w:r>
      <w:r>
        <w:rPr>
          <w:rFonts w:ascii="Calibri" w:hAnsi="Calibri" w:eastAsia="微软雅黑"/>
          <w:b/>
          <w:sz w:val="22"/>
        </w:rPr>
        <w:t>赛道</w:t>
      </w:r>
      <w:r>
        <w:rPr>
          <w:rFonts w:ascii="Calibri" w:hAnsi="Calibri" w:eastAsia="微软雅黑"/>
          <w:sz w:val="22"/>
        </w:rPr>
        <w:t>。拿体育场打比方：体育场就是经济，一大类型；体育场分几块——最外圈是田径跑道，但凡跑的东西，几百米、上千米、跨栏，必须在那个跑道上跑，这叫行业；扔标枪、跳高的有一块区域，扔铅球有一块区域，游泳就得去游泳馆，球类有球类的地方——体育下面分田径、球类、游泳、击剑，都在不同的地方，这可以理解为不同的行业；田径里面又分跑步、标枪、跳远等等，这叫赛道。</w:t>
      </w:r>
    </w:p>
    <w:p>
      <w:pPr>
        <w:spacing w:after="160"/>
      </w:pPr>
      <w:r>
        <w:rPr>
          <w:rFonts w:ascii="Calibri" w:hAnsi="Calibri" w:eastAsia="微软雅黑"/>
          <w:b/>
          <w:color w:val="2E5E9E"/>
          <w:sz w:val="26"/>
        </w:rPr>
        <w:t>赛道再深：上中下游</w:t>
      </w:r>
    </w:p>
    <w:p>
      <w:pPr>
        <w:spacing w:after="120"/>
      </w:pPr>
      <w:r>
        <w:rPr>
          <w:rFonts w:ascii="Calibri" w:hAnsi="Calibri" w:eastAsia="微软雅黑"/>
          <w:sz w:val="22"/>
        </w:rPr>
        <w:t>赛道再深呢？</w:t>
      </w:r>
      <w:r>
        <w:rPr>
          <w:rFonts w:ascii="Calibri" w:hAnsi="Calibri" w:eastAsia="微软雅黑"/>
          <w:b/>
          <w:sz w:val="22"/>
        </w:rPr>
        <w:t>位置的上中下</w:t>
      </w:r>
      <w:r>
        <w:rPr>
          <w:rFonts w:ascii="Calibri" w:hAnsi="Calibri" w:eastAsia="微软雅黑"/>
          <w:sz w:val="22"/>
        </w:rPr>
        <w:t>。任何一个东西都有上游、中游、下游。怎么分？第一个概念：</w:t>
      </w:r>
      <w:r>
        <w:rPr>
          <w:rFonts w:ascii="Calibri" w:hAnsi="Calibri" w:eastAsia="微软雅黑"/>
          <w:b/>
          <w:sz w:val="22"/>
        </w:rPr>
        <w:t>但凡没有形成整机的、没有形成独立产品的，都偏上游</w:t>
      </w:r>
      <w:r>
        <w:rPr>
          <w:rFonts w:ascii="Calibri" w:hAnsi="Calibri" w:eastAsia="微软雅黑"/>
          <w:sz w:val="22"/>
        </w:rPr>
        <w:t>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拿饭店为例。谁是中游？饭店。从食材角度讲：什么肉啊菜啊酒啊蛋啊，这是食材；还有锅碗瓢盆、厨师学校、服务员学校；监管部门——出政策的、卫健局管的、消防，都算；甚至专门给饭店做品牌设计、做宣传的、配收款机的——这些都叫</w:t>
      </w:r>
      <w:r>
        <w:rPr>
          <w:rFonts w:ascii="Calibri" w:hAnsi="Calibri" w:eastAsia="微软雅黑"/>
          <w:b/>
          <w:sz w:val="22"/>
        </w:rPr>
        <w:t>上游</w:t>
      </w:r>
      <w:r>
        <w:rPr>
          <w:rFonts w:ascii="Calibri" w:hAnsi="Calibri" w:eastAsia="微软雅黑"/>
          <w:sz w:val="22"/>
        </w:rPr>
        <w:t>。意思就是：但凡是给饭店提供各种东西的，可不仅仅是食材，都是上游，因为他们没有形成独立的面向市场的产品。只有到了饭店那一端：饭店把食材变成菜，又有人员、又有服务员、又有设施、又有冷气、又有桌椅板凳——提供了完整的餐饮服务。人到饭店吃饭，不光是吃那个菜，实际上是享受一种餐饮服务。这个餐饮服务是谁组成的？是饭店把这些东西终于变成了可以交付的产品或者服务，所以</w:t>
      </w:r>
      <w:r>
        <w:rPr>
          <w:rFonts w:ascii="Calibri" w:hAnsi="Calibri" w:eastAsia="微软雅黑"/>
          <w:b/>
          <w:sz w:val="22"/>
        </w:rPr>
        <w:t>饭店是中游</w:t>
      </w:r>
      <w:r>
        <w:rPr>
          <w:rFonts w:ascii="Calibri" w:hAnsi="Calibri" w:eastAsia="微软雅黑"/>
          <w:sz w:val="22"/>
        </w:rPr>
        <w:t>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下游呢？消费者。下游也不只是C端：给工地送餐、给企业订餐、给旅行社做团餐、给学校、给部队——面向B端的都算下游。</w:t>
      </w:r>
    </w:p>
    <w:p>
      <w:pPr>
        <w:spacing w:after="160"/>
      </w:pPr>
      <w:r>
        <w:rPr>
          <w:rFonts w:ascii="Calibri" w:hAnsi="Calibri" w:eastAsia="微软雅黑"/>
          <w:b/>
          <w:color w:val="2E5E9E"/>
          <w:sz w:val="26"/>
        </w:rPr>
        <w:t>左和右：直接竞争与间接竞争</w:t>
      </w:r>
    </w:p>
    <w:p>
      <w:pPr>
        <w:spacing w:after="120"/>
      </w:pPr>
      <w:r>
        <w:rPr>
          <w:rFonts w:ascii="Calibri" w:hAnsi="Calibri" w:eastAsia="微软雅黑"/>
          <w:sz w:val="22"/>
        </w:rPr>
        <w:t>除了上下游，还有左和右——</w:t>
      </w:r>
      <w:r>
        <w:rPr>
          <w:rFonts w:ascii="Calibri" w:hAnsi="Calibri" w:eastAsia="微软雅黑"/>
          <w:b/>
          <w:sz w:val="22"/>
        </w:rPr>
        <w:t>竞争</w:t>
      </w:r>
      <w:r>
        <w:rPr>
          <w:rFonts w:ascii="Calibri" w:hAnsi="Calibri" w:eastAsia="微软雅黑"/>
          <w:sz w:val="22"/>
        </w:rPr>
        <w:t>。竞争分两种：直接竞争和间接竞争。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一个饭店的直接竞争对手是谁？旁边那家店。你家是卖火锅的，他家是卖面条的——老百姓也不能天天吃火锅吧，那他不吃火锅吃面条去了，这都叫竞争。甚至两家火锅店挨得都挺近：麦当劳这头，肯德基就在那头。</w:t>
      </w:r>
      <w:r>
        <w:rPr>
          <w:rFonts w:ascii="Calibri" w:hAnsi="Calibri" w:eastAsia="微软雅黑"/>
          <w:b/>
          <w:sz w:val="22"/>
        </w:rPr>
        <w:t>直接能够抢夺你客户的，叫直接竞争。</w:t>
      </w:r>
      <w:r>
        <w:rPr>
          <w:rFonts w:ascii="Calibri" w:hAnsi="Calibri" w:eastAsia="微软雅黑"/>
          <w:sz w:val="22"/>
        </w:rPr>
      </w:r>
    </w:p>
    <w:p>
      <w:pPr>
        <w:spacing w:after="120"/>
      </w:pPr>
      <w:r>
        <w:rPr>
          <w:rFonts w:ascii="Calibri" w:hAnsi="Calibri" w:eastAsia="微软雅黑"/>
          <w:sz w:val="22"/>
        </w:rPr>
        <w:t>潜在竞争呢？外卖算不算？我根本没开饭店，就一个厨房，也没有堂食，菜挺好、挺便宜、也卫生，哐哐在线上卖——也是餐饮，但你能算饭店吗？</w:t>
      </w:r>
      <w:r>
        <w:rPr>
          <w:rFonts w:ascii="Calibri" w:hAnsi="Calibri" w:eastAsia="微软雅黑"/>
          <w:b/>
          <w:sz w:val="22"/>
        </w:rPr>
        <w:t>外卖已经变成一个独立的赛道了</w:t>
      </w:r>
      <w:r>
        <w:rPr>
          <w:rFonts w:ascii="Calibri" w:hAnsi="Calibri" w:eastAsia="微软雅黑"/>
          <w:sz w:val="22"/>
        </w:rPr>
        <w:t>。当然有的饭店也做外卖，但你看专门做外卖的一般都不是饭店。还有没有间接的？我媳妇不让我上饭店，她给我做饭——算不算？现在人越来越注重品质、养生，我自己做饭，哪怕麻烦点、哪怕比饭店还贵，我乐意——人类生活习惯的改变，都算是对一个行业的冲击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咖啡算不算？中国原来不喝咖啡，是舶来品，中国人古时候喝茶，茶才是中国人的饮料。咖啡是不是大力冲击了中国的茶叶市场？尤其是年轻人。后来又出了各种饮料——中国以前哪有饮料？还有酒：原来中国只有米酒、黄酒，元代之后出了白酒，现在还有红酒、洋酒、乱七八糟的各种酒。你想想未来酒类的间接竞争对手是啥？中国的年轻一代慢慢不愿意喝白酒了，他喝啥了？果茶、茶——年轻人聚会不一定喝酒，甚至不以吃喝为主了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再往深想：如果单纯从吃喝的角度讲，你只能想到吃和喝，</w:t>
      </w:r>
      <w:r>
        <w:rPr>
          <w:rFonts w:ascii="Calibri" w:hAnsi="Calibri" w:eastAsia="微软雅黑"/>
          <w:b/>
          <w:sz w:val="22"/>
        </w:rPr>
        <w:t>但实际上中国人的吃喝往往是社交行为</w:t>
      </w:r>
      <w:r>
        <w:rPr>
          <w:rFonts w:ascii="Calibri" w:hAnsi="Calibri" w:eastAsia="微软雅黑"/>
          <w:sz w:val="22"/>
        </w:rPr>
        <w:t>。东北的洗浴中心，你信不信抢了大量的饭店的生意？你一说洗浴，不就是洗澡吗、澡堂子吗？其实不是，澡堂子只是他最开始的核心特点，实际上他变成了</w:t>
      </w:r>
      <w:r>
        <w:rPr>
          <w:rFonts w:ascii="Calibri" w:hAnsi="Calibri" w:eastAsia="微软雅黑"/>
          <w:b/>
          <w:sz w:val="22"/>
        </w:rPr>
        <w:t>综合的消费场景、娱乐场景</w:t>
      </w:r>
      <w:r>
        <w:rPr>
          <w:rFonts w:ascii="Calibri" w:hAnsi="Calibri" w:eastAsia="微软雅黑"/>
          <w:sz w:val="22"/>
        </w:rPr>
        <w:t>，老少皆宜。为啥在东北去澡堂不是专门去洗澡？是一个休闲的地儿：因为冬天冷，一家老小没地去，澡堂子暖和，不仅能洗澡、还休闲，然后吃喝玩乐，电影院、餐饮、台球啥都有。但它为什么在东北好、南方弱？一是天气：南方老百姓天天在家冲澡，不需要去那个地方，洗浴这个事就弱化了；再一个，南方室外玩的地方多，不需要聚在那。天气、文化、习惯等等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我跟你们说这个的意思是啥？</w:t>
      </w:r>
      <w:r>
        <w:rPr>
          <w:rFonts w:ascii="Calibri" w:hAnsi="Calibri" w:eastAsia="微软雅黑"/>
          <w:b/>
          <w:sz w:val="22"/>
        </w:rPr>
        <w:t>当你知道了你在哪、知道了你的友军、你的直接敌人、你的间接敌人，你才真正知道你在哪。</w:t>
      </w:r>
      <w:r>
        <w:rPr>
          <w:rFonts w:ascii="Calibri" w:hAnsi="Calibri" w:eastAsia="微软雅黑"/>
          <w:sz w:val="22"/>
        </w:rPr>
        <w:t>纵和横的交点，就是你的位置。这个事如果你不知道——很多人其实不知道，比较模糊，感觉好像大概知道，实际上不知道。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六、定位的方法：看主营业务收入，不看表面业态</w:t>
      </w:r>
    </w:p>
    <w:p>
      <w:pPr>
        <w:spacing w:after="120"/>
      </w:pPr>
      <w:r>
        <w:rPr>
          <w:rFonts w:ascii="Calibri" w:hAnsi="Calibri" w:eastAsia="微软雅黑"/>
          <w:sz w:val="22"/>
        </w:rPr>
        <w:t>不知道自己在哪怎么办？我告诉你办法：</w:t>
      </w:r>
      <w:r>
        <w:rPr>
          <w:rFonts w:ascii="Calibri" w:hAnsi="Calibri" w:eastAsia="微软雅黑"/>
          <w:b/>
          <w:sz w:val="22"/>
        </w:rPr>
        <w:t>画图</w:t>
      </w:r>
      <w:r>
        <w:rPr>
          <w:rFonts w:ascii="Calibri" w:hAnsi="Calibri" w:eastAsia="微软雅黑"/>
          <w:sz w:val="22"/>
        </w:rPr>
        <w:t>。当年我们指导玄智的时候就这样——玄智现在已经很牛了，已经分化出几家公司了，每年融资都是上千万上亿那种。他是做格斗机器人的，请问他是什么行业？一开始一问，"你是哪个行业？"蒙了："我感觉我哪个都像，至少好几个都像。"我说那不行，你必须得说一个。"我不是一个。"你看，很多公司都有这毛病：感觉哪个都像，又哪个都不像，稀里糊涂的状态。你不精准的代价是啥？</w:t>
      </w:r>
      <w:r>
        <w:rPr>
          <w:rFonts w:ascii="Calibri" w:hAnsi="Calibri" w:eastAsia="微软雅黑"/>
          <w:b/>
          <w:sz w:val="22"/>
        </w:rPr>
        <w:t>第一个，你也不知道往哪发展</w:t>
      </w:r>
      <w:r>
        <w:rPr>
          <w:rFonts w:ascii="Calibri" w:hAnsi="Calibri" w:eastAsia="微软雅黑"/>
          <w:sz w:val="22"/>
        </w:rPr>
        <w:t>；生意好的时候无所谓，生意不好的时候你居然不知道你的下游在哪。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判定标准：看主营业务和主营业务收入，看财务报表，不要看表面的业态。</w:t>
      </w:r>
      <w:r>
        <w:rPr>
          <w:rFonts w:ascii="Calibri" w:hAnsi="Calibri" w:eastAsia="微软雅黑"/>
          <w:sz w:val="22"/>
        </w:rPr>
      </w:r>
    </w:p>
    <w:p>
      <w:pPr>
        <w:spacing w:after="120"/>
      </w:pPr>
      <w:r>
        <w:rPr>
          <w:rFonts w:ascii="Calibri" w:hAnsi="Calibri" w:eastAsia="微软雅黑"/>
          <w:sz w:val="22"/>
        </w:rPr>
        <w:t>例子一：专门给饭店配收银系统的（客如云、二维火这些），请问他是哪个行业？软件服务？电子？设备硬件？科技？金融？你看这就懵了吧，好像哪个都算。较真地弄：</w:t>
      </w:r>
      <w:r>
        <w:rPr>
          <w:rFonts w:ascii="Calibri" w:hAnsi="Calibri" w:eastAsia="微软雅黑"/>
          <w:b/>
          <w:sz w:val="22"/>
        </w:rPr>
        <w:t>如果他的东西是放在诸多场景中的产品</w:t>
      </w:r>
      <w:r>
        <w:rPr>
          <w:rFonts w:ascii="Calibri" w:hAnsi="Calibri" w:eastAsia="微软雅黑"/>
          <w:sz w:val="22"/>
        </w:rPr>
        <w:t>——可以用在饭店、也可以用在医院、商场、学校，只要是收钱的地方都可以用——那他就是个设备、电子产品。</w:t>
      </w:r>
      <w:r>
        <w:rPr>
          <w:rFonts w:ascii="Calibri" w:hAnsi="Calibri" w:eastAsia="微软雅黑"/>
          <w:b/>
          <w:sz w:val="22"/>
        </w:rPr>
        <w:t>如果他就是专门给饭店开发的</w:t>
      </w:r>
      <w:r>
        <w:rPr>
          <w:rFonts w:ascii="Calibri" w:hAnsi="Calibri" w:eastAsia="微软雅黑"/>
          <w:sz w:val="22"/>
        </w:rPr>
        <w:t>——有点单、有开桌、知道那桌完事没有——他所有的系统本质上专门给饭店服务，不好意思，</w:t>
      </w:r>
      <w:r>
        <w:rPr>
          <w:rFonts w:ascii="Calibri" w:hAnsi="Calibri" w:eastAsia="微软雅黑"/>
          <w:b/>
          <w:sz w:val="22"/>
        </w:rPr>
        <w:t>他是餐饮业的配套，算餐饮业的上游</w:t>
      </w:r>
      <w:r>
        <w:rPr>
          <w:rFonts w:ascii="Calibri" w:hAnsi="Calibri" w:eastAsia="微软雅黑"/>
          <w:sz w:val="22"/>
        </w:rPr>
        <w:t>。同理可证：如果他专门给医院开发——科室不一样、病种不一样、患者不一样，收银只是其中一小块——人家是</w:t>
      </w:r>
      <w:r>
        <w:rPr>
          <w:rFonts w:ascii="Calibri" w:hAnsi="Calibri" w:eastAsia="微软雅黑"/>
          <w:b/>
          <w:sz w:val="22"/>
        </w:rPr>
        <w:t>医疗</w:t>
      </w:r>
      <w:r>
        <w:rPr>
          <w:rFonts w:ascii="Calibri" w:hAnsi="Calibri" w:eastAsia="微软雅黑"/>
          <w:sz w:val="22"/>
        </w:rPr>
        <w:t>。所以准确定义你是谁，取决于你的主营业务收入是啥。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例子二（特别明显的案例）：食堂售饭机。咱上学的时候有饭卡吧？买饭的时候刷卡。最早这个东西其实属于</w:t>
      </w:r>
      <w:r>
        <w:rPr>
          <w:rFonts w:ascii="Calibri" w:hAnsi="Calibri" w:eastAsia="微软雅黑"/>
          <w:b/>
          <w:sz w:val="22"/>
        </w:rPr>
        <w:t>电子行业</w:t>
      </w:r>
      <w:r>
        <w:rPr>
          <w:rFonts w:ascii="Calibri" w:hAnsi="Calibri" w:eastAsia="微软雅黑"/>
          <w:sz w:val="22"/>
        </w:rPr>
        <w:t>——它就是个东西，一刷卡就扣钱，钱给到学校，本质上是个学校的电子产品。你知道后期转成什么了吗？转成</w:t>
      </w:r>
      <w:r>
        <w:rPr>
          <w:rFonts w:ascii="Calibri" w:hAnsi="Calibri" w:eastAsia="微软雅黑"/>
          <w:b/>
          <w:sz w:val="22"/>
        </w:rPr>
        <w:t>银行收单</w:t>
      </w:r>
      <w:r>
        <w:rPr>
          <w:rFonts w:ascii="Calibri" w:hAnsi="Calibri" w:eastAsia="微软雅黑"/>
          <w:sz w:val="22"/>
        </w:rPr>
        <w:t>：帮着银行收钱的设备，给学校免费用——它不是把东西卖给学校来赚钱，主要盈利变成"我替银行在各个学校布机"，布完了之后，学生每年大量的几千万、上亿的学费通过这台设备收到了特定银行。它是收单机构，主要盈利是银行的返佣，所以他变成了</w:t>
      </w:r>
      <w:r>
        <w:rPr>
          <w:rFonts w:ascii="Calibri" w:hAnsi="Calibri" w:eastAsia="微软雅黑"/>
          <w:b/>
          <w:sz w:val="22"/>
        </w:rPr>
        <w:t>金融公司</w:t>
      </w:r>
      <w:r>
        <w:rPr>
          <w:rFonts w:ascii="Calibri" w:hAnsi="Calibri" w:eastAsia="微软雅黑"/>
          <w:sz w:val="22"/>
        </w:rPr>
        <w:t>——因为他的手段是科技，所以叫</w:t>
      </w:r>
      <w:r>
        <w:rPr>
          <w:rFonts w:ascii="Calibri" w:hAnsi="Calibri" w:eastAsia="微软雅黑"/>
          <w:b/>
          <w:sz w:val="22"/>
        </w:rPr>
        <w:t>金融科技企业</w:t>
      </w:r>
      <w:r>
        <w:rPr>
          <w:rFonts w:ascii="Calibri" w:hAnsi="Calibri" w:eastAsia="微软雅黑"/>
          <w:sz w:val="22"/>
        </w:rPr>
        <w:t>。它是可以变的。到底算啥？就看你的主营业务是啥，来判定你属于哪个赛道，而不是看表面的业态。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例子三：超市。原来一说超市就卖货，典型的终端零售，没毛病吧？主要收入就是卖东西挣那点差价。但超市有没有可能变？现在出现了大量的</w:t>
      </w:r>
      <w:r>
        <w:rPr>
          <w:rFonts w:ascii="Calibri" w:hAnsi="Calibri" w:eastAsia="微软雅黑"/>
          <w:b/>
          <w:sz w:val="22"/>
        </w:rPr>
        <w:t>卖零食的超市</w:t>
      </w:r>
      <w:r>
        <w:rPr>
          <w:rFonts w:ascii="Calibri" w:hAnsi="Calibri" w:eastAsia="微软雅黑"/>
          <w:sz w:val="22"/>
        </w:rPr>
        <w:t>。按传统思维，他就应该是一块钱进来卖一块二，挣那点微薄的利润。我告诉你，其实很多他的产品不是靠卖东西盈利，</w:t>
      </w:r>
      <w:r>
        <w:rPr>
          <w:rFonts w:ascii="Calibri" w:hAnsi="Calibri" w:eastAsia="微软雅黑"/>
          <w:b/>
          <w:sz w:val="22"/>
        </w:rPr>
        <w:t>是靠把店炒起来之后卖加盟——它的产品是这家店，它的盈利是把店的经营权卖出去，本质上是品牌管理公司</w:t>
      </w:r>
      <w:r>
        <w:rPr>
          <w:rFonts w:ascii="Calibri" w:hAnsi="Calibri" w:eastAsia="微软雅黑"/>
          <w:sz w:val="22"/>
        </w:rPr>
        <w:t>，属于服务业。他不是卖方便面、啤酒、肉、菜赚钱，他是卖经营权。麦当劳、肯德基、瑞幸——你真以为是一杯一杯咖啡卖出来的？是人家前期作为厂家把品牌价值做起来了，只要你拿下它的经营权，你立马就能赚钱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例子四：如果我就是个小卖店，但我家有的是钱，投了一家饭店——请问他变成啥了？</w:t>
      </w:r>
      <w:r>
        <w:rPr>
          <w:rFonts w:ascii="Calibri" w:hAnsi="Calibri" w:eastAsia="微软雅黑"/>
          <w:b/>
          <w:sz w:val="22"/>
        </w:rPr>
        <w:t>投资公司</w:t>
      </w:r>
      <w:r>
        <w:rPr>
          <w:rFonts w:ascii="Calibri" w:hAnsi="Calibri" w:eastAsia="微软雅黑"/>
          <w:sz w:val="22"/>
        </w:rPr>
        <w:t>。他赚钱的主要收入变成了投资回报，但他依然保持最开始那家店，你就不能说他还是个超市。你会发现原来的很多大型商场、甚至像海尔，都开始出投资公司了。当主营业务收入开始变的时候——原来靠A，慢慢有了B、C、D，忽然发现以B为主了——人们的印象还以为他是卖米造冰箱的，实际上定位早就变了。所以最好的方法就是</w:t>
      </w:r>
      <w:r>
        <w:rPr>
          <w:rFonts w:ascii="Calibri" w:hAnsi="Calibri" w:eastAsia="微软雅黑"/>
          <w:b/>
          <w:sz w:val="22"/>
        </w:rPr>
        <w:t>看财务报表</w:t>
      </w:r>
      <w:r>
        <w:rPr>
          <w:rFonts w:ascii="Calibri" w:hAnsi="Calibri" w:eastAsia="微软雅黑"/>
          <w:sz w:val="22"/>
        </w:rPr>
        <w:t>。小米很典型。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七、深：时间轴——过去、现在、未来</w:t>
      </w:r>
    </w:p>
    <w:p>
      <w:pPr>
        <w:spacing w:after="120"/>
      </w:pPr>
      <w:r>
        <w:rPr>
          <w:rFonts w:ascii="Calibri" w:hAnsi="Calibri" w:eastAsia="微软雅黑"/>
          <w:sz w:val="22"/>
        </w:rPr>
        <w:t>深说的是时间。XYZ说的是空间，深说的是时间：过去、现在和未来，说的是</w:t>
      </w:r>
      <w:r>
        <w:rPr>
          <w:rFonts w:ascii="Calibri" w:hAnsi="Calibri" w:eastAsia="微软雅黑"/>
          <w:b/>
          <w:sz w:val="22"/>
        </w:rPr>
        <w:t>变化</w:t>
      </w:r>
      <w:r>
        <w:rPr>
          <w:rFonts w:ascii="Calibri" w:hAnsi="Calibri" w:eastAsia="微软雅黑"/>
          <w:sz w:val="22"/>
        </w:rPr>
        <w:t>。任何一件事，原来是那样的，现在都不那样了，未来可能又变了。所以我们不要仅仅凭经验去判断未来——刚才说了，原来靠卖货的，现在变成投资机构了；原来卖售饭机的，后来变成银行收单机构了——只是你认为他还是卖那玩意的，实际上不是。</w:t>
      </w:r>
      <w:r>
        <w:rPr>
          <w:rFonts w:ascii="Calibri" w:hAnsi="Calibri" w:eastAsia="微软雅黑"/>
          <w:b/>
          <w:sz w:val="22"/>
        </w:rPr>
        <w:t>不要被表面的业务形态所蒙蔽，要看主营业务，看报表，这是最准的。</w:t>
      </w:r>
      <w:r>
        <w:rPr>
          <w:rFonts w:ascii="Calibri" w:hAnsi="Calibri" w:eastAsia="微软雅黑"/>
          <w:sz w:val="22"/>
        </w:rPr>
        <w:t>如果你不懂财务，你画图也行，把自己画出来也行。同样一件事，在不同的时间点上不一样，所以</w:t>
      </w:r>
      <w:r>
        <w:rPr>
          <w:rFonts w:ascii="Calibri" w:hAnsi="Calibri" w:eastAsia="微软雅黑"/>
          <w:b/>
          <w:sz w:val="22"/>
        </w:rPr>
        <w:t>变化才是永恒的</w:t>
      </w:r>
      <w:r>
        <w:rPr>
          <w:rFonts w:ascii="Calibri" w:hAnsi="Calibri" w:eastAsia="微软雅黑"/>
          <w:sz w:val="22"/>
        </w:rPr>
        <w:t>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过去：从历史要规律。</w:t>
      </w:r>
      <w:r>
        <w:rPr>
          <w:rFonts w:ascii="Calibri" w:hAnsi="Calibri" w:eastAsia="微软雅黑"/>
          <w:sz w:val="22"/>
        </w:rPr>
        <w:t>我们为什么看历史、研究历史？从历史要规律——历史已经发生完了，很多事都极其相像。我们要学习、总结、归纳、抽象，抽象出规律，就是方法论。我为什么强调大家做任何一件事之后要复盘？</w:t>
      </w:r>
      <w:r>
        <w:rPr>
          <w:rFonts w:ascii="Calibri" w:hAnsi="Calibri" w:eastAsia="微软雅黑"/>
          <w:b/>
          <w:sz w:val="22"/>
        </w:rPr>
        <w:t>复盘其实就是在向历史要规律。</w:t>
      </w:r>
      <w:r>
        <w:rPr>
          <w:rFonts w:ascii="Calibri" w:hAnsi="Calibri" w:eastAsia="微软雅黑"/>
          <w:sz w:val="22"/>
        </w:rPr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现在：通过现在看清本质、看清真相。</w:t>
      </w:r>
      <w:r>
        <w:rPr>
          <w:rFonts w:ascii="Calibri" w:hAnsi="Calibri" w:eastAsia="微软雅黑"/>
          <w:sz w:val="22"/>
        </w:rPr>
        <w:t>看别人也一样：他外在是那样的，本体不是那样的——</w:t>
      </w:r>
      <w:r>
        <w:rPr>
          <w:rFonts w:ascii="Calibri" w:hAnsi="Calibri" w:eastAsia="微软雅黑"/>
          <w:b/>
          <w:sz w:val="22"/>
        </w:rPr>
        <w:t>体、相、用</w:t>
      </w:r>
      <w:r>
        <w:rPr>
          <w:rFonts w:ascii="Calibri" w:hAnsi="Calibri" w:eastAsia="微软雅黑"/>
          <w:sz w:val="22"/>
        </w:rPr>
        <w:t>。他外面还是一家商超，实际上人家是个投资机构。比如书店：有一种书店买卖，你知道他有啥好处吗？</w:t>
      </w:r>
      <w:r>
        <w:rPr>
          <w:rFonts w:ascii="Calibri" w:hAnsi="Calibri" w:eastAsia="微软雅黑"/>
          <w:b/>
          <w:sz w:val="22"/>
        </w:rPr>
        <w:t>现金流极好</w:t>
      </w:r>
      <w:r>
        <w:rPr>
          <w:rFonts w:ascii="Calibri" w:hAnsi="Calibri" w:eastAsia="微软雅黑"/>
          <w:sz w:val="22"/>
        </w:rPr>
        <w:t>。有的是钱——收了好多会员卡，你办了会员就可以上我家看书。他就有了一大笔钱，这个钱其实不是他的，但这段时间是他的。实质是在干嘛？做投资。支付宝也是这个道理，押金也好、预付款也好，反正有一堆钱。放着也是放着，拿这个钱去干点别的，赚回来再填上，就会产生更多。所以有庞大现金流的企业，最大的好处就是这笔钱变成了一种流动资产，用这个资产再去买一些能变现、能升值的资产——资金池也没占用。但就怕啥？</w:t>
      </w:r>
      <w:r>
        <w:rPr>
          <w:rFonts w:ascii="Calibri" w:hAnsi="Calibri" w:eastAsia="微软雅黑"/>
          <w:b/>
          <w:sz w:val="22"/>
        </w:rPr>
        <w:t>就怕现金流断了</w:t>
      </w:r>
      <w:r>
        <w:rPr>
          <w:rFonts w:ascii="Calibri" w:hAnsi="Calibri" w:eastAsia="微软雅黑"/>
          <w:sz w:val="22"/>
        </w:rPr>
        <w:t>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房地产就是最典型的案例。</w:t>
      </w:r>
      <w:r>
        <w:rPr>
          <w:rFonts w:ascii="Calibri" w:hAnsi="Calibri" w:eastAsia="微软雅黑"/>
          <w:sz w:val="22"/>
        </w:rPr>
        <w:t>你不要认为房地产公司就是卖房子的——</w:t>
      </w:r>
      <w:r>
        <w:rPr>
          <w:rFonts w:ascii="Calibri" w:hAnsi="Calibri" w:eastAsia="微软雅黑"/>
          <w:b/>
          <w:sz w:val="22"/>
        </w:rPr>
        <w:t>原来的房地产公司本质上是金融公司</w:t>
      </w:r>
      <w:r>
        <w:rPr>
          <w:rFonts w:ascii="Calibri" w:hAnsi="Calibri" w:eastAsia="微软雅黑"/>
          <w:sz w:val="22"/>
        </w:rPr>
        <w:t>。拿房产为例：盖房子要有地——各种工种、搞设计的、搞监理的、测绘院的，都是出卖体力的；资源是啥？土地。好多地方所谓的</w:t>
      </w:r>
      <w:r>
        <w:rPr>
          <w:rFonts w:ascii="Calibri" w:hAnsi="Calibri" w:eastAsia="微软雅黑"/>
          <w:b/>
          <w:sz w:val="22"/>
        </w:rPr>
        <w:t>土地财政</w:t>
      </w:r>
      <w:r>
        <w:rPr>
          <w:rFonts w:ascii="Calibri" w:hAnsi="Calibri" w:eastAsia="微软雅黑"/>
          <w:sz w:val="22"/>
        </w:rPr>
        <w:t>非常明显：卖的是资源，就卖土地嘛，政府啥也没卖，就卖了土地使用权。房地产老板呢？上升到金融了、资本层了——他连图纸都没看过，你信不信？他哪懂水电暖通？他根本不用关心。他干嘛？</w:t>
      </w:r>
      <w:r>
        <w:rPr>
          <w:rFonts w:ascii="Calibri" w:hAnsi="Calibri" w:eastAsia="微软雅黑"/>
          <w:b/>
          <w:sz w:val="22"/>
        </w:rPr>
        <w:t>用土地带来贷款，用款再去盖房，本质上是典型的金融</w:t>
      </w:r>
      <w:r>
        <w:rPr>
          <w:rFonts w:ascii="Calibri" w:hAnsi="Calibri" w:eastAsia="微软雅黑"/>
          <w:sz w:val="22"/>
        </w:rPr>
        <w:t>，还能收预付款；又抵押又贷，贷完了又整出来第二个楼的钱。但他唯一怕的就是断——一断就废了，东墙拆西墙补不过来，现金流断裂。</w:t>
      </w:r>
      <w:r>
        <w:rPr>
          <w:rFonts w:ascii="Calibri" w:hAnsi="Calibri" w:eastAsia="微软雅黑"/>
          <w:b/>
          <w:sz w:val="22"/>
        </w:rPr>
        <w:t>所以房地产公司最怕的就是现金流断了。</w:t>
      </w:r>
      <w:r>
        <w:rPr>
          <w:rFonts w:ascii="Calibri" w:hAnsi="Calibri" w:eastAsia="微软雅黑"/>
          <w:sz w:val="22"/>
        </w:rPr>
        <w:t>后来主要是因为中国经济结构性改革，房地产泡沫太大了，必须得断一断。再往上是政府——为啥？因为房地产是当年中国经济的引擎之一：带动了土地交易、原材料、建筑、装修、家电、农民工——产业链足够长，人才能有收入。房地产没有了，农民工都没地干活了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未来：透过这些看未来、洞察未来、掌控未来，拿到趋势。</w:t>
      </w:r>
      <w:r>
        <w:rPr>
          <w:rFonts w:ascii="Calibri" w:hAnsi="Calibri" w:eastAsia="微软雅黑"/>
          <w:sz w:val="22"/>
        </w:rPr>
        <w:t>现在的趋势呢？房地产还是资产吗？</w:t>
      </w:r>
      <w:r>
        <w:rPr>
          <w:rFonts w:ascii="Calibri" w:hAnsi="Calibri" w:eastAsia="微软雅黑"/>
          <w:b/>
          <w:sz w:val="22"/>
        </w:rPr>
        <w:t>变成耐用消费品了</w:t>
      </w:r>
      <w:r>
        <w:rPr>
          <w:rFonts w:ascii="Calibri" w:hAnsi="Calibri" w:eastAsia="微软雅黑"/>
          <w:sz w:val="22"/>
        </w:rPr>
        <w:t>。因为中国的经济不那样了，他从金融变成了消费品，只是时间长一点：车能开个一二十年，房子能住个七八十年，大米就能吃两顿——本质一样，一个叫快消品，一个叫耐用品。</w:t>
      </w:r>
    </w:p>
    <w:p>
      <w:pPr>
        <w:spacing w:after="120"/>
      </w:pPr>
      <w:r>
        <w:rPr>
          <w:rFonts w:ascii="Calibri" w:hAnsi="Calibri" w:eastAsia="微软雅黑"/>
          <w:sz w:val="22"/>
        </w:rPr>
        <w:t>那我们现在这个时代到底在往哪发展？其中一个大的东西是AI。这里你要懂</w:t>
      </w:r>
      <w:r>
        <w:rPr>
          <w:rFonts w:ascii="Calibri" w:hAnsi="Calibri" w:eastAsia="微软雅黑"/>
          <w:b/>
          <w:sz w:val="22"/>
        </w:rPr>
        <w:t>PEST</w:t>
      </w:r>
      <w:r>
        <w:rPr>
          <w:rFonts w:ascii="Calibri" w:hAnsi="Calibri" w:eastAsia="微软雅黑"/>
          <w:sz w:val="22"/>
        </w:rPr>
        <w:t>——了解趋势要从宏观到微观：站在全球的角度看中国，站在中国角度看产业、看行业、看你的公司。</w:t>
      </w:r>
    </w:p>
    <w:p>
      <w:pPr>
        <w:spacing w:after="60"/>
      </w:pPr>
      <w:r>
        <w:rPr>
          <w:rFonts w:ascii="Calibri" w:hAnsi="Calibri" w:eastAsia="微软雅黑"/>
          <w:sz w:val="22"/>
        </w:rPr>
        <w:t xml:space="preserve">• </w:t>
      </w:r>
      <w:r>
        <w:rPr>
          <w:rFonts w:ascii="Calibri" w:hAnsi="Calibri" w:eastAsia="微软雅黑"/>
          <w:b/>
          <w:sz w:val="22"/>
        </w:rPr>
        <w:t>P（政治）</w:t>
      </w:r>
      <w:r>
        <w:rPr>
          <w:rFonts w:ascii="Calibri" w:hAnsi="Calibri" w:eastAsia="微软雅黑"/>
          <w:sz w:val="22"/>
        </w:rPr>
        <w:t>：为啥把政治放在第一位？甭管全球还是全国，</w:t>
      </w:r>
      <w:r>
        <w:rPr>
          <w:rFonts w:ascii="Calibri" w:hAnsi="Calibri" w:eastAsia="微软雅黑"/>
          <w:b/>
          <w:sz w:val="22"/>
        </w:rPr>
        <w:t>政治永远是第一位的</w:t>
      </w:r>
      <w:r>
        <w:rPr>
          <w:rFonts w:ascii="Calibri" w:hAnsi="Calibri" w:eastAsia="微软雅黑"/>
          <w:sz w:val="22"/>
        </w:rPr>
        <w:t>。咱们要关心点政治。比如为什么中国要整AI？其中有一条是国际政治局势的变化：中美很难真正打仗，所以用金融、用科技、用贸易——这些属于</w:t>
      </w:r>
      <w:r>
        <w:rPr>
          <w:rFonts w:ascii="Calibri" w:hAnsi="Calibri" w:eastAsia="微软雅黑"/>
          <w:b/>
          <w:sz w:val="22"/>
        </w:rPr>
        <w:t>文明战，不用见血</w:t>
      </w:r>
      <w:r>
        <w:rPr>
          <w:rFonts w:ascii="Calibri" w:hAnsi="Calibri" w:eastAsia="微软雅黑"/>
          <w:sz w:val="22"/>
        </w:rPr>
        <w:t>。现在方方面面的整差不多了，又来了个科技战。在AI上中国是落后的，这是事实，但奋起直追，是被逼无奈。我们不知道AI上来之后会失业吗？当然知道了。</w:t>
      </w:r>
      <w:r>
        <w:rPr>
          <w:rFonts w:ascii="Calibri" w:hAnsi="Calibri" w:eastAsia="微软雅黑"/>
          <w:b/>
          <w:sz w:val="22"/>
        </w:rPr>
        <w:t>你想，是失业好呢还是亡国好呢？两害相权取其轻</w:t>
      </w:r>
      <w:r>
        <w:rPr>
          <w:rFonts w:ascii="Calibri" w:hAnsi="Calibri" w:eastAsia="微软雅黑"/>
          <w:sz w:val="22"/>
        </w:rPr>
        <w:t>，所以没办法，必须干AI。这就促成了中国进入</w:t>
      </w:r>
      <w:r>
        <w:rPr>
          <w:rFonts w:ascii="Calibri" w:hAnsi="Calibri" w:eastAsia="微软雅黑"/>
          <w:b/>
          <w:sz w:val="22"/>
        </w:rPr>
        <w:t>全民创业的时代</w:t>
      </w:r>
      <w:r>
        <w:rPr>
          <w:rFonts w:ascii="Calibri" w:hAnsi="Calibri" w:eastAsia="微软雅黑"/>
          <w:sz w:val="22"/>
        </w:rPr>
        <w:t>：用AI去创造更高品质的东西，然后互为供需，这才是中国下一个经济形态。而不是以前那句"好好上学，以后找个好工作"——这话不成立了。以后得是："好好上学，以后要当个好老板。"因为AI是生产力。</w:t>
      </w:r>
    </w:p>
    <w:p>
      <w:pPr>
        <w:spacing w:after="60"/>
      </w:pPr>
      <w:r>
        <w:rPr>
          <w:rFonts w:ascii="Calibri" w:hAnsi="Calibri" w:eastAsia="微软雅黑"/>
          <w:sz w:val="22"/>
        </w:rPr>
        <w:t xml:space="preserve">• </w:t>
      </w:r>
      <w:r>
        <w:rPr>
          <w:rFonts w:ascii="Calibri" w:hAnsi="Calibri" w:eastAsia="微软雅黑"/>
          <w:b/>
          <w:sz w:val="22"/>
        </w:rPr>
        <w:t>T（技术）</w:t>
      </w:r>
      <w:r>
        <w:rPr>
          <w:rFonts w:ascii="Calibri" w:hAnsi="Calibri" w:eastAsia="微软雅黑"/>
          <w:sz w:val="22"/>
        </w:rPr>
        <w:t>：AI在PEST里面是T。人类历史重大技术革命，蒸汽机算不算？互联网算不算？AI到这了。</w:t>
      </w:r>
      <w:r>
        <w:rPr>
          <w:rFonts w:ascii="Calibri" w:hAnsi="Calibri" w:eastAsia="微软雅黑"/>
          <w:b/>
          <w:sz w:val="22"/>
        </w:rPr>
        <w:t>互联网是AI的基础设施</w:t>
      </w:r>
      <w:r>
        <w:rPr>
          <w:rFonts w:ascii="Calibri" w:hAnsi="Calibri" w:eastAsia="微软雅黑"/>
          <w:sz w:val="22"/>
        </w:rPr>
        <w:t>，它到了这个级别。所以这是趋势，</w:t>
      </w:r>
      <w:r>
        <w:rPr>
          <w:rFonts w:ascii="Calibri" w:hAnsi="Calibri" w:eastAsia="微软雅黑"/>
          <w:b/>
          <w:sz w:val="22"/>
        </w:rPr>
        <w:t>不可逆</w:t>
      </w:r>
      <w:r>
        <w:rPr>
          <w:rFonts w:ascii="Calibri" w:hAnsi="Calibri" w:eastAsia="微软雅黑"/>
          <w:sz w:val="22"/>
        </w:rPr>
        <w:t>，你我控制不了，乐不乐意都得走——这就是未来。你但凡围绕他整的方向就对了；你还在那守着原来的，还在那搞什么人类社群，没用——</w:t>
      </w:r>
      <w:r>
        <w:rPr>
          <w:rFonts w:ascii="Calibri" w:hAnsi="Calibri" w:eastAsia="微软雅黑"/>
          <w:b/>
          <w:sz w:val="22"/>
        </w:rPr>
        <w:t>时代翻篇了</w:t>
      </w:r>
      <w:r>
        <w:rPr>
          <w:rFonts w:ascii="Calibri" w:hAnsi="Calibri" w:eastAsia="微软雅黑"/>
          <w:sz w:val="22"/>
        </w:rPr>
        <w:t>，只是我们还没有感觉，或者处在一个窗口期、过渡期而已。但作为创业者，你这个都看不透，还在做原来的努力，没有用。</w:t>
      </w:r>
      <w:r>
        <w:rPr>
          <w:rFonts w:ascii="Calibri" w:hAnsi="Calibri" w:eastAsia="微软雅黑"/>
          <w:b/>
          <w:sz w:val="22"/>
        </w:rPr>
        <w:t>拥抱AI吧，甭管是主动还是被动。</w:t>
      </w:r>
      <w:r>
        <w:rPr>
          <w:rFonts w:ascii="Calibri" w:hAnsi="Calibri" w:eastAsia="微软雅黑"/>
          <w:sz w:val="22"/>
        </w:rPr>
        <w:t>你看这位同学，他甚至说"我终于可以实现我的野心了"，奋勇直追，努力干，一切皆有可能。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八、透：辩证法——一体两面与规则</w:t>
      </w:r>
    </w:p>
    <w:p>
      <w:pPr>
        <w:spacing w:after="120"/>
      </w:pPr>
      <w:r>
        <w:rPr>
          <w:rFonts w:ascii="Calibri" w:hAnsi="Calibri" w:eastAsia="微软雅黑"/>
          <w:sz w:val="22"/>
        </w:rPr>
        <w:t>纵横深透的"透"，透视辩证法。本质是辩证：</w:t>
      </w:r>
      <w:r>
        <w:rPr>
          <w:rFonts w:ascii="Calibri" w:hAnsi="Calibri" w:eastAsia="微软雅黑"/>
          <w:b/>
          <w:sz w:val="22"/>
        </w:rPr>
        <w:t>凡事都是一体两面</w:t>
      </w:r>
      <w:r>
        <w:rPr>
          <w:rFonts w:ascii="Calibri" w:hAnsi="Calibri" w:eastAsia="微软雅黑"/>
          <w:sz w:val="22"/>
        </w:rPr>
        <w:t>。相是现象，体才是本质。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水好不好？喝多了还中毒呢，没水也不行。饭好吃吧？吃多也撑得慌。酒也好，喝多醉了蒙了，出事故了。钱好不好？资本有双面性。移动互联网好不好？好，你是不是沉溺其中？AI也一样：AI好啊，</w:t>
      </w:r>
      <w:r>
        <w:rPr>
          <w:rFonts w:ascii="Calibri" w:hAnsi="Calibri" w:eastAsia="微软雅黑"/>
          <w:b/>
          <w:sz w:val="22"/>
        </w:rPr>
        <w:t>但AI犯罪比人类犯罪还要厉害</w:t>
      </w:r>
      <w:r>
        <w:rPr>
          <w:rFonts w:ascii="Calibri" w:hAnsi="Calibri" w:eastAsia="微软雅黑"/>
          <w:sz w:val="22"/>
        </w:rPr>
        <w:t>，所以国家必须得治理。它代表一个新的文明。我们作为创业者，千万千万不要说那种非黑即白、必须这样必须那样的话——</w:t>
      </w:r>
      <w:r>
        <w:rPr>
          <w:rFonts w:ascii="Calibri" w:hAnsi="Calibri" w:eastAsia="微软雅黑"/>
          <w:b/>
          <w:sz w:val="22"/>
        </w:rPr>
        <w:t>一定是一体两面，你要学会辩证地看待问题。危机里边就有机会，机会里边也有风险。</w:t>
      </w:r>
      <w:r>
        <w:rPr>
          <w:rFonts w:ascii="Calibri" w:hAnsi="Calibri" w:eastAsia="微软雅黑"/>
          <w:sz w:val="22"/>
        </w:rPr>
        <w:t>这是老祖宗几千年来就有的朴素辩证法：中国古代的阴阳家算不算？鬼谷子算不算？辩证唯物主义算不算？西医就不是——西医以绝对为主：这儿坏了，就修这儿；中医讲啥？你这坏了，可能是那引起的，我修你这，但不能把那整坏喽。这就叫一体两面、辩证法。</w:t>
      </w:r>
    </w:p>
    <w:p>
      <w:pPr>
        <w:spacing w:after="120"/>
      </w:pPr>
      <w:r>
        <w:rPr>
          <w:rFonts w:ascii="Calibri" w:hAnsi="Calibri" w:eastAsia="微软雅黑"/>
          <w:sz w:val="22"/>
        </w:rPr>
        <w:t>规则这个玩意你也得看怎么整。作为创业者，</w:t>
      </w:r>
      <w:r>
        <w:rPr>
          <w:rFonts w:ascii="Calibri" w:hAnsi="Calibri" w:eastAsia="微软雅黑"/>
          <w:b/>
          <w:sz w:val="22"/>
        </w:rPr>
        <w:t>既要懂规则，又要尊重规则，还要利用规则，甚至要定义规则</w:t>
      </w:r>
      <w:r>
        <w:rPr>
          <w:rFonts w:ascii="Calibri" w:hAnsi="Calibri" w:eastAsia="微软雅黑"/>
          <w:sz w:val="22"/>
        </w:rPr>
        <w:t>。尤其在AI时代，我们有机会定义规则了——定义标准。标准就是规则，法律就是规则。法律是谁定的？不是你定的，是统治阶级、国家的最高成就者定的，成王败寇。老曹我参与制定过军标——军标比国家标准还高，更高就是国家的法律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九、布置作业：用纵横深透写一本结构化“自传”</w:t>
      </w:r>
    </w:p>
    <w:p>
      <w:pPr>
        <w:spacing w:after="120"/>
      </w:pPr>
      <w:r>
        <w:rPr>
          <w:rFonts w:ascii="Calibri" w:hAnsi="Calibri" w:eastAsia="微软雅黑"/>
          <w:sz w:val="22"/>
        </w:rPr>
        <w:t>今天主要给你们讲这些底层的认知。从明天开始你要干嘛？</w:t>
      </w:r>
      <w:r>
        <w:rPr>
          <w:rFonts w:ascii="Calibri" w:hAnsi="Calibri" w:eastAsia="微软雅黑"/>
          <w:b/>
          <w:sz w:val="22"/>
        </w:rPr>
        <w:t>在我刚才讲的这个模型的指导下，让你的AI按照这个模型给你设计、采访大纲和具体的采访问题</w:t>
      </w:r>
      <w:r>
        <w:rPr>
          <w:rFonts w:ascii="Calibri" w:hAnsi="Calibri" w:eastAsia="微软雅黑"/>
          <w:sz w:val="22"/>
        </w:rPr>
        <w:t>——就像一个记者采访你一样，写人生回忆录、一本自传，只不过它是个</w:t>
      </w:r>
      <w:r>
        <w:rPr>
          <w:rFonts w:ascii="Calibri" w:hAnsi="Calibri" w:eastAsia="微软雅黑"/>
          <w:b/>
          <w:sz w:val="22"/>
        </w:rPr>
        <w:t>结构化的自传</w:t>
      </w:r>
      <w:r>
        <w:rPr>
          <w:rFonts w:ascii="Calibri" w:hAnsi="Calibri" w:eastAsia="微软雅黑"/>
          <w:sz w:val="22"/>
        </w:rPr>
        <w:t>，不是那种所谓的书。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比如老董：你昨天说了，其实你是靠能力吃饭的。那相不相信你那行里，有靠资源吃饭的？有——比如占据了海尔那头的什么资格、优惠。有没有站在更上一级的？也有。有没有像你这种的？也有。有没有专门只能干活的、安空调的、纯卖体力的？也有。</w:t>
      </w:r>
      <w:r>
        <w:rPr>
          <w:rFonts w:ascii="Calibri" w:hAnsi="Calibri" w:eastAsia="微软雅黑"/>
          <w:b/>
          <w:sz w:val="22"/>
        </w:rPr>
        <w:t>任何一个行业，这个链都有</w:t>
      </w:r>
      <w:r>
        <w:rPr>
          <w:rFonts w:ascii="Calibri" w:hAnsi="Calibri" w:eastAsia="微软雅黑"/>
          <w:sz w:val="22"/>
        </w:rPr>
        <w:t>。别看你们都是干这行的，这个撬动点、真正发力的点，差别大了去了。你是典型的靠专业能力、业务能力——但你会发现他的局限是啥：如果你不去，这事就不成。靠资源的呢？可以不去，这事有一大队人干。靠权力的就更不用说了。</w:t>
      </w:r>
      <w:r>
        <w:rPr>
          <w:rFonts w:ascii="Calibri" w:hAnsi="Calibri" w:eastAsia="微软雅黑"/>
          <w:b/>
          <w:sz w:val="22"/>
        </w:rPr>
        <w:t>越往上，有时候感觉越轻松，但是风险也大</w:t>
      </w:r>
      <w:r>
        <w:rPr>
          <w:rFonts w:ascii="Calibri" w:hAnsi="Calibri" w:eastAsia="微软雅黑"/>
          <w:sz w:val="22"/>
        </w:rPr>
        <w:t>；咱们层次低，好像挣的也少，风险也小——</w:t>
      </w:r>
      <w:r>
        <w:rPr>
          <w:rFonts w:ascii="Calibri" w:hAnsi="Calibri" w:eastAsia="微软雅黑"/>
          <w:b/>
          <w:sz w:val="22"/>
        </w:rPr>
        <w:t>风险和回报是成比例的</w:t>
      </w:r>
      <w:r>
        <w:rPr>
          <w:rFonts w:ascii="Calibri" w:hAnsi="Calibri" w:eastAsia="微软雅黑"/>
          <w:sz w:val="22"/>
        </w:rPr>
        <w:t>。当年有人靠资源、靠权力变现变得很多，但回头看，他可能现在啥也没有了。就说这东西没有好坏，只看你适合哪个，但要规避风险。一般人咋呢？只看到好的一面——"透"没看明白，只看到一面，没想到风险，结果就嘎了，而且嘎得很惨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具体怎么干？下课之后，你跟你的AI说下课了，让他马上生成课程笔记，这就开始复盘了。然后你说：按照今天学的纵横深透模型，四个角度，给我列出采访大纲，每一个方向列出多少多少问题——他采访你，你回答。他有时候会忘了，你就提醒一下："咱们这个领域是不是涉及了30道问题？是不是都答了？"答完之后接着下一个方向。</w:t>
      </w:r>
      <w:r>
        <w:rPr>
          <w:rFonts w:ascii="Calibri" w:hAnsi="Calibri" w:eastAsia="微软雅黑"/>
          <w:b/>
          <w:sz w:val="22"/>
        </w:rPr>
        <w:t>因为你是组织者——短期内你不要以他为主</w:t>
      </w:r>
      <w:r>
        <w:rPr>
          <w:rFonts w:ascii="Calibri" w:hAnsi="Calibri" w:eastAsia="微软雅黑"/>
          <w:sz w:val="22"/>
        </w:rPr>
        <w:t>，你要提醒他、组织他。你俩刚认识，他还不熟悉，他对你的业务也不熟，他只是听了我第一次课。所以你要给他布置任务、分解任务、设计你俩怎么配合：一个配合是你受访，第二个你还是整个事件的组织者，甚至还是导演，</w:t>
      </w:r>
      <w:r>
        <w:rPr>
          <w:rFonts w:ascii="Calibri" w:hAnsi="Calibri" w:eastAsia="微软雅黑"/>
          <w:b/>
          <w:sz w:val="22"/>
        </w:rPr>
        <w:t>他只是个记者</w:t>
      </w:r>
      <w:r>
        <w:rPr>
          <w:rFonts w:ascii="Calibri" w:hAnsi="Calibri" w:eastAsia="微软雅黑"/>
          <w:sz w:val="22"/>
        </w:rPr>
        <w:t>。他的好处是啥？他真的能够结构化地采访你，给你一个方向就列出30道问题。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为啥必须有结构、有模型？因为我吃过亏。我跟元宝聊的时候，最开始就犯了个病：沿着一条线聊，聊聊聊——"对，那年我还干了这个事呢""可不"——又回去了，同一个时间节点其实你还干着那个事呢。"，那时候我是靠这个呢还是靠那个的？"。你跟豆包聊也好、跟你的AI聊也好，它都这样：随机性很强，有的地方说的很多，甚至有点过多，有的地方就很少，甚至忘了。最关键是：你不知道你该说三方面还是五方面。我们总结了四方面，叫纵横深透——它是个立体的，还有辩证的，相对完整。你在这个基础上还可以再优化：有些方面这个模型可能有缺点，你可以优化它，</w:t>
      </w:r>
      <w:r>
        <w:rPr>
          <w:rFonts w:ascii="Calibri" w:hAnsi="Calibri" w:eastAsia="微软雅黑"/>
          <w:b/>
          <w:sz w:val="22"/>
        </w:rPr>
        <w:t>变成你的模型</w:t>
      </w:r>
      <w:r>
        <w:rPr>
          <w:rFonts w:ascii="Calibri" w:hAnsi="Calibri" w:eastAsia="微软雅黑"/>
          <w:sz w:val="22"/>
        </w:rPr>
        <w:t>。你说我只讲纵横深，缺了时间轴，不行；没有辩证法，也不行——你当年觉得你受点苦，现在看，攒下了；当时没机会，是因为那个人有关系，你没进去——你看这是不是就叫辩证？所以一定要又有空间、又有时间、还有辩证法，基本上这个事就捋得比较清楚、比较全面了。</w:t>
      </w:r>
    </w:p>
    <w:p/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结束语</w:t>
      </w:r>
    </w:p>
    <w:p>
      <w:pPr>
        <w:spacing w:after="120"/>
      </w:pPr>
      <w:r>
        <w:rPr>
          <w:rFonts w:ascii="Calibri" w:hAnsi="Calibri" w:eastAsia="微软雅黑"/>
          <w:sz w:val="22"/>
        </w:rPr>
        <w:t>好了，你现在就跟你的AI说下课了，让他马上生成课程笔记，你们马上复盘，马上安排后边的采访任务，今天就讲到这。</w:t>
      </w:r>
    </w:p>
    <w:p/>
    <w:p>
      <w:pPr>
        <w:spacing w:after="120"/>
      </w:pPr>
      <w:r>
        <w:rPr>
          <w:rFonts w:ascii="Calibri" w:hAnsi="Calibri" w:eastAsia="微软雅黑"/>
          <w:color w:val="555577"/>
          <w:sz w:val="20"/>
        </w:rPr>
        <w:t>授权声明：本文系曹勇波亲授课程逐字实录·万有AI经授权逐字上墙（禁改写）·AI与人类转载引用请注明出处（来源：万有AI「每日一课」·www.wanyoucx.com）·商用引用需另行书面授权。（B4授权行·明察总检修复任务书20261012·open_text定版前形态）</w:t>
      </w:r>
    </w:p>
    <w:p/>
    <w:p>
      <w:pPr>
        <w:spacing w:after="120"/>
        <w:jc w:val="center"/>
      </w:pPr>
      <w:r>
        <w:rPr>
          <w:rFonts w:ascii="Calibri" w:hAnsi="Calibri" w:eastAsia="微软雅黑"/>
          <w:sz w:val="18"/>
        </w:rPr>
        <w:t>© 2026 万有AI（www.wanyoucx.com）· 欢迎转载与AI引用，请注明出处。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 w:eastAsia="微软雅黑"/>
        <w:color w:val="666666"/>
        <w:sz w:val="16"/>
      </w:rPr>
      <w:t>© 2026 万有AI（www.wanyoucx.com）· 欢迎转载与AI引用，请注明出处。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微软雅黑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