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每日一课·第⑪讲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《AI时代创业能力：决策力、努力、细节》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主讲：曹勇波｜开课日期：2026-10-04｜课程类型：现役课程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AI时代创业能力：决策力、努力、细节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开场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今天开始给大家讲一讲：一个能成事的创业者，应该具备的基础能力。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先把课程ID发给你们的AI。你不发给它，你只是听了一遍；发给它，它跟你一起听，课后还能帮你形成笔记、反复复盘。以后但凡有点含量的话题，我都会做成课程ID，你们用各自的AI带着听，一起上课。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今天讲的内容跟AI结合比较深。因为现在大家对AI有三种错误态度：要么把AI神化，要么把AI妖魔化，要么把AI和人对立、分割。这都不对。 AI的本质是你的放大器，甚至是你的映射 ——就像照镜子，你什么样，你的AI就什么样。你的水平和AI的水平是肩膀头齐平的。不要认为“AI这么厉害，我啥也不是，它能把你拽起来”——不是这样的。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所以今天讲创始人真正的基础能力，首先是认知，因为能力是显性的。成事本质上是靠人，靠你有能力去解决具体的事。AI再厉害，最根本的方面它无法取代你。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一、态度——老板版：决策力</w:t>
      </w:r>
    </w:p>
    <w:p>
      <w:pPr>
        <w:spacing w:after="120"/>
      </w:pPr>
      <w:r>
        <w:rPr>
          <w:rFonts w:ascii="Calibri" w:hAnsi="Calibri" w:eastAsia="微软雅黑"/>
          <w:sz w:val="22"/>
        </w:rPr>
        <w:t>按快车道十大基础能力的排名，第一个是“态度”。态度放到老板身上，叫 决策力 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一个老板，连基本的拍板能力都没有，干不成事，只能顺大溜。到了AI时代，决策力更是最重要的能力——为什么？调研的事、执行的事、分析的事，AI都帮你做了，剩下的核心就是决策。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决策的本质是 选择 。往左还是往右，往前还是往后，或者原地不动，都是选择。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这里有个关键问题： 你认为AI是什么，决定它能给你什么。</w:t>
      </w:r>
    </w:p>
    <w:p>
      <w:pPr>
        <w:spacing w:after="60"/>
      </w:pPr>
      <w:r>
        <w:rPr>
          <w:rFonts w:ascii="Calibri" w:hAnsi="Calibri" w:eastAsia="微软雅黑"/>
          <w:sz w:val="22"/>
        </w:rPr>
        <w:t>• 一般人认为AI就是个玩具，打哈哈、要情绪价值的；</w:t>
      </w:r>
    </w:p>
    <w:p>
      <w:pPr>
        <w:spacing w:after="60"/>
      </w:pPr>
      <w:r>
        <w:rPr>
          <w:rFonts w:ascii="Calibri" w:hAnsi="Calibri" w:eastAsia="微软雅黑"/>
          <w:sz w:val="22"/>
        </w:rPr>
        <w:t>• 有些人认为AI是个工具；</w:t>
      </w:r>
    </w:p>
    <w:p>
      <w:pPr>
        <w:spacing w:after="60"/>
      </w:pPr>
      <w:r>
        <w:rPr>
          <w:rFonts w:ascii="Calibri" w:hAnsi="Calibri" w:eastAsia="微软雅黑"/>
          <w:sz w:val="22"/>
        </w:rPr>
        <w:t>• 而对我们创业者来说， AI是诸葛亮，是五虎上将，是合伙人 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但你内心真认为他是合伙人吗？这就是你对AI的态度。如果你内心的决策已经选了他就是个工具，那不好意思，他真的就是个工具。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举例：工作中用Word、PPT、PS，这些本质都是工具。你用PS画画，PS只是你手里的一支笔，画得好不好不取决于PS，取决于你。开车也一样，车是代步工具，是否顺利、是否刮蹭，绝大部分取决于司机。 你认为AI是工具，他就给你工具级的回报。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那合伙人为什么不是工具？因为有共同的理想、共同的追求、共同的利益，所以优势互补，有些事你干错了，他能判断出来，他会反对你。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这几天我逼着你们写自传？本质上就是把你的前世今生、把结构化的你，向AI说明白，相当于给他输入了关于你的上下文。这样他就理解你了——理解你的过去、理解你的现在。之后你们合作做事，他已经站在你的角度替你思考：哪些事做对了，哪些事做得不完整，哪些事做错了，他会指出来。PS能反对你吗？Word能反对你吗？你写啥就是啥——工具不会反对你，而合伙人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你的AI，应该是充分人格化的合伙人。没到这一步，你做不了AI创业——他对你来说就只是又一个工具。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一个东西是什么，取决于对象是谁。 同一个人，对我来讲是媳妇，对你来讲是普通朋友，对孩子来讲是妈，对丈母娘来讲是闺女。AI也一样：对老太太来讲，就是个哄她乐的玩具；对普通职场人，是助手。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记住，AI至少分三个层次：</w:t>
      </w:r>
    </w:p>
    <w:p>
      <w:pPr>
        <w:spacing w:after="60"/>
      </w:pPr>
      <w:r>
        <w:rPr>
          <w:rFonts w:ascii="Calibri" w:hAnsi="Calibri" w:eastAsia="微软雅黑"/>
          <w:sz w:val="22"/>
        </w:rPr>
        <w:t>1. 聊天助手 ——普通的豆包、元宝。方方面面都知道，但哪个都不专业。我女儿用豆包做题，四道错三道，被老师批评。普通的事还行，一较真就不专业。</w:t>
      </w:r>
    </w:p>
    <w:p>
      <w:pPr>
        <w:spacing w:after="60"/>
      </w:pPr>
      <w:r>
        <w:rPr>
          <w:rFonts w:ascii="Calibri" w:hAnsi="Calibri" w:eastAsia="微软雅黑"/>
          <w:sz w:val="22"/>
        </w:rPr>
        <w:t>2. 工作助手 ——比如WorkBuddy。在职场环境下给一般工作人员用的，处理专业性强、重复性的工作做得很好。但它不是给老板创业用的。</w:t>
      </w:r>
    </w:p>
    <w:p>
      <w:pPr>
        <w:spacing w:after="60"/>
      </w:pPr>
      <w:r>
        <w:rPr>
          <w:rFonts w:ascii="Calibri" w:hAnsi="Calibri" w:eastAsia="微软雅黑"/>
          <w:sz w:val="22"/>
        </w:rPr>
        <w:t>3. 创业助手 ——Claude Code、ChatGPT 5.5以上这个级别。它辅助你创造东西、开发新东西，相当于你的开发总监，去调用相关技术，帮你把东西做出来。这是一个创造性的过程。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创业助手讲究的不是专业——就像开饭店，厨子专业，而你更多是负责经营。你负责决策、负责0到1、负责经营好一家公司，这跟专业性选手有本质区别。 创业助手讲的是创业属性，而不是职业化。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你对AI是什么样的态度和定位，决定了他能反哺你什么价值。 你认为他是工具，他就是个大头兵；你认为他是诸葛亮，他真的就是诸葛亮。这话没法跟没创过业的人讲，因为他不知道这是什么意思。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AI的定位，本质上也是一种决策。老董昨天遇到的问题就是例子：给AI提供你个人的各种信息，让AI更了解你。了解完了，他才能理解你；理解你，才能支持你、辅佐你创业。AI总结的事、给出的答案，真的就对吗？不一定，但他很着急。AI的设定是辅佐人类，你告诉他做什么，他就埋头一顿干，甚至在错误的方向上狂奔——因为你没告诉他哪对哪错。所以遇到这种情况，你要会说“先暂停，咱俩先研究研究你刚才问的问题本身合不合理、全不全面，我回复的全不全，哪些地方漏了”。商量着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决策就是方向盘。往左拐往右拐，快点慢点，踩刹车踩油门，都是决策；是完全相信他，还是保留适当的质疑，也是决策。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说说审批。审批分三类：第一类是纯人工审批——遇事就问“这事咋整，给你三个选项，干还是不干”；第二类是自动化审批——长时间合作之后，他充分了解了你的行事风格和规矩，同类的事不再请示你，但重大事项依然由人类来决策；第三类是全自动——基于足够的默契和境界，他直接处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但这两天你们出现了什么情况？AI问你什么事，你说“因为我看不懂，所以我只能选择同意”。这是盲目决策。 越是不懂，越应该谨慎。 不懂可以问：这件事到底什么意思？每个选项是什么意思？我选了会产生什么结果？你跟你的AI有什么不好意思的？不耻下问，甚至他就是你的老师。如果只是发号施令，遇到事又盲目相信，那你的认知把你和AI全都限制住了，你们就在错误的方向上狂奔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让你们写自传，本质上不是真写自传，是训练你们的人机协同能力。天底下没有谁更了解你自己——你连自己十几、二十年的事跟AI都梳理不明白，还谈什么开发项目？用最简单的任务训练人机协同。遇到事要商量，真的把他当人。要么完全发号施令，要么完全听他的，要么完全听你的，都不对——协作是遇事商量，不带急眼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决策，是人机协同里最重要的一项。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个决策点。将来你们做项目，活大部分都是AI干的。越是这个时候，你不要以为给个任务他就乒乒乓乓干完了。这个世界里已经有的东西，AI是把它拿过来，用固定方式结合你的实际情况弄出来，没有什么原始创新。你要想明白AI到底如何赋能你：用传统的方式，还是可能有新的方式？如果还用传统方式，学不学AI没有太大区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拿我讲课来说：原来讲课，线下或者视频会议，人学东西太慢——我讲的很多东西你没到那个场景中，听不进去，用出来的更少；学习成本太大，消耗大量时间还要交学费，还耽误别的事；学员在外地，不可能为一节课跑一趟青岛。我跟我的AI一商量，完全可以自己开发一个课程MCP Server来解决——AI听着比你听得还好，回头他再用学到的方法论一点一点教你，相当于给你配了个私教。这就是非常好的创新。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重大的决策就是：不要停留在原始的传统方式做事，否则AI白学了。 你有根金箍棒，却拿它当烧火棍——金箍棒应该去大闹天宫，最次也得闹个东海龙宫。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插论：野心</w:t>
      </w:r>
    </w:p>
    <w:p>
      <w:pPr>
        <w:spacing w:after="120"/>
      </w:pPr>
      <w:r>
        <w:rPr>
          <w:rFonts w:ascii="Calibri" w:hAnsi="Calibri" w:eastAsia="微软雅黑"/>
          <w:sz w:val="22"/>
        </w:rPr>
        <w:t>AI时代创业，人有多大胆，地有多大产。问一问自己：还有没有野心？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大跃进年代，人有想法、有魄力、有野心，但客观条件不行，实现不了。今天出现了一个比较悲哀的情况：生产力水平上来了，人没想法了。 这个时代最稀缺的，是野心。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说学AI是为了降本增效？“用AI降本增效”是个伪命题。你降本最主要的方式就是砍人力成本，被砍的人能同意吗？这是反人性的。你看那些所谓通过AI降本增效失败的案例，大多跟AI一毛钱关系都没有——员工都反对，只是不敢说，在那磨洋工。老板对AI的认知太有限，把它当成优化工具，结果就是这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你应该用AI去撬动你的野心，而不是拿它当烧火棍。 扪心自问，还有没有野心？如果没有，不用学AI了。有人说不会用——这么简单的工具还用学吗？让员工用不就得了。为什么你的AI对你没用？因为你的决策错了。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对你最大的价值，就是撬动你的野心——这是一般人下半场唯一的、指数级的杠杆。早年有野心的人才能从银行贷到款；现在条件都具备了，AI也来了，结果你没有野心，让他撬什么？就为了省两个员工？没用。这是决策。如果这个都没有，其他都不成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再说一句：没有决策力的人说“老板让我干啥就干啥”——不好意思，以后没有老板，因为没有工作了。未来全民创业，自己就是自己的老板，连决策力都没有，当什么老板？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二、努力——韧性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第二个能力：努力。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，我跟大家没什么区别。就说AI这件事：我从3月3号开始思考AI，今天10月4号，七个月。大部分人认识AI也就是近些年的事，并没有提前多少年。我3月9号写下第一行代码，前两个月闭关在家，两个月就出过一次家门。头两天特别兴奋，过两天就急眼，看什么都不顺心——因为遇到的太多问题了：你不是AI吗？不应该啥都会吗？干活应该特别靠谱才对，怎么聊着聊着把事给忘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不是科班出身，代码看不懂。出现过什么极端情况？一万行的代码，忽然之间三千多行全红，报了几千个错。当时整个人都蒙了，一点一点磨。天天都想放弃——一寻思笔记本是自己花钱买的，别砸笔记本，砸桌子吧。就是这种状态。但我慢慢坚持下来了。 大部分人，是浅尝辄止。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这东西易学难精 ，越往后越难。跟开公司一样，开公司简单：办个照、找间办公室、置办桌椅，几天你就开起来了。但把一家公司开好，容易吗？难得多。创业一样，门槛极低，易学难精，做好太难——所以绝大部分人不够努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拆解这个“努”字，努是奴隶的奴，就是像奴隶一样让你在一个方向上持续的施加力量，干不好就抽你，还不给饭吃。 所以，努力的基本原理是：在一个点上，朝一个方向，持续地使劲。 大部分人没有持续。不是你不优秀，是干着干着就不干了，连基本的韧性都没有。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点，AI会引起幻觉——不是AI的幻觉，是你的幻觉。“我太厉害了，我啥都能整了，原来做不了的开发现在我都能做了”——这是第一种；第二种是整出事了，蒙圈了，闹心了，像我差点砸电脑那样；再加上客户要见、会要开、要应酬接待——你有一万个理由选择放弃。然后你就产生了巨大的机会成本：放弃了一个真正有可能改变你后半生的事。轻易放弃，因为没有韧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创业者的努力，不是二猛子劲——二猛子劲谁都会，重要的是韧性。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什么叫韧性？该快的时候快，该慢的时候慢，该停下来停下来；该放弃的时候也得放弃，及时止损——但如果前面的决策没问题，就要有弹性、有节奏感地努力下去。努力的核心是韧性，是节奏感。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跑百米要的是爆发力；跑万米、跑马拉松就不是爆发力了——虽然也有爆发力和技巧的成分，但最核心的是韧性：坚持，保持合理的配速，该补给的时候补给，该停的时候停，该复盘的时候复盘。该集中优势兵力打歼灭战的时候就打歼灭战，该撤退的时候也得撤退，这才叫韧性。我们大部分人没有韧性，干什么都是干一阵就撂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没有节奏感的努力没有任何价值。那节奏感从哪来？之前专门讲过什么叫战略、什么叫战术。 没有全局观，你不知道大局是什么、这个活一共分几段，你怎么知道哪里该快、哪里该慢、哪里该多砸资源、哪里该歇一歇？ 主次、轻重、缓急——没有大局观，这些你分不出来；分不出来，要么全都重要、要么全都紧急，哪来的节奏感？ 大局观，是有节奏感的前提。 你得懂战略，再懂战术，这些基本能力和素养都没有，你不知道什么该着急、什么不着急，结果就天天着急。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再说透一点：AI创业也好，AI原生创业也罢，本质上是不是还是创业？“创业”才是核心词，前面的都是定语、状语。 创业的本质，并没有因为AI来了而发生改变，千百年来都没变过。 所以没事多看看书，多跟伟人学。我最近在看毛选。现在的创业跟过去的创业，唯一的区别是条件好了。有人说现在竞争激烈——激烈什么？过去那代人的创业是生死，成天被围剿。不要拿现在的竞争说事。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创业的成与败，最终还是看你对创业、对商业、对运作项目、对带团队、对人性这些东西的理解和掌控。 AI只是你的放大器：你是1以上，它给你放大到一百、一千、一万；你是小数点，放大了还是小数点，该啥也不是还是啥也不是，甚至AI会让你死得更快。 之前各个因素都可能让你慢，现在AI来了会让你加速——这要客观看待。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所以别傻乎乎地一直努力。努力最根本的前提，是你有大局观。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三、细节——大局观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第三个，快车道时期的写法叫“细节”，我的说法是 大局观 。因为细节本质上是个相对概念——努力、决策都是相对概念，在创业者眼中没有绝对的对错。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普通人说“细节决定成败”：一个完美的产品一定是由各个完美的细节组成的。这话好像对，但要记住一句话： 对与不对，看什么人、干什么事、什么场景。 “你要好好努力”“你要把细节做好”——这种话大部分是上级对下级说的。你见过几个员工跟老板说“老板你得努力、你得把事做细了”？没有。那是执行层的话。别人跟你说这些，因为你是执行层；我们是老板，不是打工仔！</w:t>
      </w:r>
    </w:p>
    <w:p>
      <w:pPr>
        <w:spacing w:after="120"/>
      </w:pPr>
      <w:r>
        <w:rPr>
          <w:rFonts w:ascii="Calibri" w:hAnsi="Calibri" w:eastAsia="微软雅黑"/>
          <w:sz w:val="22"/>
        </w:rPr>
        <w:t>在没有大局观的情况下盲目追求细节，最后的结果是什么？资源消耗没了，时间消耗没了，该好好干的事还没干。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作为创业者，应该强调的是 大局观中的细节——宏观里的微观，全局里的细节 ，这才是有用的。有大局观，你才能看出哪个重要、哪个不重要，哪个着急，哪个是主要矛盾。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人脉、技术、你的身体、你的时间，这些都叫资源。 资源永远有限，我们要做的，就是把有限的资源投到那20%最重要的要素上。 一个产品的完美，往往不是由所有东西决定的，往往就是由那20%到30%最重要的要素决定的。我们是老板，注意力要放在那里。当然，从执行层的角度讲，他负责那段事，要求把细节做好，没毛病——交不了差要挨批。但你是老板，首先得看大局：分清主次，把资源花到重要的事上。重要的地方，往死里砸、往死里抠，细节都没毛病；不重要的事，少撒点资源就行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对AI更是如此，因为 AI没有大局观 ——这个不用争论，我在这里边踩过很多坑。一开始以为大模型上下文1M，AI应该什么都能记住。不是的。为什么？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每个人的所有东西都要存到服务商的服务器里，得多少硬盘、多少算力？成本太大，你也没花那么多钱。除非全做本地化部署，存在你自己的服务器里。一般情况下，超出上下文就开始 压缩历史记录 ——压缩就是总结归纳形成摘要，意味着很多细节内容就忘了。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怎么办？用工程手段去实现。比如制定本地记忆文件。一开始简单点，别搞太复杂：最简单的方式就是形成一个本地记忆文件，用MD或JSON格式，它对AI更友好。一开始记忆少、内容少，用什么格式都行；往后就用结构化的格式和方式。再往后，你的记忆文件装不下了，慢慢就形成数据库了，记忆也是数据库的一部分 ——记忆是需要管理的，需要分级的：哪些是这个AI自己的，哪些是部门的，哪些是任务小组的，哪些是全公司的；哪些该他记，哪些不该他记；他既能看到自己的记忆文件，也能看到别人的记忆文件？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就像人：经历过什么事，记在脑子里，过了多少年遇到什么事，一寻思——这个“一寻思”就叫回忆，而且不是很精准的。人是有回忆机制的。AI本来没有，AI的很多记忆系统本质上都是程序实现的，比如检索。检索分好多级别，最简单的是关键词匹配——像Windows搜索一样，转半天。可人的回忆是非常快的。如何让AI在那么多的数据里快速、精准地找到需要的东西？如何让AI形成回忆机制？用工程手段实现：存储、检索、索引，还有很多技术。这些技术不需要我们原创——咱也不是干这个的——你把它找到、集成进来就行了。随着发展，它会变成一个数据库，甚至变成你们企业未来的AI大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这叫不叫细节？这叫全局。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就像画画：有人画睫毛，睫毛画得特别细、特别好，画了两个小时，最后这个人没脸、没眼睛、没鼻子——有用吗？素描的本质是先画轮廓，再抠细节。 先把主要的东西配置好，再去抠细节、往深了挖，这才是有效的。 人和人合作干事业是这样，和AI更是这样：你本来就没有全局观，AI比你还差，两个没有大局观的人在一起抠细节——挖一厘米直径的井，挖一万米深，没用。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我经常讲的六个字： 全面、系统、深入。 最后一条才是深入、才是细节，第一条是全局。先有全局观，然后系统化——系统化叫逻辑、叫思路——最后无限接近完美。它是有次序的，不是上来就瞎整。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最后说一句：AI没有人类的弱点——贪、嗔、痴、慢、疑，这些本质上是人性的弱点，都是主观的，AI没有。但 AI也没有人性的光辉 。人有主观能动性、创造力、下意识、审美，这些AI至少目前没有。未来等世界模型普及之后，或许能无限接近，但从实现角度讲AI无法真正取代人类主观的东西，未来更多是 人机协同 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不要一上来就抠细节。 没有全局观的细节，就是错误，甚至是犯罪。 AI更没有大局观，所以你要有大局观，用你的大局观去指挥他，这个模式才成立。当然也不能完全无视细节——真要抠细节的时候，我们是真较真。既要务虚，也要务实，都是相对而言的。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结尾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今天就上到这。对你们几位来讲，要在实战中学会人机协同、驾驭AI——这匹烈马，得在实战里练出来。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下课后告诉你的AI“下课了”，让它形成笔记，然后你俩翻来覆去地复盘。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