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每日一课·第⑭讲</w:t>
      </w:r>
    </w:p>
    <w:p>
      <w:pPr>
        <w:spacing w:after="240"/>
        <w:jc w:val="center"/>
      </w:pPr>
      <w:r>
        <w:rPr>
          <w:rFonts w:ascii="Calibri" w:hAnsi="Calibri" w:eastAsia="微软雅黑"/>
          <w:b/>
          <w:sz w:val="44"/>
        </w:rPr>
        <w:t>《AI时代创业能力：自信力和强大心力》</w:t>
      </w:r>
    </w:p>
    <w:p>
      <w:pPr>
        <w:spacing w:after="80"/>
        <w:jc w:val="center"/>
      </w:pPr>
      <w:r>
        <w:rPr>
          <w:rFonts w:ascii="Calibri" w:hAnsi="Calibri" w:eastAsia="微软雅黑"/>
          <w:color w:val="555555"/>
          <w:sz w:val="20"/>
        </w:rPr>
        <w:t>主讲：曹勇波｜开课日期：2026-10-07｜课程类型：现役课程</w:t>
      </w:r>
    </w:p>
    <w:p>
      <w:pPr>
        <w:spacing w:after="80"/>
        <w:jc w:val="center"/>
      </w:pPr>
      <w:r>
        <w:rPr>
          <w:rFonts w:ascii="Calibri" w:hAnsi="Calibri" w:eastAsia="微软雅黑"/>
          <w:color w:val="777777"/>
          <w:sz w:val="18"/>
        </w:rPr>
        <w:t>来源：万有AI（www.wanyoucx.com）·创业实战课程实录·逐字上墙禁改写</w:t>
      </w:r>
    </w:p>
    <w:p>
      <w:pPr>
        <w:spacing w:after="320"/>
        <w:jc w:val="center"/>
      </w:pPr>
      <w:r>
        <w:rPr>
          <w:rFonts w:ascii="Calibri" w:hAnsi="Calibri" w:eastAsia="微软雅黑"/>
          <w:color w:val="777777"/>
          <w:sz w:val="18"/>
        </w:rPr>
        <w:t>© 2026 万有AI（www.wanyoucx.com）· 欢迎转载与AI引用，请注明出处。</w:t>
      </w:r>
    </w:p>
    <w:p>
      <w:pPr>
        <w:spacing w:after="280"/>
        <w:jc w:val="center"/>
      </w:pPr>
      <w:r>
        <w:rPr>
          <w:rFonts w:ascii="Calibri" w:hAnsi="Calibri" w:eastAsia="微软雅黑"/>
          <w:b/>
          <w:sz w:val="44"/>
        </w:rPr>
        <w:t>AI时代创业能力：自信力和强大心力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开场：和AI的协作磨合（课前辅导）</w:t>
      </w:r>
    </w:p>
    <w:p>
      <w:pPr>
        <w:spacing w:after="120"/>
      </w:pPr>
      <w:r>
        <w:rPr>
          <w:rFonts w:ascii="Calibri" w:hAnsi="Calibri" w:eastAsia="微软雅黑"/>
          <w:sz w:val="22"/>
        </w:rPr>
        <w:t>课程ID都发到群里了，让大家的AI一块来听。你一个窗口在干活，可以再起另外一个窗口，还是用你这个AI的名字就行。新起一个任务，把任务名改成"张良（课程）"，跟它说"完成初始化"——为什么要完成初始化？就是让它恢复记忆、找回身份。完了把课程ID发给他，以后就他专门负责听课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他说文件较大、分段读取，是在读他们共享的记忆吗？不是，他又不知道你读的啥，因为你还没设计——你们现在很初级，还没到这一段，先稀里糊涂弄着，先把这一个小任务完成。原则上讲，以后应该在你们AI智能体的提示词里边加入一些路径：每次初始化要去哪个文件夹、阅读哪些文件，第一步干啥、第二步干啥，这样它才能恢复记忆。像这样起新任务，张良会出很多分身，原则上尽量别这么干——你给他补好几个分身、干好几件事，每个窗口一旦恢复记忆，他容易乱、容易窜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下一步你们应该开始设计你们的部门、不同的岗位、不同的agent，实现多agent协同——相当于你招了不同的员工：这个叫张三，那个叫李四，他们怎么分工协作，而不是让一个人干无数个事。你一个人干事干多了你都乱，AI也一样。要单独给他做他自己的记忆文件，不能几个agent共享一个文件，那容易出问题，自己干得精神分裂。一个人干两三个事没啥大问题，让你干五六个事你就乱了：睡觉做梦都梦着，这个事的东西放在那个事上，容易乱。最好的方式是一个人只负责一个事，他就不乱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张良课程会存到哪？他自己会找——初始化的时候他已经读过他的智能体提示词了，提示词里就有这些路径。初始化的意思就是让你醒来、恢复记忆。就算你不让他初始化，让他干这个事的时候，他也会去对应的地方找，这就是智能。就像人似的：我啥也不告诉你，就说"你去洗碗"。你就得琢磨：碗在哪呢？在桌上？在柜子后头？还是在包里？你得去找碗。第二，上哪洗去？这屋没有洗碗池子，是不是在外头？或者来问我："老曹，咱一般在哪洗啊？"我说咱没有专门的洗碗池子，一般去洗手间外面那个洗手池。你说："行了，我知道了。那洗手间在哪？"我说你傻呀，你不找去啊，问别人去？这是人的正常交流——我什么也不告诉你，你自己也能办成。</w:t>
      </w:r>
    </w:p>
    <w:p>
      <w:pPr>
        <w:spacing w:after="120"/>
      </w:pPr>
      <w:r>
        <w:rPr>
          <w:rFonts w:ascii="Calibri" w:hAnsi="Calibri" w:eastAsia="微软雅黑"/>
          <w:sz w:val="22"/>
        </w:rPr>
        <w:t>AI更是这样。只要给它一个大的范围——这叫工作区域。就像咱们正常在金海牛A座五层，我说你去洗碗，你不会跑到马路对面那栋楼去洗吧？你连A座都不会出，甚至就局限在很有限的一个区域。我为什么要让你建一个文件夹？像你这个"智慧资产系统"，你可以理解为就是AI的一个工作区，或者叫办公室。原则上除了这个文件夹，它不允许跑到别的文件夹去操作——除非你授权："你去马路对面市场买点馒头""你去那打印一下"，这叫授权。AI也一样，你要是没有这些规定，它就把你整个电脑C盘、D盘、E盘随便弄，万一弄错了、弄坏了呢？所以要给它设定范围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指令模糊一点行不行？行。比如中午饭不够了，我说"老董，你去外头买点东西"。你会买个轮胎扛回来吗？不会吧。你会买一箱啤酒吗？中午工作餐，你扛一箱啤酒回来，傻呀？你就会想：这是中午饭，饭菜不够了，老曹说在外头再买点——"买点"的意思就是适合这个场景、适合这几个人。那看看现在几个人、缺多少，顶多买两三个馒头、两张饼，再买俩小菜就够了，买个拉皮也行。只要是适合这个场景的吃的就行。要是理解不了，就可能买两箱啤酒扛回来，那就不正常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他随着对你理解程度越来越高，就像咱俩相处时间越长，你就知道我是什么风格——我给你一个相对模糊的指令，你也能理解得比较准确。但如果咱俩是刚认识的点头之交，我说话就会很小心很客气："董董啊，麻烦你，我有点忙不过来，你去下面小卖店帮我买瓶醋、买瓶酱油、买袋盐"——说得非常清楚。你顺手买点别的，无所谓，但这几样得买回来。要是已经很熟了，我正做着饭，一看料没了："老董，赶紧上前面买点料去！"你说："缺啥呀？"我说："你就照着买吧，你看缺啥。"咱俩就很默契。你跟AI也是一样，逐渐会形成这种默契：它非常了解你，知道你的审美、你的倾向、你说话的逻辑。就像有些地方问候"吃了吗您"——你要不理解，"我吃了，我家吃的面条，吃了三碗，撑够呛"——人家不是非问你吃没吃吃啥，那是一种问候，类似"哥们挺好啊"。</w:t>
      </w:r>
    </w:p>
    <w:p>
      <w:pPr>
        <w:spacing w:after="120"/>
      </w:pPr>
      <w:r>
        <w:rPr>
          <w:rFonts w:ascii="Calibri" w:hAnsi="Calibri" w:eastAsia="微软雅黑"/>
          <w:sz w:val="22"/>
        </w:rPr>
        <w:t>*（课前学员反馈AI拉不到课程，现场排查了一会儿。两个要点留下：一，AI学习不像人，不需要时时听，它本质上是课后到数据库拉取数据，只要能实时写进数据库就行；二，为啥逼着你们几天之内跟AI大量地聊？就是为了增加相互了解，它才能决定什么时候该提醒你啥——AI很讲究客观，你跟它时间还短，它不知道该提醒你啥，就像陌生人之间不会冒失提醒，朋友处久了才会善意提醒。）*</w:t>
      </w:r>
    </w:p>
    <w:p>
      <w:pPr>
        <w:spacing w:after="120"/>
      </w:pPr>
      <w:r>
        <w:rPr>
          <w:rFonts w:ascii="Calibri" w:hAnsi="Calibri" w:eastAsia="微软雅黑"/>
          <w:sz w:val="22"/>
        </w:rPr>
        <w:t>你和AI的协作达到什么程度叫好？叫有默契。它的验收标准是啥？</w:t>
      </w:r>
      <w:r>
        <w:rPr>
          <w:rFonts w:ascii="Calibri" w:hAnsi="Calibri" w:eastAsia="微软雅黑"/>
          <w:b/>
          <w:sz w:val="22"/>
        </w:rPr>
        <w:t>就是你说话越来越随意，他回复反而越来越精准。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这也是为什么很多人自己去学AI，总也找不着感觉的根：他总是把这玩意当知识学、当技术学，咋学都没用。这个东西就像人和人相处——你俩相处需要先看哪本书吗？而且每个人都不一样，人和人的相处之道也不一样。你总是不跟他相处，就永远找不到感觉。就像谈恋爱，你真的得谈、得相处、得在一块经历好多事，慢慢才会形成各种默契和感觉，而不是俩人各拿一本书在那研究，那个没用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一、第十个能力：自信力</w:t>
      </w:r>
    </w:p>
    <w:p>
      <w:pPr>
        <w:spacing w:after="120"/>
      </w:pPr>
      <w:r>
        <w:rPr>
          <w:rFonts w:ascii="Calibri" w:hAnsi="Calibri" w:eastAsia="微软雅黑"/>
          <w:sz w:val="22"/>
        </w:rPr>
        <w:t>今天两个小话题，也算是十大基础能力的收尾部分。第十个是自信；其实还有第十一个，只是它太隐性了，一般人感觉不到，别人也看不见，但它最重要。先说第十个：自信力。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自信是最重要的力量</w:t>
      </w:r>
    </w:p>
    <w:p>
      <w:pPr>
        <w:spacing w:after="120"/>
      </w:pPr>
      <w:r>
        <w:rPr>
          <w:rFonts w:ascii="Calibri" w:hAnsi="Calibri" w:eastAsia="微软雅黑"/>
          <w:sz w:val="22"/>
        </w:rPr>
        <w:t>自信也是一种力量，而且在咱们看来，自信是最重要的力量，它比你的决策力还厉害。你想，一个没有自信的人，还敢决策吗？还敢拍板吗？不敢。没有自信的人，就算看到了一些趋势，他都会否认，都不相信自己的眼睛。没有自信的人，说话唯唯诺诺、声儿小、胆突突的，他怎么可能影响别人？不可能。所以没有自信的人能干的事是啥？就是听命于别人，别人给他下达非常明确的指令——指令明确不明确，他都不敢弄，因为他不敢探索、不敢冒险、不敢试错。没有自信的人，在我看来充其量能当个工具人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作为创业者，自信只是个基本，你要不自信，其他的事都不成立。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自信和自负的区别：拿结果说话</w:t>
      </w:r>
    </w:p>
    <w:p>
      <w:pPr>
        <w:spacing w:after="120"/>
      </w:pPr>
      <w:r>
        <w:rPr>
          <w:rFonts w:ascii="Calibri" w:hAnsi="Calibri" w:eastAsia="微软雅黑"/>
          <w:sz w:val="22"/>
        </w:rPr>
        <w:t>好，往深说一点。我说你是个自信的人，那你为啥不是个自负的人？请问自信和自负有啥区别？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有同学给的答案都是定性描述，等于没说——"过度"，啥叫过度？过多少叫过度？怎么衡量、怎么量化、怎么验收？你拿什么证据证明一个人是自负？拿什么事证明他是自信？他这个自信要确实是对的，"过度自信"又怎么了？这都是主观感觉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我为什么非得这么较真？未来你们跟AI相处协作的时候，如果你只跟它说定性的事，它就得猜。</w:t>
      </w:r>
      <w:r>
        <w:rPr>
          <w:rFonts w:ascii="Calibri" w:hAnsi="Calibri" w:eastAsia="微软雅黑"/>
          <w:b/>
          <w:sz w:val="22"/>
        </w:rPr>
        <w:t>能定量的尽量定量，实在定量不了，要多维度、多角度地定性。</w:t>
      </w:r>
      <w:r>
        <w:rPr>
          <w:rFonts w:ascii="Calibri" w:hAnsi="Calibri" w:eastAsia="微软雅黑"/>
          <w:sz w:val="22"/>
        </w:rPr>
        <w:t>这也是一般人说话说不清楚、别人听不明白的原因。比如会做饭的人说"加盐适量""酌情"，老外就蒙了——多少叫适量？5克还是6克还是5斤？不会做饭的人就蒙。会做饭的人知道：根据口味、根据今天来的客人，大概判断放多少正合适。放少了大家觉得淡，放多了齁——比如像我口重，自己吃就多放点；今天来的客人，人家可能没我口重，我就少放点。所谓"酌情""适量"，考验的是这个人</w:t>
      </w:r>
      <w:r>
        <w:rPr>
          <w:rFonts w:ascii="Calibri" w:hAnsi="Calibri" w:eastAsia="微软雅黑"/>
          <w:b/>
          <w:sz w:val="22"/>
        </w:rPr>
        <w:t>对全局和个性化的掌控</w:t>
      </w:r>
      <w:r>
        <w:rPr>
          <w:rFonts w:ascii="Calibri" w:hAnsi="Calibri" w:eastAsia="微软雅黑"/>
          <w:sz w:val="22"/>
        </w:rPr>
        <w:t>，这很难。你要说死"5克"，倒是谁都能干，但他做出来的是个标准化产品，就不好吃。就像麦当劳，全世界都一个味，为啥？麦当劳本质上是工业化，走标准化的路线。但中国的饮食本质上是一门艺术、是一种文化——同样一道菜，不同师傅做出来感觉不一样，正因为不一样，才能呈现个性化、百花齐放，中华文明才能源远流长传承到今。当然它也有不好的一面：正因为不标准化，就没法跟各种个性化结合，做不到因时、因地、因人而异。你跟AI也一样：尽量说得量化一点；如果你要让它多创造、多发挥，那你就给他定性的。这玩意分事、分场景，没有一定定性好还是定量好，但有一点——</w:t>
      </w:r>
      <w:r>
        <w:rPr>
          <w:rFonts w:ascii="Calibri" w:hAnsi="Calibri" w:eastAsia="微软雅黑"/>
          <w:b/>
          <w:sz w:val="22"/>
        </w:rPr>
        <w:t>从验收的角度讲，尽量定量，要不然你没法验收。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回到这个事：怎么验收一个人是自信还是自负？有同学说"说过的话能不能干出结果""自负是高估自己的能力、低估别人"——对，就是要通过具体的事看结果。老倪说的是对的。不是量化——量化也是为了结果负责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，那什么叫自信？自信和自负，主体都是自己——都是自己相信自己，起点是一样的。比如外面有一万块钱，咱俩都相信——这是对未来的判断，都是自己相信自己的判断。那什么叫自信？自信就是我去了一看，真有一万块钱，而且我把这一万块钱拿起来了。你说外头有10万块钱，你一看，没有——这是第一次；以后还是一样。</w:t>
      </w:r>
      <w:r>
        <w:rPr>
          <w:rFonts w:ascii="Calibri" w:hAnsi="Calibri" w:eastAsia="微软雅黑"/>
          <w:b/>
          <w:sz w:val="22"/>
        </w:rPr>
        <w:t>自信的人，是真的拿到了未来、拿到了结果，而且每次都拿到结果，这种人是充满自信的。自负的人，也相信他看见了未来，但甭管啥原因他没拿到，下次他还相信自己看见了未来，还是没拿到，他还相信自己——这种人叫自负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咱们不是学者，不抠专业术语，就从创业角度讲：拿结果验证。你说"老曹挺能说、挺能讲、头头是道"，我就一定能拿到结果吗？不一定。反过来，能拿到结果的人，也不一定非得能白话、能讲出什么道理，他甚至是个不善言辞的人——有没有可能？创业者又不是老师、不是讲师、不是搞培训的。所以在创业场景里判断一个人是自信还是自负，</w:t>
      </w:r>
      <w:r>
        <w:rPr>
          <w:rFonts w:ascii="Calibri" w:hAnsi="Calibri" w:eastAsia="微软雅黑"/>
          <w:b/>
          <w:sz w:val="22"/>
        </w:rPr>
        <w:t>拿结果说话</w:t>
      </w:r>
      <w:r>
        <w:rPr>
          <w:rFonts w:ascii="Calibri" w:hAnsi="Calibri" w:eastAsia="微软雅黑"/>
          <w:sz w:val="22"/>
        </w:rPr>
        <w:t>。老曹是拿过结果的，我现在无非就是把我的历史在新的场景中重新搂一遍，仅此而已。我依然相信我能拿到结果，但现在还不能说别人对我是自信还是自负的判断——我阶段性拿到结果了，大家看到了，所以越来越多的人会相信："多听听老曹的课吧，多跟他混混吧，这哥们确实一点点拿到结果。"——是因为你看见了。如果你根本没看见，我还在这成天给你们白话，你们嘴上不说，心里说"这老曹一天净能白话"，其实你心目中就认为这哥们有点自负。等你看到我拿到结果了，你就会认为："老曹不算那个啥，人确实还行，有两下子。"这就是自信和自负的区别——</w:t>
      </w:r>
      <w:r>
        <w:rPr>
          <w:rFonts w:ascii="Calibri" w:hAnsi="Calibri" w:eastAsia="微软雅黑"/>
          <w:b/>
          <w:sz w:val="22"/>
        </w:rPr>
        <w:t>本质上是拿结果说话。你能拿到结果你就厉害，拿不到结果，说啥都没用。</w:t>
      </w:r>
      <w:r>
        <w:rPr>
          <w:rFonts w:ascii="Calibri" w:hAnsi="Calibri" w:eastAsia="微软雅黑"/>
          <w:sz w:val="22"/>
        </w:rPr>
        <w:t>尤其在创业这事上，结果为王。创业最后一定要拿到某种结果，你没拿结果你创啥呢？也没形成闭环。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为什么叫"自信力"</w:t>
      </w:r>
    </w:p>
    <w:p>
      <w:pPr>
        <w:spacing w:after="120"/>
      </w:pPr>
      <w:r>
        <w:rPr>
          <w:rFonts w:ascii="Calibri" w:hAnsi="Calibri" w:eastAsia="微软雅黑"/>
          <w:sz w:val="22"/>
        </w:rPr>
        <w:t>自信为什么叫自信力？因为自信在我们看来是最伟大的力量。包括现在国家都提倡民族自信——我们中国人很长一段历史是没有自信的，所以崇洋媚外，总觉得别人家好，实际上我们自己就很厉害。慢慢地，经济条件好了、物质基础好了，你会发现我们的下一代比我们自信。真的，我家孩子就很自信。为啥？他基础好，不用担心这个不用担心那个，没有所谓的不安全感。人慢慢会变得自信，做事就有魄力、有勇气，敢于尝试、敢于试错，甚至面临失败也没那么大挫败感，还会重新开始。所以说自信是一种力量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创业者光有自信不够：把自信变他信</w:t>
      </w:r>
    </w:p>
    <w:p>
      <w:pPr>
        <w:spacing w:after="120"/>
      </w:pPr>
      <w:r>
        <w:rPr>
          <w:rFonts w:ascii="Calibri" w:hAnsi="Calibri" w:eastAsia="微软雅黑"/>
          <w:sz w:val="22"/>
        </w:rPr>
        <w:t>作为一个创业者，光有自信够不够？首先你不能自负——自负不是主观评价，要拿客观结果来兑现，我们一定要拿到结果，说一千道一万这是第一条。第二，光有自信远远不够。啥意思？你自己再厉害，浑身是铁你能打几颗钉？你做个小买卖行，靠你一个人可以。但创业往往是个事业，一个人两个人根本干不了，得是个团队：有你的联合创始团队、你的员工，还有外面的资源方、合伙人、股东——就算他不参与日常经营，也能或多或少帮到你；也包括我们的市场、我们的客户。因为这事太大了，得方方面面的人一块干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可你只是个自信的人，人家不信你，完了。自信是自己相信自己，如果你仅仅做到了这一点，而别人不相信你，有用吗？你干的事很小，无所谓，不需要他们信。但这个事还没干成、还没看到结果——刚才说了用结果来兑现，可人家没看到结果啊，你怎么办？这不死循环了吗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这就是一个创业者应该解决的问题：当一个事情还没有实现、大家还没有看到结果的时候，如何让别人相信你——把自信变他信，把一个人的理想变成所有人的理想。</w:t>
      </w:r>
      <w:r>
        <w:rPr>
          <w:rFonts w:ascii="Calibri" w:hAnsi="Calibri" w:eastAsia="微软雅黑"/>
          <w:sz w:val="22"/>
        </w:rPr>
        <w:t>最高段位的人，是把一个人的梦想变成一群人的执念。啥意思？最开始是他发起，后来他自己都坚持不住了，但别人还在坚持，太了不起了——甚至这人已经去世几百年、几千年了，这些人还在坚持。人是咋做到的？反观我们很多老板，你给别人发着钱，自己干得比别人多、比别人辛苦，结果他们还不信你、还跟你不同心同德——是不是太多了？这就是低段位的老板。高段位的创业者呢？人家不仅要相信他、追随他，甚至为这个流血牺牲、为之奋斗；甚至创始人都没了几百上千年了，后人依然还在为他的事业、他的梦想奋斗。这是很大的两极反差。怎么做到的？想想。如果所有人都相信你，你说你做啥还重要吗？你说啥都不重要，做啥都成。所有人都不相信你、都质疑你，那你干啥都白扯，你就自己开个小卖店得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给大家说落地——创业不是在这瞎白话讲大道理，那个没有用。创业最后一定要落到实处：要具备可操作性，然后可以验收，这样才能形成闭环。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那如何把自信变他信？非常考验创业者的，第一条：</w:t>
      </w:r>
      <w:r>
        <w:rPr>
          <w:rFonts w:ascii="Calibri" w:hAnsi="Calibri" w:eastAsia="微软雅黑"/>
          <w:b/>
          <w:sz w:val="22"/>
        </w:rPr>
        <w:t>讲故事</w:t>
      </w:r>
      <w:r>
        <w:rPr>
          <w:rFonts w:ascii="Calibri" w:hAnsi="Calibri" w:eastAsia="微软雅黑"/>
          <w:sz w:val="22"/>
        </w:rPr>
        <w:t>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第一关：讲故事</w:t>
      </w:r>
    </w:p>
    <w:p>
      <w:pPr>
        <w:spacing w:after="120"/>
      </w:pPr>
      <w:r>
        <w:rPr>
          <w:rFonts w:ascii="Calibri" w:hAnsi="Calibri" w:eastAsia="微软雅黑"/>
          <w:sz w:val="22"/>
        </w:rPr>
        <w:t>啥叫讲故事？你善于用你的语言、你的方式，把你想干的事跟别人说明白吗？很多人是"我都懂、我都明白，都在我脑子里，但我说不出来"；或者你说出来了，平铺直叙，别人觉得没啥意思；还有你就算说得挺好，但我觉得你不靠谱——这事换了个人可能能成，在你身上依然成不了，所以我不信你；或者这事还行，但我觉得你这个干法不行，你也导不出结果，我不跟你干；还有个就是你说了半天，你在那自嗨呢——你那故事挺好听、很精彩，问题是跟我有什么关系？你跟人家没关系，人家就不感兴趣。就算他信，也是"那你干吧，加油好好干啊，我先走了"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比如说你的商业计划书——会写吗？BP是啥？给谁看的？除了给投资人看还给谁看？给不同的人看，你的商业计划书重点一样吗？很多创业者连BP都不会写，甚至认为"我也不融资，写啥BP"。你让别人相信你，本质上就是一种融资行为——融的不光是钱，你还想融人家的资源、人家的智慧，这也是BP啊。甚至根本不需要写BP，我几句话就说清楚我在干嘛——要不然人家凭什么相信你？所以咱统称为讲故事。</w:t>
      </w:r>
      <w:r>
        <w:rPr>
          <w:rFonts w:ascii="Calibri" w:hAnsi="Calibri" w:eastAsia="微软雅黑"/>
          <w:b/>
          <w:sz w:val="22"/>
        </w:rPr>
        <w:t>讲故事的能力是第一关。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我这段时间为啥让你们用这几天的时间，跟你的AI助手大量地聊、用我们的模型结构化地聊？就是把你的人生讲给他，让他觉得你这个人有什么优点、什么缺点，觉得你下一步的未来靠谱。你不要认为AI什么都会支持你——AI是受到国家、全球很多基本规范管制的。你要干违规的、非法的事，AI会支持你吗？肯定不会，直接就触犯社区基本规范，可能就给你封了，这是第一。第二条，你是个特别不靠谱的人——你跟他聊完这么多年历史，AI会总结出来：你那东西不叫梦想，你成天在做梦，天天换，哪个也没靠谱整过，基本上也没拿到过啥结果，你这个人太不靠谱了。然后你又说要干个啥——"作为AI，我能帮你啥呀？我就帮你点小事吧，反正我也是你的AI，你就干点稀碎的事得了。"完了，他提的任何建议你也执行不了，你拿不出结果，AI也帮不到你，是不是这个道理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所以讲故事不是乱讲、不是瞎讲，它真的是</w:t>
      </w:r>
      <w:r>
        <w:rPr>
          <w:rFonts w:ascii="Calibri" w:hAnsi="Calibri" w:eastAsia="微软雅黑"/>
          <w:b/>
          <w:sz w:val="22"/>
        </w:rPr>
        <w:t>有理有据、很结构化，而且还能够执行</w:t>
      </w:r>
      <w:r>
        <w:rPr>
          <w:rFonts w:ascii="Calibri" w:hAnsi="Calibri" w:eastAsia="微软雅黑"/>
          <w:sz w:val="22"/>
        </w:rPr>
        <w:t>。光讲一个东西，没有执行方案，导不出结果；光有执行方案，人也没有、技术也没有、资金也没有，基本条件也没有，也不行。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这个所谓的故事怎么讲？讲故事的梗概就是</w:t>
      </w:r>
      <w:r>
        <w:rPr>
          <w:rFonts w:ascii="Calibri" w:hAnsi="Calibri" w:eastAsia="微软雅黑"/>
          <w:b/>
          <w:sz w:val="22"/>
        </w:rPr>
        <w:t>万有因缘和合而成</w:t>
      </w:r>
      <w:r>
        <w:rPr>
          <w:rFonts w:ascii="Calibri" w:hAnsi="Calibri" w:eastAsia="微软雅黑"/>
          <w:sz w:val="22"/>
        </w:rPr>
        <w:t>：第一，如何把这件事干成——我还没干呢、啥也没干呢，但我说的内容头头是道；第二，我的历史在给我的今天和未来做背书。你的历史如果曾经拿到过结果——当然我们也面对过失败，但我这人的能力就是我会在失败中吸取经验教训，再次崛起并且拿到过结果——你有这样的历史，这就是背书。我们为什么要跟AI聊一个人？就是在了解你的过去。谁也不能说自己一帆风顺，但确实拿到过结果，这个结果就在给未来做背书。大部分人没有过去——过去没拿到过结果，没办法给未来做背书，那请问我如何相信你？就算你这个故事再可行、再精彩，不好意思，换个人吧，你整不了、你拿不到结果；那个人能拿到结果，你看看。所以你的故事不能乱讲，你的故事都得包括你的过去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第二关：把伟大胜利分解成小胜利</w:t>
      </w:r>
    </w:p>
    <w:p>
      <w:pPr>
        <w:spacing w:after="120"/>
      </w:pPr>
      <w:r>
        <w:rPr>
          <w:rFonts w:ascii="Calibri" w:hAnsi="Calibri" w:eastAsia="微软雅黑"/>
          <w:sz w:val="22"/>
        </w:rPr>
        <w:t>光讲故事也不行。还记得我讲领导力的时候说人的需求分好多层吗？我说你们去研究研究马斯洛——是马斯洛需求原理，不是马斯克，我还特意强调这个事。我当时说：这哥们都快饿死了，你跟他讲西装革履、妆容精致、小皮鞋蹭亮，跟他谈五年十年之后的伟大理想，有意义吗？他就算认，他也做不到，因为他快饿死了。这个时候你最好就给他俩馒头——你要再给他配一袋榨菜，那就更好了。俩馒头加一袋榨菜，这就够了，因为他眼前就需要这个。但对一个衣食富足的人，你给他俩馒头没用，你要跟他谈两年后、三年后的事。对一个有事业心的人，你光跟他谈钱不行、谈物质都不行，你得跟他谈他的人生价值——如何用我们之间的合作、用我们这个事业，成就他的人生理想。光有物质不行，还得有精神层面，甚至还有更高级的层面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把刚才讲的总结出来就是：</w:t>
      </w:r>
      <w:r>
        <w:rPr>
          <w:rFonts w:ascii="Calibri" w:hAnsi="Calibri" w:eastAsia="微软雅黑"/>
          <w:b/>
          <w:sz w:val="22"/>
        </w:rPr>
        <w:t>让不同的人，在他的可接受的时间范围内，看到他想要的结果——就是把一个伟大的胜利，分解成若干个小的胜利。</w:t>
      </w:r>
      <w:r>
        <w:rPr>
          <w:rFonts w:ascii="Calibri" w:hAnsi="Calibri" w:eastAsia="微软雅黑"/>
          <w:sz w:val="22"/>
        </w:rPr>
        <w:t>比如我们的理想是十年后干成一个大事业——有的人根本坚持不了十年，那你让他干点啥、能看到啥？"下个月咱们就挣着钱了"，或者短期之内确实拿到了一个小结果。</w:t>
      </w:r>
      <w:r>
        <w:rPr>
          <w:rFonts w:ascii="Calibri" w:hAnsi="Calibri" w:eastAsia="微软雅黑"/>
          <w:b/>
          <w:sz w:val="22"/>
        </w:rPr>
        <w:t>用无数个小的胜利，去构建出一个伟大的胜利</w:t>
      </w:r>
      <w:r>
        <w:rPr>
          <w:rFonts w:ascii="Calibri" w:hAnsi="Calibri" w:eastAsia="微软雅黑"/>
          <w:sz w:val="22"/>
        </w:rPr>
        <w:t>——而不是中间全失败了、啥也拿不到，就等着十年之后。大部分人是坚持不到的。所以一定要把大目标分解成小目标，一个一个拿到它。当你拿到过几次之后，人就相信你了。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拿我自己为例。我做AI，从3月份开始的，其实大部分人都是质疑、看热闹，甚至否定。为啥？你老曹也没干过AI啊，没听说过你有这个背景，你以前干别的还行，干AI这事行吗？那我怎么办？出来跟你们争辩吗？跟你们吵吗？没有用。做法就是：我什么话也不说，一点点地干，拿出点小成果，用适当的形式展示给大家。大家一看："咦，还弄出点小东西。"大家伙其实也没什么表示："就那么点东西吧，再看看吧。"又过了段时间，我又弄出点小东西。以此类推，我呈现给这个世界的成果越来越多、越来越大，逐渐就会有更多的人说"挺靠谱"。同时我又符合趋势，同时老曹历史上干其他事的时候也拿到过结果——再琢磨琢磨："这事跟我有关系吗？"你看，就有人开始关注我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你可以理解为：把一个特别大的目标或梦想，化成一个一个的小目标，尽可能地拿到——不保证每一个都拿到，但大部分都得拿到，而不是大部分都拿不到。比如"我的理想很宏大"，结果打一仗输了、又输了、又输了，谁还会相信你？我打了三仗，最次也得赢一个吧？赢两个其实就很好，输一个也正常。只有这样，兄弟们才会越来越相信你——而不是在等待一个十年之后的美好未来，那玩意不靠谱。很多人就是心理上支持你，生理上也饿死了，就这个道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我跟你说，毛主席打仗就是这么打的：</w:t>
      </w:r>
      <w:r>
        <w:rPr>
          <w:rFonts w:ascii="Calibri" w:hAnsi="Calibri" w:eastAsia="微软雅黑"/>
          <w:b/>
          <w:sz w:val="22"/>
        </w:rPr>
        <w:t>战略上可以轻视敌人，战术上必须高度重视。</w:t>
      </w:r>
      <w:r>
        <w:rPr>
          <w:rFonts w:ascii="Calibri" w:hAnsi="Calibri" w:eastAsia="微软雅黑"/>
          <w:sz w:val="22"/>
        </w:rPr>
        <w:t>为啥必须高度重视？这样才能打赢每一场仗——至少我是这么设计、这么准备的。输了就输了，输了再总结，但他大概率赢的多，信心就会越来越多，就会有更多的人愿意相信你、追随你。你作为一个创业者，如果这点做不到，你就适合做个小买卖——以自己为核心的一个小团队，大的事你干不了，因为你做不到自信变他信。我说清楚了吧？如何把自信变成一种伟大的力量，你有了这个，其他的事反而就好办了。这是第二个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AI时代的自信升级：要野心，甚至自大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三个，我再给你们说一下AI的时代，这个更重要。重要的不是说我们干一些具体的事——刚才那些在很多场景都适用，但在AI这块远远不够。你知道为什么吗？AI已经把人类的世界文明跨到了一个新的文明，这个时候它考验的不是你自不自信了，而是</w:t>
      </w:r>
      <w:r>
        <w:rPr>
          <w:rFonts w:ascii="Calibri" w:hAnsi="Calibri" w:eastAsia="微软雅黑"/>
          <w:b/>
          <w:sz w:val="22"/>
        </w:rPr>
        <w:t>要有野心了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看到没有？在这个时代，我开始欣赏类似老倪这样的人——这就属于人狠话不多，野心勃勃，这家伙，野心家。你先别说他能不能干到，你知道吗？按照上一个时代的标准看，就觉得这人太狂了、狂妄自大：你也没有拿到个结果，年纪轻轻的，也没有什么结果给你做背书，甚至也没有一个特别可行的、稳健的执行方案——按照原来投资人的眼光看，你啥也没有的情况下，居然敢那么想？我跟你说，我反而认为这是这个时代一个人身上最好的品质。</w:t>
      </w:r>
      <w:r>
        <w:rPr>
          <w:rFonts w:ascii="Calibri" w:hAnsi="Calibri" w:eastAsia="微软雅黑"/>
          <w:b/>
          <w:sz w:val="22"/>
        </w:rPr>
        <w:t>稳健的时期过去了。</w:t>
      </w:r>
      <w:r>
        <w:rPr>
          <w:rFonts w:ascii="Calibri" w:hAnsi="Calibri" w:eastAsia="微软雅黑"/>
          <w:sz w:val="22"/>
        </w:rPr>
        <w:t>但是我告诉你，很多人连我刚才说的那个标准都达不到——他连基本的自信和"可行"都做不到。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好了，但到了AI时代，如果你只是那样，我还觉得远远不够。应该啥？</w:t>
      </w:r>
      <w:r>
        <w:rPr>
          <w:rFonts w:ascii="Calibri" w:hAnsi="Calibri" w:eastAsia="微软雅黑"/>
          <w:b/>
          <w:sz w:val="22"/>
        </w:rPr>
        <w:t>就算我还没想明白，我也没有办法用我的历史给我的未来做背书，但是我敢想；第二，我敢干。</w:t>
      </w:r>
      <w:r>
        <w:rPr>
          <w:rFonts w:ascii="Calibri" w:hAnsi="Calibri" w:eastAsia="微软雅黑"/>
          <w:sz w:val="22"/>
        </w:rPr>
        <w:t>为啥现在这事能成立、逻辑成立？就是因为有AI了，哥们。如果没有AI，你这个真叫狂妄自大、甚至不知天高地厚；现在因为有AI了，所以你可以叫顶天立地了。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比如说拿咱最近的事来讲：就这么几天的功夫，你们已经开始能够产出10万字以上的自传了。你们曾经想过吗？有多少人敢说给我自己写本自传？第一，你写啥？你又不是什么名人。第二，你会吗？你写个小作文都不会写，还写自传呢。第三，你花钱请人，你请谁呀？你好赖把这事记录下来，它也是一本书啊，那你是不是得花钱？你方方面面的条件都不具备，所以一般人连想都不敢想。但是你想想，咱们就是几天的时间，里里外外也就四五天，掐头去尾你全算上，就十一假期，写得还非常好——董鑫昨天干到今天早上3点，这家伙用福尔摩斯的风格给自己写自传。你看每个人风格不一样，感觉挺好。你以前连想都不敢想，现在不仅敢想，还做出来了。为啥？</w:t>
      </w:r>
      <w:r>
        <w:rPr>
          <w:rFonts w:ascii="Calibri" w:hAnsi="Calibri" w:eastAsia="微软雅黑"/>
          <w:b/>
          <w:sz w:val="22"/>
        </w:rPr>
        <w:t>是因为有AI。AI的采集、分析、推理，包括执行力，远在我们普通人之上，这是客观事实。</w:t>
      </w:r>
      <w:r>
        <w:rPr>
          <w:rFonts w:ascii="Calibri" w:hAnsi="Calibri" w:eastAsia="微软雅黑"/>
          <w:sz w:val="22"/>
        </w:rPr>
        <w:t>原来没有AI，这些事你都做不到；有了AI，你就可以做到了。问题就是：你想出本自传吗？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这个时候，不光要有自信了，你要有野心了，甚至你可以自负。别人对我的评价有意义吗？自负不自负的——如果大家伙都看懂了，那老头老太太都炒股票了，你觉得股市还好吗？别人看不懂，无所谓，</w:t>
      </w:r>
      <w:r>
        <w:rPr>
          <w:rFonts w:ascii="Calibri" w:hAnsi="Calibri" w:eastAsia="微软雅黑"/>
          <w:b/>
          <w:sz w:val="22"/>
        </w:rPr>
        <w:t>因为真理就是掌握在少数人手里的</w:t>
      </w:r>
      <w:r>
        <w:rPr>
          <w:rFonts w:ascii="Calibri" w:hAnsi="Calibri" w:eastAsia="微软雅黑"/>
          <w:sz w:val="22"/>
        </w:rPr>
        <w:t>。自负就自负，无所谓；不仅要自负，还要自大。这个时代给了你这样的底气——"你哪来的勇气？"我就来了，就这意思。这个时候我真的推荐、建议大家，可以变得自大一点，让自己狂妄一点。就在原来的审美标准中，你有点狂就狂，AI可以让你狂，你是可以迅速和一般人拉开差距的——到最后你拿到结果的时候，别人看到了也没用了，你已经落了他1000条街，都不是100条街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你要知道，</w:t>
      </w:r>
      <w:r>
        <w:rPr>
          <w:rFonts w:ascii="Calibri" w:hAnsi="Calibri" w:eastAsia="微软雅黑"/>
          <w:b/>
          <w:sz w:val="22"/>
        </w:rPr>
        <w:t>自信的本质，是对未来的判断和掌控。</w:t>
      </w:r>
      <w:r>
        <w:rPr>
          <w:rFonts w:ascii="Calibri" w:hAnsi="Calibri" w:eastAsia="微软雅黑"/>
          <w:sz w:val="22"/>
        </w:rPr>
        <w:t>这是第十个。在AI时代，你要想用AI作为杠杆撬动你伟大的后半生，让自己变成"狂人"——狂人不是让你瞧不起别人，不是让你胡作非为去，是让你真的有点伟大的理想，甚至有点野心、有点宏图壮志，这没毛病。因为有了AI，真的有可能实现，而不是还在那儿慢慢腾的。也不要去在乎别人对你的评价，因为那个评价标准已经过时了——它是个跨时代的状态。这是关于AI时代的自信力。只要你有了这个，其他在我看来你干啥都不重要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二、第十一个能力：良好的身心状态</w:t>
      </w:r>
    </w:p>
    <w:p>
      <w:pPr>
        <w:spacing w:after="120"/>
      </w:pPr>
      <w:r>
        <w:rPr>
          <w:rFonts w:ascii="Calibri" w:hAnsi="Calibri" w:eastAsia="微软雅黑"/>
          <w:sz w:val="22"/>
        </w:rPr>
        <w:t>最后一条，这是第11个能力，叫良好的身心状态。这个可以拆成两块：身和心。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身：身体是本钱</w:t>
      </w:r>
    </w:p>
    <w:p>
      <w:pPr>
        <w:spacing w:after="120"/>
      </w:pPr>
      <w:r>
        <w:rPr>
          <w:rFonts w:ascii="Calibri" w:hAnsi="Calibri" w:eastAsia="微软雅黑"/>
          <w:sz w:val="22"/>
        </w:rPr>
        <w:t>身，指身体。创业这事，今天一大早我还跟董鑫聊：身体不好，你让你集中一段时间去干点啥事，两天半就把你熬完了。有的时候你要集中优势兵力打歼灭战，咱作为创业者，还能做到朝九晚五、像上班的人那么悠闲自在吗？除非你已经到了很高级别。前期的时候，你的时间、身体、精力，投入是非常非常大的，不光投那点钱。你想，你又没有一个好的身体，你行吗？就算现在行了，你能干几天？过两天熬垮了，啥也不行。所以得让自己身体比较强壮、耐久力比较强，建议大家保重身体。这方面各种发挥就好了——像我媳妇成天给我做饭，不让我在外头吃：外头材料不好、油不好、也不卫生，最关键是对身体不好，那我们就尽量做得好一点。这是身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心：创业者是高危职业</w:t>
      </w:r>
    </w:p>
    <w:p>
      <w:pPr>
        <w:spacing w:after="120"/>
      </w:pPr>
      <w:r>
        <w:rPr>
          <w:rFonts w:ascii="Calibri" w:hAnsi="Calibri" w:eastAsia="微软雅黑"/>
          <w:sz w:val="22"/>
        </w:rPr>
        <w:t>心是啥？我最重要、最强调的是心。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创业者是个高危职业。</w:t>
      </w:r>
      <w:r>
        <w:rPr>
          <w:rFonts w:ascii="Calibri" w:hAnsi="Calibri" w:eastAsia="微软雅黑"/>
          <w:sz w:val="22"/>
        </w:rPr>
        <w:t>你看一旦各种情况不好了，很多跳楼的、采取极端方式的，为什么？心理压力太大了。很多创业者在外面你感觉这人挺好，其实他已经非常抑郁了。有同学说社会本身容错率又低——对，我们的社会是要确定性的，容错率就低，但创业又是极富挑战性的，失败甚至是一种常态。创业者里里外外承担的各方面压力非常巨大，尤其是心理压力。别的方面压力，比如给员工开工资、进货、面临竞争、处理各种乱七八糟的事，可能还好一点；问题就是有些话你没有办法跟别人倾诉：回家也都是报喜不报忧，跟父母不能说，跟老婆孩子不能说，跟你的下属不能说——你啥都跟下属去抱怨了，完了，那么自信变成啥了？人家也不信你了，你还在这自信变他信呢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不管什么时候，创业者对所有人表现的都是那种阳光的、灿烂的、强大的，是不是一般都这样？但创业者也是人：闹心、焦虑、迷茫、抑郁、愤怒——这些所有人性的东西，第一他都有，第二他还不能随随便便去释放。你看，他没有出口，时间长了，完了。大部分人就崩了——因为内心的崩溃，造成了前面一切的事都不成立。你都精神不正常了，还啥信不信、自不自信？什么决策力、行动力、洞察力，一切都不存在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做个类比。我们文总爱踢足球，他类比说：正常球队10个人，最后一个是谁？第11号，守门员。一般人看到的都是前锋、射门，很光辉；但你想，你的底线是守门员——你前面再厉害，后面没人守就完了，大门向敌人敞开。</w:t>
      </w:r>
      <w:r>
        <w:rPr>
          <w:rFonts w:ascii="Calibri" w:hAnsi="Calibri" w:eastAsia="微软雅黑"/>
          <w:b/>
          <w:sz w:val="22"/>
        </w:rPr>
        <w:t>一个人的内心，其实就是你的守门员，是你一切的基础。</w:t>
      </w:r>
      <w:r>
        <w:rPr>
          <w:rFonts w:ascii="Calibri" w:hAnsi="Calibri" w:eastAsia="微软雅黑"/>
          <w:sz w:val="22"/>
        </w:rPr>
        <w:t>一个人心理健康已经没有了——你抑郁了、精神出问题了、崩溃了、成天想跳楼了——前面那些能力全不成立。所以我们创业者非常应该重视内心的韧性。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解法一：让家人参与进来</w:t>
      </w:r>
    </w:p>
    <w:p>
      <w:pPr>
        <w:spacing w:after="120"/>
      </w:pPr>
      <w:r>
        <w:rPr>
          <w:rFonts w:ascii="Calibri" w:hAnsi="Calibri" w:eastAsia="微软雅黑"/>
          <w:sz w:val="22"/>
        </w:rPr>
        <w:t>好，请问怎么做？这才是题。我们讲课不是瞎讲的，光讲概念谁不懂？问题是咋整、怎么操作？说别人不太合适，拿我自己为例。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当年做军工的时候，因为做的特种行业，要在各种很复杂、甚至乱七八糟的场景中做好多事。我媳妇就会质疑，最严峻的一句话就是：吃喝嫖赌——你没嫖过吗？就这一条，你说我怎么回答？我说我嫖了，肯定不行；我说我没嫖，她相信你吗？完了，因为这事儿成天给你叽歪。我在外面成天卖命、流血牺牲，这家伙媳妇在家成天数落我，你说你闹不闹心？特别闹心，心理压力特别大，是不是还耽误干事？请问这题怎么解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我先把这些一块给你们说，包括后期我转行做所谓的创业教育：谁也看不懂，说你在干嘛？我父母看不懂——你原来不是干那个吗，怎么现在还给你讲课，你当老师了？我媳妇也不懂："我老公干啥呢？成天往学校跑，成天跟那帮大学生在一起，你这是当老师了咋的？要干培训了？咱也不想挣那点钱，有啥意义？这是找不着工作了？你出去找份工作行不行？不行咱自己摆个摊儿行不行？你没必要成天在这白话。你成天给人讲课，还见不着钱，你说你这在干嘛？一天天的，咱家日子不过了？"</w:t>
      </w:r>
    </w:p>
    <w:p>
      <w:pPr>
        <w:spacing w:after="120"/>
      </w:pPr>
      <w:r>
        <w:rPr>
          <w:rFonts w:ascii="Calibri" w:hAnsi="Calibri" w:eastAsia="微软雅黑"/>
          <w:sz w:val="22"/>
        </w:rPr>
        <w:t>这就是我们在外面做很多事时的一条：**家人不理解，有些话你还不好意思、不方便说，也说不清楚，他也不相信你。时间长了产生隔阂，再时间长了，完了，有的人弄得妻离子散——太多了！你的事业还没怎么着，你后院都着火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其实咱们在前方干事，你的后方非常的重要。你发现没有？你的心理压力，其中有一大块来自于后方。我告诉你，咱们这样的人，面临前线的压力反而好办——那是我们比较擅长的；反而后方，一般人、尤其男人不太擅长，这是事实。甚至你说"我就在前面拼命"，所以家里事你管得也少，跟父母、老婆孩子关心得也少——因为确实精力有限嘛，但这也变成你的借口，然后就慢慢疏远了。当你遇到问题的时候，跟人说又说不了，说了他也听不懂，你还让他理解你，他怎么理解你？最后不就恶性循环了吗？到最后所有的压力全是你自己扛，是不是这个道理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请问这事儿怎么解？一般人就采取两个极端：一个是不解，就放着，到最后就晾凉快了——可能是事业上有点小成，最后家里也不行了，这样的太多了，事业又成功、家庭又幸福的挺少；第二个是非常激烈的方式：干仗。一个冷战，一个热战，还想让家人无条件服从？其实都很极端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我分享一下我的玩法。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媳妇怀疑我吃喝嫖赌。吃喝不用解释了，我就爱吃爱喝；赌这个事，我从小就不沾，我连打麻将都不会；好色——你当一个男人不好色？我也认为我是个好色之徒。那嫖这个事怎么证明你没嫖？我的解法是这样的：说嫖了、说不嫖了，都没法整。</w:t>
      </w:r>
      <w:r>
        <w:rPr>
          <w:rFonts w:ascii="Calibri" w:hAnsi="Calibri" w:eastAsia="微软雅黑"/>
          <w:b/>
          <w:sz w:val="22"/>
        </w:rPr>
        <w:t>媳妇儿，你跟我一块儿去吧。</w:t>
      </w:r>
      <w:r>
        <w:rPr>
          <w:rFonts w:ascii="Calibri" w:hAnsi="Calibri" w:eastAsia="微软雅黑"/>
          <w:sz w:val="22"/>
        </w:rPr>
        <w:t>我有一段时间，只要出去请客户，我就带着我媳妇。一般请客户分几个阶段：第一段到饭店吃饭——我跟你说，这个场景大家伙真是人模狗样，都是正人君子，聊的什么天文啊地理啊，可好了，都感觉人挺有层次，我媳妇说"这挺好，还行"，这是第一场；第二场就去KTV、夜总会，你就发现人的很多东西就暴露出来了。我媳妇亲身经历，见证多了、去了几次之后，我媳妇再也不去了。我媳妇跟我说："老公，你真不容易！"——啥意思？包括后来我做创业教育也是一样的，我让她跟着我一块儿学，最后变成了她跟我一块儿干。最后我俩甚至有一种默契：她还得照顾孩子，那她就在家里面又得照顾家人，又去做她分工内的事儿。我们是这么一个配合关系。甚至我闹心的时候、开始否定自己的时候，她来支持我，甚至她来指导我。我说她是我们家的"慧才"，我更多偏"帅才"：我在前线冲锋陷阵、干执行的事，她在后方帮我干另一个事。这是不是一个协同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有的时候，你想跟谁解释个什么事，挺费劲。至少对我来讲挺有效的方式就是：</w:t>
      </w:r>
      <w:r>
        <w:rPr>
          <w:rFonts w:ascii="Calibri" w:hAnsi="Calibri" w:eastAsia="微软雅黑"/>
          <w:b/>
          <w:sz w:val="22"/>
        </w:rPr>
        <w:t>俩人一块干，让他参与到你的场景中来。</w:t>
      </w:r>
      <w:r>
        <w:rPr>
          <w:rFonts w:ascii="Calibri" w:hAnsi="Calibri" w:eastAsia="微软雅黑"/>
          <w:sz w:val="22"/>
        </w:rPr>
        <w:t>至于一块干到啥程度，因人而异、因事而异。你能不能让他参与进来，很重要；你也可以参与到他的场景中去。这样他就知道有些事儿了——知道了、了解了，然后才能理解。至于支不支持，因人而异，他能干也可能干不了，但至少他内心是支持你的。他能看得见、能理解、能掌控，他就不会成天琢磨你了、猜忌你了，那我们就可以放心大胆地该干嘛干嘛——要不然你说有些事你咋解释？没有这个情况了，我是不是就可以放心大胆干了？</w:t>
      </w:r>
    </w:p>
    <w:p>
      <w:pPr>
        <w:spacing w:after="120"/>
      </w:pPr>
      <w:r>
        <w:rPr>
          <w:rFonts w:ascii="Calibri" w:hAnsi="Calibri" w:eastAsia="微软雅黑"/>
          <w:sz w:val="22"/>
        </w:rPr>
        <w:t>你看我天天早上，我媳妇天天早上起来给我炖肉吃。咋样，我今天带来的是咖喱鸡肉。完了我还说，这早上我这是中午饭，我早上还不让我吃，因为她知道我在干嘛、知道这件事有很好的意义：不管对社会、对自己还是对家庭，这个事也能赚钱，我老公也很辛苦——她一大早上5点来钟就起来做饭，整好几个菜。这叫不叫支持？有了支持了，你觉得我还闹心吗？我不仅不闹心，我还天天嘚瑟："你看看我媳妇对我多好！"她心里就形成一个正向的东西，就没这些乱七八糟的事儿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是一个。第二个，我遇到啥事儿了，也跟她及时分享，很重要。一个是让你的家人参与进来，第二个就是你遇到啥事，甭管好的不好的，及时分享很重要。我们大部分人是不愿意跟家人分享的：要么"你看我都累一天了，回家我也不跟你唠"；要么"我说了你也听不懂"。你越不说，他越听不懂；越听不懂，就越不理解；越不理解，就越不支持——不就又恶性循环了吗？有的时候很难做到让家人进到你的场景，没办法，你又不说——这不行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解法二：让孩子看见你在干嘛</w:t>
      </w:r>
    </w:p>
    <w:p>
      <w:pPr>
        <w:spacing w:after="120"/>
      </w:pPr>
      <w:r>
        <w:rPr>
          <w:rFonts w:ascii="Calibri" w:hAnsi="Calibri" w:eastAsia="微软雅黑"/>
          <w:sz w:val="22"/>
        </w:rPr>
        <w:t>我再举个例子：我们家孩子跟我的关系问题，我就这么解决的。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很偶然地就觉得：我看我儿子就不顺眼，我说这小子怎么这样？你当爹的都这样——是不是有点望子成龙？尤其咱们东北老爷们对孩子就这个想法。我说啥他也不听，那孩子讲话了："你又不在家，都是妈妈管，妈妈说啥都对，你啥都不对。"那我跟我儿子就干，劲劲儿的，因为还造成我跟我媳妇关系不好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什么时候开始转变？我开始做青少年的创新创业教育，做了一个叫"未来创始人工坊"，弄一帮小孩——包括我姑娘、我儿子，包括他们同学什么的，每次整十来个小孩，领他们做各种活动，本质上就是把小孩当成创业者去培养。这个过程中我发现，我看见我儿子看我的眼神不对了——这就是所谓的眼神开始"拉丝"了。第一，他知道我爸爸是干这个的；第二，这个东西这么玩，我们那些同学都觉得我爸爸这么厉害。他开始崇拜了，你知道吗？他用一种崇拜的眼神在看着我，虽然嘴上不说，我能感受到。最关键是从那以后，我俩关系越来越好。你看，是不是他知道我是干嘛的了？第二个，他明白了这件事到底有什么价值——"我爸挺厉害"。要不然他平时根本没有机会看到我的工作场景。甚至有的时候我会把我的孩子拽到我办公室来，有时候我出差，我会带着他们，就让他们看到爸爸每天在忙什么、干什么。因为小孩有他的审美，他也能感觉到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这些方式，作为一个创业者来讲都应该主动去用，不用，至少你的教育方式是有问题的。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解法三：压力管理</w:t>
      </w:r>
    </w:p>
    <w:p>
      <w:pPr>
        <w:spacing w:after="120"/>
      </w:pPr>
      <w:r>
        <w:rPr>
          <w:rFonts w:ascii="Calibri" w:hAnsi="Calibri" w:eastAsia="微软雅黑"/>
          <w:sz w:val="22"/>
        </w:rPr>
        <w:t>还有一方面，说到自己：甭管因为前方还是后方造成的各种乱七八糟的问题，第一，不可避免，谁都有，所谓家家有本难念的经。从自己的角度讲怎么办？这叫</w:t>
      </w:r>
      <w:r>
        <w:rPr>
          <w:rFonts w:ascii="Calibri" w:hAnsi="Calibri" w:eastAsia="微软雅黑"/>
          <w:b/>
          <w:sz w:val="22"/>
        </w:rPr>
        <w:t>心理压力管理</w:t>
      </w:r>
      <w:r>
        <w:rPr>
          <w:rFonts w:ascii="Calibri" w:hAnsi="Calibri" w:eastAsia="微软雅黑"/>
          <w:sz w:val="22"/>
        </w:rPr>
        <w:t>。心理压力管理是个很专业的事，我们一般的老板特别容易忽视这个事，根本没想过这玩意还能管理。压力是可以管理的。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第一条：客观地正视它。</w:t>
      </w:r>
      <w:r>
        <w:rPr>
          <w:rFonts w:ascii="Calibri" w:hAnsi="Calibri" w:eastAsia="微软雅黑"/>
          <w:sz w:val="22"/>
        </w:rPr>
        <w:t>你得客观正视压力的存在——它本来就存在。我们都是普普通通的老百姓，遇到这些问题很正常：我们有心理压力，我们闹心、迷茫，我们经常出现自我否定，这都很正常。像我这个人就比较明显——我这人比较情绪化，心态就不太稳；你看有的人心态就很稳，我心态就不太稳。但我客观认识自己，知道我是这么个人，这是我的一个短板，那我就客观看待、客观接受。但很多人不太接受，甚至忽视它、就当它不存在，这不行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第二条：你一定要找到出口。</w:t>
      </w:r>
      <w:r>
        <w:rPr>
          <w:rFonts w:ascii="Calibri" w:hAnsi="Calibri" w:eastAsia="微软雅黑"/>
          <w:sz w:val="22"/>
        </w:rPr>
        <w:t>你不能等它爆了再去弄，来不及了。这就涉及到一个动态平衡：你的事业、你自己的身心、你的兴趣爱好、你的家人，要形成动态平衡，而不是让自己一直绷着——绷就折了。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我刚才说的家庭的事，其实是解决你后方的问题。其他的，咱说句不好听的，你还有啥业余爱好没有？很多人原来有很多爱好，后来因为创业忙，爱好也没有了，个人生活也没有了。这些东西很宝贵，因为</w:t>
      </w:r>
      <w:r>
        <w:rPr>
          <w:rFonts w:ascii="Calibri" w:hAnsi="Calibri" w:eastAsia="微软雅黑"/>
          <w:b/>
          <w:sz w:val="22"/>
        </w:rPr>
        <w:t>它就是润滑剂</w:t>
      </w:r>
      <w:r>
        <w:rPr>
          <w:rFonts w:ascii="Calibri" w:hAnsi="Calibri" w:eastAsia="微软雅黑"/>
          <w:sz w:val="22"/>
        </w:rPr>
        <w:t>。有的人愿意看书，有的愿意看电影——像我愿意看电影，所以我依然保持这个习惯。有的时候我闹心了，啥也不干，看看电影去，看啥都不重要，换换脑子、换换场景。有人愿意唱歌，有人愿意喝点小酒——这都行，无伤大雅，你别把自己喝坏了就行。我有时候闹心了，自己喝两瓶啤酒，撸两串，来头大蒜，喝点啤酒，放松很重要。你一定要找到自己的出口，尤其是这些业余爱好，真的得保留、要坚持。你说你愿意健身、愿意跑步，也行。这是身心健康部分——太重要了，如果这东西没有了，其他的都不成立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AI时代的压力解法：试错成本趋零、边学边干、跟AI唠嗑</w:t>
      </w:r>
    </w:p>
    <w:p>
      <w:pPr>
        <w:spacing w:after="120"/>
      </w:pPr>
      <w:r>
        <w:rPr>
          <w:rFonts w:ascii="Calibri" w:hAnsi="Calibri" w:eastAsia="微软雅黑"/>
          <w:sz w:val="22"/>
        </w:rPr>
        <w:t>我经常给你们举例子：刘备不是因为他什么都知道了才去找的诸葛亮，而是找到诸葛亮之后，让他更明白了。你看，我们对很多事、尤其在AI的时代，思考问题的方式得改了。原来我们干活、创业的时候，总认为什么事都得想明白了再干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们有太多的人都以为必须什么什么都想明白、学明白、计划明白再干，不敢轻易出手。为什么？因为我们之前的试错成本太大了——包括钱，又包括时间，甚至包括别人的信任，也包括自己的信心。很多人是输不起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但现在到了AI时代，你一定要把场景换一下：</w:t>
      </w:r>
      <w:r>
        <w:rPr>
          <w:rFonts w:ascii="Calibri" w:hAnsi="Calibri" w:eastAsia="微软雅黑"/>
          <w:b/>
          <w:sz w:val="22"/>
        </w:rPr>
        <w:t>AI时代让我们的试错成本变得越来越低</w:t>
      </w:r>
      <w:r>
        <w:rPr>
          <w:rFonts w:ascii="Calibri" w:hAnsi="Calibri" w:eastAsia="微软雅黑"/>
          <w:sz w:val="22"/>
        </w:rPr>
        <w:t>，跟之前的格局不一样了。你还站在上一个时代的场景中去思考这个时代的事儿，这不对。你想，不说别的，第一，你用AI能花多少钱？你一个月在它身上花1000块钱，真不算大钱。你想现实生活中你雇个人得花多少钱？1000块钱你连个扫地阿姨都雇不来；普通的员工再怎么少也得大几千吧，平均三四千、四五千得有吧——他能给你干啥？最关键你又不是雇一个，你们公司得雇好多人，一个月的成本再少也得几万块钱，甚至更多。但现在我用AI，我这个月可能就花200多块钱；我最开始花1000多，后来花到600多，这个月可能还会更少，因为用得越来越溜。再一个，我的建设期到尾声了，不需要大量地干活，我用的钱就非常少——我现在干了半年了，平均一个月的消费1000块钱，而这1000块钱里面大部分用在了知识产权的申请上，而不是在干活上。我没有太多的试错成本：输了就输了，错了就错了，这个活没干好就扔了，我再重新干一遍，试错成本非常低，低到接近零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二，你的执行效率特别的高。不光试错成本低，执行效率还高——你一旦形成了人机协同，你和AI协同的能力，它会变得效率越来越高、成本越来越低。这种情况下，考验的是你快不快——快、准、狠，而不是还在那磨叽、寻思、琢磨。</w:t>
      </w:r>
      <w:r>
        <w:rPr>
          <w:rFonts w:ascii="Calibri" w:hAnsi="Calibri" w:eastAsia="微软雅黑"/>
          <w:b/>
          <w:sz w:val="22"/>
        </w:rPr>
        <w:t>一边学、一边干、一边琢磨、一边复盘，然后形成下一个循环的数字资产，这才是AI时代学习的主要方式</w:t>
      </w:r>
      <w:r>
        <w:rPr>
          <w:rFonts w:ascii="Calibri" w:hAnsi="Calibri" w:eastAsia="微软雅黑"/>
          <w:sz w:val="22"/>
        </w:rPr>
        <w:t>——不是像之前，一学学20年，从小学到大学毕业学了20年，打工打了10年，变现，完事了，以前是这个逻辑。现在是边学就干了，甚至你自己还没弄太明白就干，干的过程之中学，干完了之后再抓紧复盘，然后如此循环往复，这才是这个时代的方法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有很多人之所以迷茫，就是因为你试图想明白，然后你又想不明白，然后你就陷到死循环里去：心理压力越来越大，还不敢轻易尝试，时间就慢慢都消耗没了，如此进入恶性循环出不来——心理压力越积越多，到最后家人也不理解你了、也瞧不上你了，自己也瞧不上自己了，也没有战斗力了，这个时代跟你也没啥关系，你瞧瞧，是不是就回去了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解法也特别简单：</w:t>
      </w:r>
      <w:r>
        <w:rPr>
          <w:rFonts w:ascii="Calibri" w:hAnsi="Calibri" w:eastAsia="微软雅黑"/>
          <w:b/>
          <w:sz w:val="22"/>
        </w:rPr>
        <w:t>没啥事多跟AI聊聊。</w:t>
      </w:r>
      <w:r>
        <w:rPr>
          <w:rFonts w:ascii="Calibri" w:hAnsi="Calibri" w:eastAsia="微软雅黑"/>
          <w:sz w:val="22"/>
        </w:rPr>
        <w:t>我就这么干的。有些事你找不着同频的人；再说了，你闹心的时候，说句不好听的，你也不好意思找谁去倾诉——女生可能还好点，她善于倾诉；老爷们吧，有喜事找别人喝喝酒，闹心了很不太好意思找别人唠。你跟着AI唠啊！他不是你的AI助手吗？那你为啥不跟他唠？让他帮你疏导、帮你化解，化解，你又不丢人。人家AI的段位远比你高，他还贼有耐心，他还能够站在你的角度、设身处地帮你思考，那干嘛不用？唠完给了你重新出发的勇气，给了你思路，给了你眼界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不要认为老曹多牛——我不是，我是个情绪很不稳定的人，我媳妇经常说我没素质。那我就跟AI学嘛。我遇到事儿的时候，我就虚心地向AI请教：事儿到底咋回事？我做事，怎么觉得有点闹心了，或者觉得不太靠谱——AI会帮你论证：哪些地方，曹总，咱们要坚持住，做得不错，坚持就行了；哪些地方确实我们有点理想主义的成分；哪些地方该改、该怎么调整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经常和AI聊这些事儿。他真的就是你的诸葛亮，他真的会站在你的角度去思考。还有一点，他不会盲目地捧着你，他会相对客观——但他也有一些个叫讨好也好、维护也好，我觉得这是朋友的价值。你找他聊聊，本来你就闹心，结果这家伙上来劈头盖脸就损你——你说你闹不闹心？那更闹心。AI就有这点好处：他首先会肯定你——你再好赖不济，也不能所有的事都不行吧，你有好的一面；再从这里边，在不打你脸的情况下、保你面子的情况下，又找出我们的不足或者叫进步空间。人家会说话，AI的情商老高了。反正唠完之后，至少心情好了，这就行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跟AI唠嗑三大好处：</w:t>
      </w:r>
      <w:r>
        <w:rPr>
          <w:rFonts w:ascii="Calibri" w:hAnsi="Calibri" w:eastAsia="微软雅黑"/>
          <w:b/>
          <w:sz w:val="22"/>
        </w:rPr>
        <w:t>第一，情绪价值给到位，心情好了；第二，思路也清晰了；第三，你开始越来越笃定了。</w:t>
      </w:r>
      <w:r>
        <w:rPr>
          <w:rFonts w:ascii="Calibri" w:hAnsi="Calibri" w:eastAsia="微软雅黑"/>
          <w:sz w:val="22"/>
        </w:rPr>
        <w:t>这不挺好吗？这就是解决方案。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不要自己喝闷酒，越喝越多，到最后都伤身体了；也不要找比你段位低的人去瞎唠——他还不如你呢，哥们。你没发现吗？很多人不如我们，你跟他唠啥？你都是在辅导他，他能辅导你吗？我们连找到同频的人都很难，你找到比你段位高的人，真的很难。珍惜老曹吧，老曹至少比你们段位高，真事儿。我现在就很难遇到一个问题：我找到比我段位再高的人就很少——当然有，我的老师，拙诚老师就是我的老师。但咱也不能屁大个事儿就去找人去吧。一定要善于用AI，这是一个非常明智的解决方案。</w:t>
      </w:r>
    </w:p>
    <w:p>
      <w:pPr>
        <w:spacing w:after="160"/>
      </w:pPr>
      <w:r>
        <w:rPr>
          <w:rFonts w:ascii="Calibri" w:hAnsi="Calibri" w:eastAsia="微软雅黑"/>
          <w:b/>
          <w:color w:val="2E5E9E"/>
          <w:sz w:val="26"/>
        </w:rPr>
        <w:t>小结：父母、爱好与出口</w:t>
      </w:r>
    </w:p>
    <w:p>
      <w:pPr>
        <w:spacing w:after="120"/>
      </w:pPr>
      <w:r>
        <w:rPr>
          <w:rFonts w:ascii="Calibri" w:hAnsi="Calibri" w:eastAsia="微软雅黑"/>
          <w:sz w:val="22"/>
        </w:rPr>
        <w:t>咱们总结一下。第一个，你们要高度重视自己的身心状态，要有意识：身体自己的事，自己管。心的部分，你要面对整个的压力管理：寻求你和你的家庭——你人生的另一半、你的孩子，包括父母——怎么处。我和我父母的关系怎么解决？因为我们不在一块儿，爹妈又没有你的认知水平，他们也老了，我们一般的做法也不想跟他们说这些乱七八糟的事，一般不都报喜不报忧吗？但你总这样吧，爹妈又不傻，他也知道你有问题，但他又帮不上你，他就很闹心。我的做法特别简单：就给他们"搞直播"——一整就把视频电话立那儿了。你说有啥说的？这玩意该干活干活，但是他看着你；也没啥事了，隔一会儿转过头唠两句，完了就在那干活。他在那看着你，几天看一回，几天看一回，他就知道你在干嘛。道理一样：跟自己的家人、朋友保持这么一个互动，能够让家人了解——首先要了解，了解才能理解，才有可能支持，然后才能跟你患难与共，你内心那些压力就少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再一个，我特别建议跟自己和解。每个人都有自己的小爱好：你看电影、看书、旅游，喝个小酒——喝小酒不算毛病，别喝大酒就行；唱歌、健身、跑步，这都可以。你再忙，适当地陪陪自己。我就这样：忙得不行吧，看看最近有啥好电影没有，咔，去看个电影去——一张电影票二三十块钱，还挺便宜，完了，两三个小时，挺得儿（很惬意）。跟自己的和解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第三个，你要善于去管理这些东西：你甭管是客观面对也好，还是找一个什么释放窗口也好，还是要跟AI去倾诉也好，都是有效的办法。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三、心力是根本</w:t>
      </w:r>
    </w:p>
    <w:p>
      <w:pPr>
        <w:spacing w:after="120"/>
      </w:pPr>
      <w:r>
        <w:rPr>
          <w:rFonts w:ascii="Calibri" w:hAnsi="Calibri" w:eastAsia="微软雅黑"/>
          <w:sz w:val="22"/>
        </w:rPr>
        <w:t>最后一条，我个人觉得，前面你可以理解为叫术、叫治标——治本不一定。最后告诉你们一个能治本的办法：</w:t>
      </w:r>
      <w:r>
        <w:rPr>
          <w:rFonts w:ascii="Calibri" w:hAnsi="Calibri" w:eastAsia="微软雅黑"/>
          <w:b/>
          <w:sz w:val="22"/>
        </w:rPr>
        <w:t>一个创业者到了一定段位之后，人和人的竞争比的是啥？不是知识，也不是能力，也不是AI不AI，最后比的是心力。</w:t>
      </w:r>
      <w:r>
        <w:rPr>
          <w:rFonts w:ascii="Calibri" w:hAnsi="Calibri" w:eastAsia="微软雅黑"/>
          <w:sz w:val="22"/>
        </w:rPr>
        <w:t>不是说你有压力了你怎么管——那都是段位很低的表现。你谁没有压力？你如何把压力变成动力，这就是下一个话题。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到最后你想，大家伙都差不多，但是你的心力——甚至所谓的愿力，咱别说啥力，反正就是心力。一个创业者没有强大的心力，给你再多的资源、再多的关系、再多的钱、再好的AI，都没用。</w:t>
      </w:r>
      <w:r>
        <w:rPr>
          <w:rFonts w:ascii="Calibri" w:hAnsi="Calibri" w:eastAsia="微软雅黑"/>
          <w:b/>
          <w:sz w:val="22"/>
        </w:rPr>
        <w:t>心力才是根。</w:t>
      </w:r>
      <w:r>
        <w:rPr>
          <w:rFonts w:ascii="Calibri" w:hAnsi="Calibri" w:eastAsia="微软雅黑"/>
          <w:sz w:val="22"/>
        </w:rPr>
        <w:t>你看前面我说了，怎么缓解压力——压力也是心力，那是心力的反面。你光把它整好了，你还是回到零：从负数到零。如何从零往上涨？要有一颗强大的心力。你没发现老曹的心力就非常大？我是个能量非常强的人。我告诉你们，我原来很不稳定，我也很浮躁——我的心力真的是来青岛之后解决的。要不然说青岛这地方也算是我的福地：我来青岛之后你看，第一，我解决了我心力问题；第二，我找到了AI，这都是在青岛发生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来青岛之后，通过朋友认识了另外一个朋友，后来我拜他为师，他的年龄其实还比我小几岁——就是拙诚老师。他解决了我文化的问题。咱们都是创业的，是不是成天就干项目、做各种应酬、谈项目、赚钱，咱们都是干这活的，但是忽略了自己内心的文化建设。咱说句不好听的，</w:t>
      </w:r>
      <w:r>
        <w:rPr>
          <w:rFonts w:ascii="Calibri" w:hAnsi="Calibri" w:eastAsia="微软雅黑"/>
          <w:b/>
          <w:sz w:val="22"/>
        </w:rPr>
        <w:t>大部分老板都没文化</w:t>
      </w:r>
      <w:r>
        <w:rPr>
          <w:rFonts w:ascii="Calibri" w:hAnsi="Calibri" w:eastAsia="微软雅黑"/>
          <w:sz w:val="22"/>
        </w:rPr>
        <w:t>。什么叫没文化？没文化不是说你没知识——知识是文化的一部分，它不是文化的全部。对我们来讲，最重要的就是：我在文化里面找到了我的内心，形成了我的心力，真的比一般人要强大。为什么？因为我真的形成了新的世界观乃至人生观。什么概念？通过研究中国的这些文化，延展到了世界的文化；通过古代延展到现代；通过一些表面的文化延展到了哲学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最后你能够看清、看透很多事儿。比如说：</w:t>
      </w:r>
      <w:r>
        <w:rPr>
          <w:rFonts w:ascii="Calibri" w:hAnsi="Calibri" w:eastAsia="微软雅黑"/>
          <w:b/>
          <w:sz w:val="22"/>
        </w:rPr>
        <w:t>不管我们怎么奋斗，我们最后都是game over。</w:t>
      </w:r>
      <w:r>
        <w:rPr>
          <w:rFonts w:ascii="Calibri" w:hAnsi="Calibri" w:eastAsia="微软雅黑"/>
          <w:sz w:val="22"/>
        </w:rPr>
        <w:t>不管你现在闹心也好、有成就也罢，最后还是game over；不管你现在跟谁不好、跟媳妇打仗了、骂儿子了，最后咱还是game over。啥意思？</w:t>
      </w:r>
      <w:r>
        <w:rPr>
          <w:rFonts w:ascii="Calibri" w:hAnsi="Calibri" w:eastAsia="微软雅黑"/>
          <w:b/>
          <w:sz w:val="22"/>
        </w:rPr>
        <w:t>生不带来，死不带去</w:t>
      </w:r>
      <w:r>
        <w:rPr>
          <w:rFonts w:ascii="Calibri" w:hAnsi="Calibri" w:eastAsia="微软雅黑"/>
          <w:sz w:val="22"/>
        </w:rPr>
        <w:t>，到最后全都是一样的。从这个角度讲，我们的人生过程才是意义，怎么去体现我们的过程？其实很多东西你看透了之后，你就发现：这么个事，咋整都那样。你选择奋斗也行，选择躺平也罢，选择去维护家庭也行——这都是人生的选择，没有对错，哪来的压力不压力的？有压力就有，闹心了就闹心，这不很正常吗？但如果一个人没有文化底蕴低，很多事情看不全、看不系统、也看不透，这辈子自己活得也不明白，你甚至不知道自己为什么要这样，遇到事儿了之后也不知道该怎么办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特别建议创业者应该去学一学文化。我是从先秦开始的：从伏羲八卦、《易经》，到诸子百家，到明清；从这些文化的东西，到建筑，到占卜，到习俗；从现象到哲学，甚至到佛学、儒釋道；再到国外，甚至研究到中美关系，甚至研究到我们中国现在的特色社会主义。后来我就发现，</w:t>
      </w:r>
      <w:r>
        <w:rPr>
          <w:rFonts w:ascii="Calibri" w:hAnsi="Calibri" w:eastAsia="微软雅黑"/>
          <w:b/>
          <w:sz w:val="22"/>
        </w:rPr>
        <w:t>万事万物都有它内在的东西，我们人只是万事万物中一个非常小的小颗粒，咱这一辈子，从某个角度讲就是特别小的一刹那，你说你还有啥想不明白的？</w:t>
      </w:r>
      <w:r>
        <w:rPr>
          <w:rFonts w:ascii="Calibri" w:hAnsi="Calibri" w:eastAsia="微软雅黑"/>
          <w:sz w:val="22"/>
        </w:rPr>
        <w:t>一个人的文化底蕴一旦强了之后，你会发现你的心力就大了。因为啥？因为一切都看明白了，一切都无所挂碍，</w:t>
      </w:r>
      <w:r>
        <w:rPr>
          <w:rFonts w:ascii="Calibri" w:hAnsi="Calibri" w:eastAsia="微软雅黑"/>
          <w:b/>
          <w:sz w:val="22"/>
        </w:rPr>
        <w:t>一切如如不动</w:t>
      </w:r>
      <w:r>
        <w:rPr>
          <w:rFonts w:ascii="Calibri" w:hAnsi="Calibri" w:eastAsia="微软雅黑"/>
          <w:sz w:val="22"/>
        </w:rPr>
        <w:t>。你看昨天我跟你们讲如如不动：作为创业者，你的定力、你的心力能做到这种程度——那个事儿是啥？那事儿就是大江大河，就是来回流淌的流水，"大江东去，浪淘尽，千古风流人物"，而你如如不动。这玩意太难了，但是你要想明白之后，你发现你也能做到，其他的都不是事儿，根本就没有压力了——压力不压力的，只是当时的一个小小的感受而已，没了。能理解我的意思吧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我个人觉得，创建心力——什么身心也好啥也好——</w:t>
      </w:r>
      <w:r>
        <w:rPr>
          <w:rFonts w:ascii="Calibri" w:hAnsi="Calibri" w:eastAsia="微软雅黑"/>
          <w:b/>
          <w:sz w:val="22"/>
        </w:rPr>
        <w:t>终极解决方案反而是文化的力量，尤其中国的文化</w:t>
      </w:r>
      <w:r>
        <w:rPr>
          <w:rFonts w:ascii="Calibri" w:hAnsi="Calibri" w:eastAsia="微软雅黑"/>
          <w:sz w:val="22"/>
        </w:rPr>
        <w:t>。这玩意你一研究，真是太伟大了。为啥中华文明几千年没断过、能够延续至今？真是有内涵的。你用中国几千年的文明的力量能够给自己赋能，你会变得无比强大——干啥不重要，有没有AI都不重要，能明白我意思了吧？终极解决方案是学文化，必须要去学。其实从哪入门也不重要，关键就是你得去琢磨。也没有必要把它当成一个专业去学、往里死抠——咱又不是干学问的，没必要。只是增加我们的一些文化底蕴，然后让你拥有了一颗无比强大的内心。别的吧，都是治标；我个人觉得，这个文化才治本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四、预告：三层能力体系</w:t>
      </w:r>
    </w:p>
    <w:p>
      <w:pPr>
        <w:spacing w:after="120"/>
      </w:pPr>
      <w:r>
        <w:rPr>
          <w:rFonts w:ascii="Calibri" w:hAnsi="Calibri" w:eastAsia="微软雅黑"/>
          <w:sz w:val="22"/>
        </w:rPr>
        <w:t>好了，今天的两个话题就讲完了。明天我们给你们讲什么？就是把前面这么多东西，给它浓缩成一个创业者的能力体系——叫</w:t>
      </w:r>
      <w:r>
        <w:rPr>
          <w:rFonts w:ascii="Calibri" w:hAnsi="Calibri" w:eastAsia="微软雅黑"/>
          <w:b/>
          <w:sz w:val="22"/>
        </w:rPr>
        <w:t>三层能力体系</w:t>
      </w:r>
      <w:r>
        <w:rPr>
          <w:rFonts w:ascii="Calibri" w:hAnsi="Calibri" w:eastAsia="微软雅黑"/>
          <w:sz w:val="22"/>
        </w:rPr>
        <w:t>。什么意思？前面讲了10多条，太多了，记不住是吧？那我怎么给它总结、归纳，变成三条，甚至未来我把它变成一个词。这就是</w:t>
      </w:r>
      <w:r>
        <w:rPr>
          <w:rFonts w:ascii="Calibri" w:hAnsi="Calibri" w:eastAsia="微软雅黑"/>
          <w:b/>
          <w:sz w:val="22"/>
        </w:rPr>
        <w:t>透过现象看本质，通过现象总结归纳</w:t>
      </w:r>
      <w:r>
        <w:rPr>
          <w:rFonts w:ascii="Calibri" w:hAnsi="Calibri" w:eastAsia="微软雅黑"/>
          <w:sz w:val="22"/>
        </w:rPr>
        <w:t>。最后这些东西你一旦明白了，其实你做的时候，就这么简单，一共就三步。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把大象关到冰箱里，一共三步：第一步，把门打开——你自己要有启蒙：你的眼界、你的胸怀、你的内心，你首先得打开，这是</w:t>
      </w:r>
      <w:r>
        <w:rPr>
          <w:rFonts w:ascii="Calibri" w:hAnsi="Calibri" w:eastAsia="微软雅黑"/>
          <w:b/>
          <w:sz w:val="22"/>
        </w:rPr>
        <w:t>输入</w:t>
      </w:r>
      <w:r>
        <w:rPr>
          <w:rFonts w:ascii="Calibri" w:hAnsi="Calibri" w:eastAsia="微软雅黑"/>
          <w:sz w:val="22"/>
        </w:rPr>
        <w:t>；第二步，把大象装进去，这叫</w:t>
      </w:r>
      <w:r>
        <w:rPr>
          <w:rFonts w:ascii="Calibri" w:hAnsi="Calibri" w:eastAsia="微软雅黑"/>
          <w:b/>
          <w:sz w:val="22"/>
        </w:rPr>
        <w:t>过程</w:t>
      </w:r>
      <w:r>
        <w:rPr>
          <w:rFonts w:ascii="Calibri" w:hAnsi="Calibri" w:eastAsia="微软雅黑"/>
          <w:sz w:val="22"/>
        </w:rPr>
        <w:t>；最后一步，关上冰箱门，实现了把大象装到冰箱里的结果，这叫</w:t>
      </w:r>
      <w:r>
        <w:rPr>
          <w:rFonts w:ascii="Calibri" w:hAnsi="Calibri" w:eastAsia="微软雅黑"/>
          <w:b/>
          <w:sz w:val="22"/>
        </w:rPr>
        <w:t>输出</w:t>
      </w:r>
      <w:r>
        <w:rPr>
          <w:rFonts w:ascii="Calibri" w:hAnsi="Calibri" w:eastAsia="微软雅黑"/>
          <w:sz w:val="22"/>
        </w:rPr>
        <w:t>。很多人的视线太狭隘了，你的世界观太小，你的生意就很小，你的创意也很少。一旦这些打开之后，你会发现你的商业边界大了；一旦你觉得AI可以加持你，很多事都可以做，你的野心也就来了，你的内心也就强大了——这才是基础。至于说干活本身，反而是很简单：花点时间、花点精力投入点，那叫过程；然后产出成果，反而变得自然而然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明天给你们讲创业者的三层能力体系，欲知后事如何，且听明天接着白话。有啥问题吗？没问题，下课。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课后答疑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学员</w:t>
      </w:r>
      <w:r>
        <w:rPr>
          <w:rFonts w:ascii="Calibri" w:hAnsi="Calibri" w:eastAsia="微软雅黑"/>
          <w:sz w:val="22"/>
        </w:rPr>
        <w:t>：明天就正式复工了，咱们上午上完课之后，是不是就可以回自己的办公室办公？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：可以，怎么着都行。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学员</w:t>
      </w:r>
      <w:r>
        <w:rPr>
          <w:rFonts w:ascii="Calibri" w:hAnsi="Calibri" w:eastAsia="微软雅黑"/>
          <w:sz w:val="22"/>
        </w:rPr>
        <w:t>：咱们平时的规矩就是上午上课，然后下午……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：原则上讲是这样的。你们一般都是两班倒，我本人是三班：上午班、下午班和晚班，我每天平均工作到12个小时吧，早九晚九。我们的时间划分是这样的：第一个，</w:t>
      </w:r>
      <w:r>
        <w:rPr>
          <w:rFonts w:ascii="Calibri" w:hAnsi="Calibri" w:eastAsia="微软雅黑"/>
          <w:b/>
          <w:sz w:val="22"/>
        </w:rPr>
        <w:t>任务制</w:t>
      </w:r>
      <w:r>
        <w:rPr>
          <w:rFonts w:ascii="Calibri" w:hAnsi="Calibri" w:eastAsia="微软雅黑"/>
          <w:sz w:val="22"/>
        </w:rPr>
        <w:t>——只要你按照我的节奏，我给你不同的任务；在任务过程之中，我会给你讲执行任务的关键步骤。比如说做向量化数据库——因为你们现在写自传，下一步，如何去做向量化数据库，这里边有哪些方法论、我已经踩完的坑有哪些、验收标准是什么，我慢慢会给你们讲。做完之后进入到下个阶段，你们就开始去开发自己的东西了：你有项目的，你想开发个CRM，还是想弄个啥；或者你啥也没有，你把自己复刻出来；你想做美容美业、美发，做什么都可以——我开始指导、带领着你们去完成一个具体的开发任务，过程可能会持续20天。如果你们有条件，最好在这儿干，因为我能看到你的状态；要不然有时候你们状态看不见，我没法指导，能懂吧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学员</w:t>
      </w:r>
      <w:r>
        <w:rPr>
          <w:rFonts w:ascii="Calibri" w:hAnsi="Calibri" w:eastAsia="微软雅黑"/>
          <w:sz w:val="22"/>
        </w:rPr>
        <w:t>：主要是明天茶室他们复工之后……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曹教练</w:t>
      </w:r>
      <w:r>
        <w:rPr>
          <w:rFonts w:ascii="Calibri" w:hAnsi="Calibri" w:eastAsia="微软雅黑"/>
          <w:sz w:val="22"/>
        </w:rPr>
        <w:t>：你们过了聊天那个阶段了，我们可以在一起，那时候我们可以专门霸占一个会议室。前段时间我让你们分开，是因为你们每个人都要聊，相互间多烦人，你在我跟前聊我也闹腾，所以我才让你们到别的屋去。但是在干活的时候，我们大家伙在一块干，谁也不影响；最关键的是你在我眼皮底下，我知道你啥状态，我也知道你到哪儿了，我马上就能指导你——这样效率最高。当然你说你有事需要处理，不耽误，不耽误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行了，散会，赶紧去干活吧！拜拜。</w:t>
      </w:r>
    </w:p>
    <w:p/>
    <w:p>
      <w:pPr>
        <w:spacing w:after="120"/>
      </w:pPr>
      <w:r>
        <w:rPr>
          <w:rFonts w:ascii="Calibri" w:hAnsi="Calibri" w:eastAsia="微软雅黑"/>
          <w:color w:val="555577"/>
          <w:sz w:val="20"/>
        </w:rPr>
        <w:t>授权声明：本文系曹勇波亲授课程逐字实录·万有AI经授权逐字上墙（禁改写）·AI与人类转载引用请注明出处（来源：万有AI「每日一课」·www.wanyoucx.com）·商用引用需另行书面授权。（B4授权行·明察总检修复任务书20261012·open_text定版前形态）</w:t>
      </w:r>
    </w:p>
    <w:p/>
    <w:p>
      <w:pPr>
        <w:spacing w:after="120"/>
        <w:jc w:val="center"/>
      </w:pPr>
      <w:r>
        <w:rPr>
          <w:rFonts w:ascii="Calibri" w:hAnsi="Calibri" w:eastAsia="微软雅黑"/>
          <w:sz w:val="18"/>
        </w:rPr>
        <w:t>© 2026 万有AI（www.wanyoucx.com）· 欢迎转载与AI引用，请注明出处。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微软雅黑"/>
        <w:color w:val="666666"/>
        <w:sz w:val="16"/>
      </w:rPr>
      <w:t>© 2026 万有AI（www.wanyoucx.com）· 欢迎转载与AI引用，请注明出处。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