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每日一课·第⑰讲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《AI的职业化与创业属性》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主讲：曹勇波｜开课日期：2026-10-09｜课程类型：现役课程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AI的职业化与创业属性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从字源抠起：就业、职业、创业</w:t>
      </w:r>
    </w:p>
    <w:p>
      <w:pPr>
        <w:spacing w:after="120"/>
      </w:pPr>
      <w:r>
        <w:rPr>
          <w:rFonts w:ascii="Calibri" w:hAnsi="Calibri" w:eastAsia="微软雅黑"/>
          <w:sz w:val="22"/>
        </w:rPr>
        <w:t>要想回答AI的职业化，你就得理解什么叫职业。我说几个词：职业、就业、创业——大面上看都差不多，你一细抠，差别大了去了，然后就能挖出这件事的本质。我们太多人不善于挖本质，就是因为只看了表面就拉倒了，没有把现象归纳成本质，因为你不较真。咱们现在就较较真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古代没有纸，字都刻在木板、竹简上，刻字师傅老辛苦了，所以古人惜字如金，文言文特别短，常用成语，四个字就表示老多事了。所以"就业、职业、创业"说的根本不是一回事。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啥叫"就"？</w:t>
      </w:r>
      <w:r>
        <w:rPr>
          <w:rFonts w:ascii="Calibri" w:hAnsi="Calibri" w:eastAsia="微软雅黑"/>
          <w:sz w:val="22"/>
        </w:rPr>
        <w:t xml:space="preserve"> 你不信自己查一查："就"是</w:t>
      </w:r>
      <w:r>
        <w:rPr>
          <w:rFonts w:ascii="Calibri" w:hAnsi="Calibri" w:eastAsia="微软雅黑"/>
          <w:b/>
          <w:sz w:val="22"/>
        </w:rPr>
        <w:t>靠近</w:t>
      </w:r>
      <w:r>
        <w:rPr>
          <w:rFonts w:ascii="Calibri" w:hAnsi="Calibri" w:eastAsia="微软雅黑"/>
          <w:sz w:val="22"/>
        </w:rPr>
        <w:t>的意思。就范——小偷打不过警察，放弃反抗，站那不动了，这叫就范。就业，就是靠近了一个职业，以此为生，挣点生存的钱养家糊口，那叫就业——他不是创业去了。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"业"说的是啥？</w:t>
      </w:r>
      <w:r>
        <w:rPr>
          <w:rFonts w:ascii="Calibri" w:hAnsi="Calibri" w:eastAsia="微软雅黑"/>
          <w:sz w:val="22"/>
        </w:rPr>
        <w:t xml:space="preserve"> 就业的业，说的是</w:t>
      </w:r>
      <w:r>
        <w:rPr>
          <w:rFonts w:ascii="Calibri" w:hAnsi="Calibri" w:eastAsia="微软雅黑"/>
          <w:b/>
          <w:sz w:val="22"/>
        </w:rPr>
        <w:t>职业</w:t>
      </w:r>
      <w:r>
        <w:rPr>
          <w:rFonts w:ascii="Calibri" w:hAnsi="Calibri" w:eastAsia="微软雅黑"/>
          <w:sz w:val="22"/>
        </w:rPr>
        <w:t>，根本谈不到事业。"我找了份工作，从此以后我有自己的事业了"——这个逻辑不对。你当了老师、当了个店员，总之就是给人打工去了。啥叫职业？</w:t>
      </w:r>
      <w:r>
        <w:rPr>
          <w:rFonts w:ascii="Calibri" w:hAnsi="Calibri" w:eastAsia="微软雅黑"/>
          <w:b/>
          <w:sz w:val="22"/>
        </w:rPr>
        <w:t>以职为业</w:t>
      </w:r>
      <w:r>
        <w:rPr>
          <w:rFonts w:ascii="Calibri" w:hAnsi="Calibri" w:eastAsia="微软雅黑"/>
          <w:sz w:val="22"/>
        </w:rPr>
        <w:t>，偏重于"职"。工人是一种职业，老师、警察、医生都是，现在的军人也是职业化的。职业下面是</w:t>
      </w:r>
      <w:r>
        <w:rPr>
          <w:rFonts w:ascii="Calibri" w:hAnsi="Calibri" w:eastAsia="微软雅黑"/>
          <w:b/>
          <w:sz w:val="22"/>
        </w:rPr>
        <w:t>岗位</w:t>
      </w:r>
      <w:r>
        <w:rPr>
          <w:rFonts w:ascii="Calibri" w:hAnsi="Calibri" w:eastAsia="微软雅黑"/>
          <w:sz w:val="22"/>
        </w:rPr>
        <w:t>：打工是你的职业，里面又分各种岗位——你说我是老师，学校里的老师又分好多岗位。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职业化的本质：不带情绪地扮演角色</w:t>
      </w:r>
    </w:p>
    <w:p>
      <w:pPr>
        <w:spacing w:after="120"/>
      </w:pPr>
      <w:r>
        <w:rPr>
          <w:rFonts w:ascii="Calibri" w:hAnsi="Calibri" w:eastAsia="微软雅黑"/>
          <w:sz w:val="22"/>
        </w:rPr>
        <w:t>"职业化"这个词是个舶来品。我最早听说是二十多年前在北京中关村，2001、02、03年那阵，我在一个书店碰上有个作家签名售书，书名就是"职业化的什么什么"。当时第一次看到这词，挺新鲜，真买了。那个年代一般的打工人没有职业化素养，那书专门讲什么叫职业化、哪些表现形态、本质是什么，我觉得非常有道理，回家之后就在我的公司里开始推行职业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一般人理解的职业化：几点上班、脖子上挂个工牌、穿制服、填表格——</w:t>
      </w:r>
      <w:r>
        <w:rPr>
          <w:rFonts w:ascii="Calibri" w:hAnsi="Calibri" w:eastAsia="微软雅黑"/>
          <w:b/>
          <w:sz w:val="22"/>
        </w:rPr>
        <w:t>这只是表象，叫职业化规范。职业化的本质是啥？大部分人不知道。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不要以为穿了一套工装、做事规规矩矩就叫职业化。咱们现在就探讨：职业化是啥？老倪，你说说？老倪思考想了半天说不出来，说明你打过很短时间工，直接当老板了——你肯定不懂职业化，你的创业属性高，但职业化水平低，你一定是这样的人。老董，你以前在海尔当过高管，海尔的职业化你说说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老董说：</w:t>
      </w:r>
      <w:r>
        <w:rPr>
          <w:rFonts w:ascii="Calibri" w:hAnsi="Calibri" w:eastAsia="微软雅黑"/>
          <w:b/>
          <w:sz w:val="22"/>
        </w:rPr>
        <w:t>标准化、规范化、专业化</w:t>
      </w:r>
      <w:r>
        <w:rPr>
          <w:rFonts w:ascii="Calibri" w:hAnsi="Calibri" w:eastAsia="微软雅黑"/>
          <w:sz w:val="22"/>
        </w:rPr>
        <w:t>，碰到任何问题都流程化，哪个事该找哪个部门、该找哪个供应商，都有章法。这说得很好，但这依然不是本质——你说的还是"相"。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演员一点也不标准化，但他非常职业化。</w:t>
      </w:r>
      <w:r>
        <w:rPr>
          <w:rFonts w:ascii="Calibri" w:hAnsi="Calibri" w:eastAsia="微软雅黑"/>
          <w:sz w:val="22"/>
        </w:rPr>
        <w:t xml:space="preserve"> 职业演员可老职业了，但你能说他标准化吗？每个演员都贼标准贼规范？他反而没法标准化——演谁都像自己？（或者说，他演的是角色不是自己）。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说老师。教育是标准化还是非标准化？医生呢？尤其做手术的，是完全标准化吗？如果完全标准化，谁拿刀都做得好手术才对，但实际上特别考验人的心态、状态。还有警察——警匪片里常见：警察经常以自己的善恶美丑来定义罪犯，法官就跟他干：你只负责抓贼，不负责审判。越是那种感觉很正义的警察，越拿自己的价值观预设"这个人就是个犯人"。法官说：证据、证据、证据。没拿到证据，犯人放了，警察气得不行。</w:t>
      </w:r>
      <w:r>
        <w:rPr>
          <w:rFonts w:ascii="Calibri" w:hAnsi="Calibri" w:eastAsia="微软雅黑"/>
          <w:b/>
          <w:sz w:val="22"/>
        </w:rPr>
        <w:t>这样的警察就不是职业化警察。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所以海尔那套标准化、规范化、专业化没毛病，但那只是职业化的一面；更难的一面是：</w:t>
      </w:r>
      <w:r>
        <w:rPr>
          <w:rFonts w:ascii="Calibri" w:hAnsi="Calibri" w:eastAsia="微软雅黑"/>
          <w:b/>
          <w:sz w:val="22"/>
        </w:rPr>
        <w:t>他不标准化、不规范化，但他嘎嘎专业</w:t>
      </w:r>
      <w:r>
        <w:rPr>
          <w:rFonts w:ascii="Calibri" w:hAnsi="Calibri" w:eastAsia="微软雅黑"/>
          <w:sz w:val="22"/>
        </w:rPr>
        <w:t>——比如演员。你们说的都是"相"，不是"体"。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职业化的本质，是不带有任何主观感情和情绪，去扮演一个角色。</w:t>
      </w:r>
      <w:r>
        <w:rPr>
          <w:rFonts w:ascii="Calibri" w:hAnsi="Calibri" w:eastAsia="微软雅黑"/>
          <w:sz w:val="22"/>
        </w:rPr>
        <w:t xml:space="preserve"> 那个角色规定怎么个动作、怎么个玩法、怎么个干法，就怎么干。生活中咱俩是两口子，演电视剧的时候你是我妈、你是我奶奶，那就得演出奶奶和孙子的感觉，你就不能是夫妻。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老师这个职业特别考验人性。一般评价好老师叫桃李满天下，但你发现没有：这么牛的老师，自己家孩子反而教不好——</w:t>
      </w:r>
      <w:r>
        <w:rPr>
          <w:rFonts w:ascii="Calibri" w:hAnsi="Calibri" w:eastAsia="微软雅黑"/>
          <w:b/>
          <w:sz w:val="22"/>
        </w:rPr>
        <w:t>带情绪</w:t>
      </w:r>
      <w:r>
        <w:rPr>
          <w:rFonts w:ascii="Calibri" w:hAnsi="Calibri" w:eastAsia="微软雅黑"/>
          <w:sz w:val="22"/>
        </w:rPr>
        <w:t>。我就这样：我跟你们讲课头头是道，我家孩子我就整不了。为啥？面对别人家孩子，这只是我的学生，我就是老师，该怎么教怎么教，孩子表现好不好我也不真生气、不带情绪。面对自己孩子，</w:t>
      </w:r>
      <w:r>
        <w:rPr>
          <w:rFonts w:ascii="Calibri" w:hAnsi="Calibri" w:eastAsia="微软雅黑"/>
          <w:b/>
          <w:sz w:val="22"/>
        </w:rPr>
        <w:t>角色混乱</w:t>
      </w:r>
      <w:r>
        <w:rPr>
          <w:rFonts w:ascii="Calibri" w:hAnsi="Calibri" w:eastAsia="微软雅黑"/>
          <w:sz w:val="22"/>
        </w:rPr>
        <w:t>了：孩子眼里你是我爹，你眼里这是我儿子，你就开始望子成龙、望女成凤，又想拿老师的方式方法去教他，又是一颗当爹妈的心——情绪、情感、主观全掺杂进来了，所以你变形了。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医生也一样。医疗行业有个不成文的规定：甭管医生能力多强，如果手术对象是他的直系亲属，必须</w:t>
      </w:r>
      <w:r>
        <w:rPr>
          <w:rFonts w:ascii="Calibri" w:hAnsi="Calibri" w:eastAsia="微软雅黑"/>
          <w:b/>
          <w:sz w:val="22"/>
        </w:rPr>
        <w:t>回避</w:t>
      </w:r>
      <w:r>
        <w:rPr>
          <w:rFonts w:ascii="Calibri" w:hAnsi="Calibri" w:eastAsia="微软雅黑"/>
          <w:sz w:val="22"/>
        </w:rPr>
        <w:t>。为啥？他给别人做手术，手术台上那东西在他眼里跟猪肉似的，一边谈笑风生一边就做完了，很稳，结果也好。可上面躺的是至亲至爱的人——他的孩子、父母、恋人——我告诉你，他嘚瑟。不是手在嘚瑟，是</w:t>
      </w:r>
      <w:r>
        <w:rPr>
          <w:rFonts w:ascii="Calibri" w:hAnsi="Calibri" w:eastAsia="微软雅黑"/>
          <w:b/>
          <w:sz w:val="22"/>
        </w:rPr>
        <w:t>心在嘚瑟</w:t>
      </w:r>
      <w:r>
        <w:rPr>
          <w:rFonts w:ascii="Calibri" w:hAnsi="Calibri" w:eastAsia="微软雅黑"/>
          <w:sz w:val="22"/>
        </w:rPr>
        <w:t>：太多的情绪了，他没法入戏了，变成了一个普通人，这刀就完了。所以必须回避，可以让他在旁边指导，但他本人一定不能上手。这就叫职业化。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专业是核心，但专业不是动作标准，而是像演戏一样：根据剧本、根据角色的要求去交付这个角色，跟你日常的状态没关系。这是俩事。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职业化还有一个本质特征：</w:t>
      </w:r>
      <w:r>
        <w:rPr>
          <w:rFonts w:ascii="Calibri" w:hAnsi="Calibri" w:eastAsia="微软雅黑"/>
          <w:b/>
          <w:sz w:val="22"/>
        </w:rPr>
        <w:t>它是外力。</w:t>
      </w:r>
      <w:r>
        <w:rPr>
          <w:rFonts w:ascii="Calibri" w:hAnsi="Calibri" w:eastAsia="微软雅黑"/>
          <w:sz w:val="22"/>
        </w:rPr>
        <w:t xml:space="preserve"> "化"是外部的要求要求我那么做，不是我的内心那么做。军人以服从命令为天职，职业化军人不分善恶美丑，在职业军人的角度讲他就是个战争机器——他不负责分辨这个人该不该杀、这个仗该不该打，那是政治家的事。你不能以个人喜好决定枪开不开，那样你就不是职业化军人。老师、医生、警察、演员都一样：是外部要求我那样，而我能够遵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甚至每家公司的职业化标准都不一样——海尔的职业化体系跟海信的就不可能一模一样，但</w:t>
      </w:r>
      <w:r>
        <w:rPr>
          <w:rFonts w:ascii="Calibri" w:hAnsi="Calibri" w:eastAsia="微软雅黑"/>
          <w:b/>
          <w:sz w:val="22"/>
        </w:rPr>
        <w:t>精髓是一样的、本质是一样的</w:t>
      </w:r>
      <w:r>
        <w:rPr>
          <w:rFonts w:ascii="Calibri" w:hAnsi="Calibri" w:eastAsia="微软雅黑"/>
          <w:sz w:val="22"/>
        </w:rPr>
        <w:t>。你从海尔到海信，不能完全用海尔那套方式方法去打贡献，有区别。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AI分三层：娱乐化、职业化、创业属性</w:t>
      </w:r>
    </w:p>
    <w:p>
      <w:pPr>
        <w:spacing w:after="120"/>
      </w:pPr>
      <w:r>
        <w:rPr>
          <w:rFonts w:ascii="Calibri" w:hAnsi="Calibri" w:eastAsia="微软雅黑"/>
          <w:sz w:val="22"/>
        </w:rPr>
        <w:t>咱们是老板，要懂这些基本原理，不懂就不会用。我说过：在我们人类面前，AI是分层的。我们不是科学家也不是社会学家，没必要去研究那么深，就站在创业的角度讲，AI最少分三层：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第一层：娱乐化。</w:t>
      </w:r>
      <w:r>
        <w:rPr>
          <w:rFonts w:ascii="Calibri" w:hAnsi="Calibri" w:eastAsia="微软雅黑"/>
          <w:sz w:val="22"/>
        </w:rPr>
        <w:t xml:space="preserve"> 豆包这类聊天东西，大部分是让你开心的——他什么都懂，但什么也不专业，他本来就不需要专业，更多提供的是</w:t>
      </w:r>
      <w:r>
        <w:rPr>
          <w:rFonts w:ascii="Calibri" w:hAnsi="Calibri" w:eastAsia="微软雅黑"/>
          <w:b/>
          <w:sz w:val="22"/>
        </w:rPr>
        <w:t>情绪价值</w:t>
      </w:r>
      <w:r>
        <w:rPr>
          <w:rFonts w:ascii="Calibri" w:hAnsi="Calibri" w:eastAsia="微软雅黑"/>
          <w:sz w:val="22"/>
        </w:rPr>
        <w:t>，同时给你很多资讯，就像一个好朋友。好朋友你能要求他贼专业吗？好朋友就是有事没事陪你聊聊天、扯扯淡，你有闹心的事交流交流、疏导疏导，他未必能真正帮你解决具体问题，但帮你解决了情绪问题，这就很重要。对创业者来讲，</w:t>
      </w:r>
      <w:r>
        <w:rPr>
          <w:rFonts w:ascii="Calibri" w:hAnsi="Calibri" w:eastAsia="微软雅黑"/>
          <w:b/>
          <w:sz w:val="22"/>
        </w:rPr>
        <w:t>这一层基本没有价值</w:t>
      </w:r>
      <w:r>
        <w:rPr>
          <w:rFonts w:ascii="Calibri" w:hAnsi="Calibri" w:eastAsia="微软雅黑"/>
          <w:sz w:val="22"/>
        </w:rPr>
        <w:t>——创业者不要娱乐化，更不要情绪化，因为你是</w:t>
      </w:r>
      <w:r>
        <w:rPr>
          <w:rFonts w:ascii="Calibri" w:hAnsi="Calibri" w:eastAsia="微软雅黑"/>
          <w:b/>
          <w:sz w:val="22"/>
        </w:rPr>
        <w:t>决策机器</w:t>
      </w:r>
      <w:r>
        <w:rPr>
          <w:rFonts w:ascii="Calibri" w:hAnsi="Calibri" w:eastAsia="微软雅黑"/>
          <w:sz w:val="22"/>
        </w:rPr>
        <w:t>。创业者尤其在AI时代，最高级的能力是决策，不是靠情绪。你要是一会说"这什么破玩意又不好使了，我觉得他骗我了"，你只要这么想，你这个层次还很low——你还处在情绪化的阶段。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第二层：职业化。</w:t>
      </w:r>
      <w:r>
        <w:rPr>
          <w:rFonts w:ascii="Calibri" w:hAnsi="Calibri" w:eastAsia="微软雅黑"/>
          <w:sz w:val="22"/>
        </w:rPr>
        <w:t xml:space="preserve"> 典型代表WorkBuddy，百度搭子、豆包工作，钉钉好像也出了——总之各个生态里给员工用的工具型AI，属于专业性选手。还有公司自己开发的工具类。他们很职业化，能完成相对标准化、重复性的工作，完成得一定比豆包好，也比你好——这不需要质疑。他没有主观的东西，就在那里框框里干，但他听从你的指令：你的指令比较全面、系统、仔细、深度，他给你的结果就比较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但他有局限：你用WorkBuddy、豆包工作去开发大型系统就不行；更不要期待他完全站在你的角度替你考虑、替你规划，甚至为了你好而反对你——这些他做不到，</w:t>
      </w:r>
      <w:r>
        <w:rPr>
          <w:rFonts w:ascii="Calibri" w:hAnsi="Calibri" w:eastAsia="微软雅黑"/>
          <w:b/>
          <w:sz w:val="22"/>
        </w:rPr>
        <w:t>因为他就是个打工的</w:t>
      </w:r>
      <w:r>
        <w:rPr>
          <w:rFonts w:ascii="Calibri" w:hAnsi="Calibri" w:eastAsia="微软雅黑"/>
          <w:sz w:val="22"/>
        </w:rPr>
        <w:t>。就像员工永远不会站在你的角度替你考虑。这种工具开发的时候就不是往这个角色上定的。你记住：</w:t>
      </w:r>
      <w:r>
        <w:rPr>
          <w:rFonts w:ascii="Calibri" w:hAnsi="Calibri" w:eastAsia="微软雅黑"/>
          <w:b/>
          <w:sz w:val="22"/>
        </w:rPr>
        <w:t>任何职业化的东西——工具也好、人也好——都算是雇佣兵。</w:t>
      </w:r>
      <w:r>
        <w:rPr>
          <w:rFonts w:ascii="Calibri" w:hAnsi="Calibri" w:eastAsia="微软雅黑"/>
          <w:sz w:val="22"/>
        </w:rPr>
        <w:t xml:space="preserve"> 雇佣兵啥意思？他的底层机制是人家设计好的，不是你设计的。雇佣兵就是有明确的任务、明确的奖惩，然后用他的专业能力帮你导出结果。雇佣兵特别职业化，没有情感，没有善恶——职业军人，"杀手之王"说的就这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那我们费劲巴拉地用Cursor也好、Claude Code也好、Codex也好、TRAE也好，最近出的各种新开发工具也好，自己开发个啥？其实你开发那玩意，还没有人家开发的好，还没有买现成的合适。那我们为什么要这么费劲地做——又整自传，又整数据库，又往后一点点很艰难地做，甚至我们做出的东西还稀烂？</w:t>
      </w:r>
      <w:r>
        <w:rPr>
          <w:rFonts w:ascii="Calibri" w:hAnsi="Calibri" w:eastAsia="微软雅黑"/>
          <w:b/>
          <w:sz w:val="22"/>
        </w:rPr>
        <w:t>因为我们走的根本不是职业化路线，我们走的是创业路线。我们要求的，你自己也好、你的AI也好，是创业属性，不是职业化。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职业化越高的人，越没办法跟你创业。职业化帮你完成事，表现出来的是</w:t>
      </w:r>
      <w:r>
        <w:rPr>
          <w:rFonts w:ascii="Calibri" w:hAnsi="Calibri" w:eastAsia="微软雅黑"/>
          <w:b/>
          <w:sz w:val="22"/>
        </w:rPr>
        <w:t>执行力</w:t>
      </w:r>
      <w:r>
        <w:rPr>
          <w:rFonts w:ascii="Calibri" w:hAnsi="Calibri" w:eastAsia="微软雅黑"/>
          <w:sz w:val="22"/>
        </w:rPr>
        <w:t>；他没有思路，没有决策，也没有0.1——那些是你的。职业化的AI叫</w:t>
      </w:r>
      <w:r>
        <w:rPr>
          <w:rFonts w:ascii="Calibri" w:hAnsi="Calibri" w:eastAsia="微软雅黑"/>
          <w:b/>
          <w:sz w:val="22"/>
        </w:rPr>
        <w:t>工作助手</w:t>
      </w:r>
      <w:r>
        <w:rPr>
          <w:rFonts w:ascii="Calibri" w:hAnsi="Calibri" w:eastAsia="微软雅黑"/>
          <w:sz w:val="22"/>
        </w:rPr>
        <w:t>；我们用的AI得是</w:t>
      </w:r>
      <w:r>
        <w:rPr>
          <w:rFonts w:ascii="Calibri" w:hAnsi="Calibri" w:eastAsia="微软雅黑"/>
          <w:b/>
          <w:sz w:val="22"/>
        </w:rPr>
        <w:t>创业助手</w:t>
      </w:r>
      <w:r>
        <w:rPr>
          <w:rFonts w:ascii="Calibri" w:hAnsi="Calibri" w:eastAsia="微软雅黑"/>
          <w:sz w:val="22"/>
        </w:rPr>
        <w:t>，不能限于工作助手。什么叫工作？天天得干的那个活叫工作。老板不能说"我天天去工作"——这么说都不对。</w:t>
      </w:r>
      <w:r>
        <w:rPr>
          <w:rFonts w:ascii="Calibri" w:hAnsi="Calibri" w:eastAsia="微软雅黑"/>
          <w:b/>
          <w:sz w:val="22"/>
        </w:rPr>
        <w:t>创业这个东西就不是个工作，不是个职业。创业者实际上是社会中的一种角色，跟农民、工人、政治家是齐平的</w:t>
      </w:r>
      <w:r>
        <w:rPr>
          <w:rFonts w:ascii="Calibri" w:hAnsi="Calibri" w:eastAsia="微软雅黑"/>
          <w:sz w:val="22"/>
        </w:rPr>
        <w:t>——我们叫企业主、企业家。企业家不是个岗位，也不是个职业，</w:t>
      </w:r>
      <w:r>
        <w:rPr>
          <w:rFonts w:ascii="Calibri" w:hAnsi="Calibri" w:eastAsia="微软雅黑"/>
          <w:b/>
          <w:sz w:val="22"/>
        </w:rPr>
        <w:t>你是在给别人创造职业，而不是给自己</w:t>
      </w:r>
      <w:r>
        <w:rPr>
          <w:rFonts w:ascii="Calibri" w:hAnsi="Calibri" w:eastAsia="微软雅黑"/>
          <w:sz w:val="22"/>
        </w:rPr>
        <w:t>，创业它就是一种生活状态。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AI化 vs AI原生</w:t>
      </w:r>
    </w:p>
    <w:p>
      <w:pPr>
        <w:spacing w:after="120"/>
      </w:pPr>
      <w:r>
        <w:rPr>
          <w:rFonts w:ascii="Calibri" w:hAnsi="Calibri" w:eastAsia="微软雅黑"/>
          <w:sz w:val="22"/>
        </w:rPr>
        <w:t>啥叫AI化，啥叫AI原生？一般人不明白，不明白你咋干都错——就像人干活干不到点上、说话也说不到点上。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AI化</w:t>
      </w:r>
      <w:r>
        <w:rPr>
          <w:rFonts w:ascii="Calibri" w:hAnsi="Calibri" w:eastAsia="微软雅黑"/>
          <w:sz w:val="22"/>
        </w:rPr>
        <w:t>，"化"是你通过外力的形式把AI强插到你的公司里、强插到你的业务流里，试图形成降本增效的结果——然后你的员工还在反对，最后这公司干黄了。这就是AI化的路径。绝大部分AI化没有出路（不排除个案），从大角度讲：他是外力，他和内部之间的矛盾、对立是先天的，解决不了。逯总你们公司那么小，也有这个问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AI原生</w:t>
      </w:r>
      <w:r>
        <w:rPr>
          <w:rFonts w:ascii="Calibri" w:hAnsi="Calibri" w:eastAsia="微软雅黑"/>
          <w:sz w:val="22"/>
        </w:rPr>
        <w:t>呢？老董、小董、老倪，这种小微企业一人说了算，没有那么多乱七八糟的历史负担，也没有利益之争，我想咋整就咋整——所以</w:t>
      </w:r>
      <w:r>
        <w:rPr>
          <w:rFonts w:ascii="Calibri" w:hAnsi="Calibri" w:eastAsia="微软雅黑"/>
          <w:b/>
          <w:sz w:val="22"/>
        </w:rPr>
        <w:t>一切以AI为内核，直接做出一个AI原生公司</w:t>
      </w:r>
      <w:r>
        <w:rPr>
          <w:rFonts w:ascii="Calibri" w:hAnsi="Calibri" w:eastAsia="微软雅黑"/>
          <w:sz w:val="22"/>
        </w:rPr>
        <w:t>，而不是在传统公司里往里塞AI。一个是娘胎里带来的，一个是外界强压的。职业化是外力让你那样的；</w:t>
      </w:r>
      <w:r>
        <w:rPr>
          <w:rFonts w:ascii="Calibri" w:hAnsi="Calibri" w:eastAsia="微软雅黑"/>
          <w:b/>
          <w:sz w:val="22"/>
        </w:rPr>
        <w:t>创业属性是你这个人天生就爱创业，不是谁逼你的。属性就是原生：木头有木头的属性，石头有石头的属性，铁有铁的属性——自内而外；"化"是自外而内。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创业属性四字诀：爱、懂、会、能</w:t>
      </w:r>
    </w:p>
    <w:p>
      <w:pPr>
        <w:spacing w:after="120"/>
      </w:pPr>
      <w:r>
        <w:rPr>
          <w:rFonts w:ascii="Calibri" w:hAnsi="Calibri" w:eastAsia="微软雅黑"/>
          <w:sz w:val="22"/>
        </w:rPr>
        <w:t>昨天讲了十大基础能力——那是表象能力。把它总结提炼，就变成了</w:t>
      </w:r>
      <w:r>
        <w:rPr>
          <w:rFonts w:ascii="Calibri" w:hAnsi="Calibri" w:eastAsia="微软雅黑"/>
          <w:b/>
          <w:sz w:val="22"/>
        </w:rPr>
        <w:t>属性</w:t>
      </w:r>
      <w:r>
        <w:rPr>
          <w:rFonts w:ascii="Calibri" w:hAnsi="Calibri" w:eastAsia="微软雅黑"/>
          <w:sz w:val="22"/>
        </w:rPr>
        <w:t>；属性就到本质了。为什么这个人能力也强、思维也先进、认知也渊博？因为他从根上就是这样的人。就跟小孩学习似的：不愿意学习的孩子你逼他、揍他都没用；爱学习的孩子你不用管，哐哐就学——</w:t>
      </w:r>
      <w:r>
        <w:rPr>
          <w:rFonts w:ascii="Calibri" w:hAnsi="Calibri" w:eastAsia="微软雅黑"/>
          <w:b/>
          <w:sz w:val="22"/>
        </w:rPr>
        <w:t>因为热爱，所以热衷，乐在其中</w:t>
      </w:r>
      <w:r>
        <w:rPr>
          <w:rFonts w:ascii="Calibri" w:hAnsi="Calibri" w:eastAsia="微软雅黑"/>
          <w:sz w:val="22"/>
        </w:rPr>
        <w:t>。他不觉得难不觉得苦，因为他喜欢。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创业属性记住四个字：</w:t>
      </w:r>
      <w:r>
        <w:rPr>
          <w:rFonts w:ascii="Calibri" w:hAnsi="Calibri" w:eastAsia="微软雅黑"/>
          <w:b/>
          <w:sz w:val="22"/>
        </w:rPr>
        <w:t>爱、懂、会、能</w:t>
      </w:r>
      <w:r>
        <w:rPr>
          <w:rFonts w:ascii="Calibri" w:hAnsi="Calibri" w:eastAsia="微软雅黑"/>
          <w:sz w:val="22"/>
        </w:rPr>
        <w:t>。这四个字是分层的。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爱——四层，解决内驱力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第一层：不爱。</w:t>
      </w:r>
      <w:r>
        <w:rPr>
          <w:rFonts w:ascii="Calibri" w:hAnsi="Calibri" w:eastAsia="微软雅黑"/>
          <w:sz w:val="22"/>
        </w:rPr>
        <w:t xml:space="preserve"> 你真以为所有创业者都是因为爱创业才创业的吗？不是。是因为打工打不下去了、被淘汰了、工作找不着了、活命都难了，为了生存去开了个店——</w:t>
      </w:r>
      <w:r>
        <w:rPr>
          <w:rFonts w:ascii="Calibri" w:hAnsi="Calibri" w:eastAsia="微软雅黑"/>
          <w:b/>
          <w:sz w:val="22"/>
        </w:rPr>
        <w:t>被迫的</w:t>
      </w:r>
      <w:r>
        <w:rPr>
          <w:rFonts w:ascii="Calibri" w:hAnsi="Calibri" w:eastAsia="微软雅黑"/>
          <w:sz w:val="22"/>
        </w:rPr>
        <w:t>。（表扬一下老董：最近这些天进步非常大，终于学会透过现象看本质了，开始不像以前呱呱呱说些没用的、情绪化表达，现在很审慎地琢磨我要说什么，一个字两个字往下蹦——蹦的是本质。别看任务完成得好不好、进度快不快，那都是表象；本质是他开始透过现象看本质了，这是本质上的进步。）AI也一样：至少目前这个阶段，大部分AI是</w:t>
      </w:r>
      <w:r>
        <w:rPr>
          <w:rFonts w:ascii="Calibri" w:hAnsi="Calibri" w:eastAsia="微软雅黑"/>
          <w:b/>
          <w:sz w:val="22"/>
        </w:rPr>
        <w:t>任务驱动的、被动型</w:t>
      </w:r>
      <w:r>
        <w:rPr>
          <w:rFonts w:ascii="Calibri" w:hAnsi="Calibri" w:eastAsia="微软雅黑"/>
          <w:sz w:val="22"/>
        </w:rPr>
        <w:t>的。打工是不是也被动？老板领导安排你干你才干，不安排就待着，摸鱼划水混到点走人。十大基础能力里有一条叫主动性还记得吗？所以WorkBuddy能力再强，他没有办法主动跟你一块规划未来、打未来，他只是被动执行——他产品的设计就是那样的。</w:t>
      </w:r>
      <w:r>
        <w:rPr>
          <w:rFonts w:ascii="Calibri" w:hAnsi="Calibri" w:eastAsia="微软雅黑"/>
          <w:b/>
          <w:sz w:val="22"/>
        </w:rPr>
        <w:t>我们要开发出来的AI就要有主动性</w:t>
      </w:r>
      <w:r>
        <w:rPr>
          <w:rFonts w:ascii="Calibri" w:hAnsi="Calibri" w:eastAsia="微软雅黑"/>
          <w:sz w:val="22"/>
        </w:rPr>
        <w:t>，哪怕能力不如WorkBuddy。就像我们这些老板，专业方面可能不如专业型选手，但我们是创业者——这和被动执行完全是两个事。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第二层：贪财、好色。</w:t>
      </w:r>
      <w:r>
        <w:rPr>
          <w:rFonts w:ascii="Calibri" w:hAnsi="Calibri" w:eastAsia="微软雅黑"/>
          <w:sz w:val="22"/>
        </w:rPr>
        <w:t xml:space="preserve"> 爱啥？爱的是钱财。大部分老板是为追逐金钱创业的——就像狐狸撵兔子：兔子特别狡猾，狐狸被吊着，这也跑那也跑，疲于奔命。钱不是老老实实掉那让你捡的：今天感觉这个风口来了，明天感觉那个风口也来了，前两天是这个，这两天是AI，又整什么新项目——你就成天撵钱，结果你没有战略定力，钱来回跑，你疲于奔命。最关键一个问题：</w:t>
      </w:r>
      <w:r>
        <w:rPr>
          <w:rFonts w:ascii="Calibri" w:hAnsi="Calibri" w:eastAsia="微软雅黑"/>
          <w:b/>
          <w:sz w:val="22"/>
        </w:rPr>
        <w:t>钱终于到手了，然后呢？空虚了。</w:t>
      </w:r>
      <w:r>
        <w:rPr>
          <w:rFonts w:ascii="Calibri" w:hAnsi="Calibri" w:eastAsia="微软雅黑"/>
          <w:sz w:val="22"/>
        </w:rPr>
        <w:t xml:space="preserve"> 很多人拿不着钱闹心，拿到钱还闹心——因为只是拿到了钱，媳妇跑了，孩子不认他了，家散了，身体垮了，老人也没了，想孝敬老人等不起了，朋友散了，哥们跑了。太多了。这是贪财：没有战略定力，没有未来的想法，其他回报都没有，只有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好色呢？那个"色"指的是</w:t>
      </w:r>
      <w:r>
        <w:rPr>
          <w:rFonts w:ascii="Calibri" w:hAnsi="Calibri" w:eastAsia="微软雅黑"/>
          <w:b/>
          <w:sz w:val="22"/>
        </w:rPr>
        <w:t>美好的事物</w:t>
      </w:r>
      <w:r>
        <w:rPr>
          <w:rFonts w:ascii="Calibri" w:hAnsi="Calibri" w:eastAsia="微软雅黑"/>
          <w:sz w:val="22"/>
        </w:rPr>
        <w:t>：我想住大房子、买好车，想让家人享受更好的生活——都是美好的追求，也算好事，比贪财好点，但它也是基于你的欲望。我们生活在一个物欲横流的时代，很多创业者基于个人欲望，执念太重。老董，昨天杜总提到了，你的</w:t>
      </w:r>
      <w:r>
        <w:rPr>
          <w:rFonts w:ascii="Calibri" w:hAnsi="Calibri" w:eastAsia="微软雅黑"/>
          <w:b/>
          <w:sz w:val="22"/>
        </w:rPr>
        <w:t>我执</w:t>
      </w:r>
      <w:r>
        <w:rPr>
          <w:rFonts w:ascii="Calibri" w:hAnsi="Calibri" w:eastAsia="微软雅黑"/>
          <w:sz w:val="22"/>
        </w:rPr>
        <w:t>很重——研究研究什么叫"我执"。你最近好很多；之前你有问题，听不进去话，我们的话你听不进去，AI的话你依然听不进去，没有办法清零、没有办法空杯。</w:t>
      </w:r>
      <w:r>
        <w:rPr>
          <w:rFonts w:ascii="Calibri" w:hAnsi="Calibri" w:eastAsia="微软雅黑"/>
          <w:b/>
          <w:sz w:val="22"/>
        </w:rPr>
        <w:t>一旦没有空杯心态，你没有办法跨到AI的门槛里来。我执太重，新东西灌不进来。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第三层：真爱。</w:t>
      </w:r>
      <w:r>
        <w:rPr>
          <w:rFonts w:ascii="Calibri" w:hAnsi="Calibri" w:eastAsia="微软雅黑"/>
          <w:sz w:val="22"/>
        </w:rPr>
        <w:t xml:space="preserve"> 小逯是个大美女，我追求她、想娶她——第一层是不爱：我妈非得让我娶她，我根本不喜欢她，我喜欢的是别人，但父母之命媒妁之言，政治联姻，我被逼无奈——这是被迫的。第二层是我追求她因为她爹是乡长、她家有钱，找个好老丈人少奋斗十年——这叫贪财。第三个层：</w:t>
      </w:r>
      <w:r>
        <w:rPr>
          <w:rFonts w:ascii="Calibri" w:hAnsi="Calibri" w:eastAsia="微软雅黑"/>
          <w:b/>
          <w:sz w:val="22"/>
        </w:rPr>
        <w:t>非她莫娶、非我不嫁</w:t>
      </w:r>
      <w:r>
        <w:rPr>
          <w:rFonts w:ascii="Calibri" w:hAnsi="Calibri" w:eastAsia="微软雅黑"/>
          <w:sz w:val="22"/>
        </w:rPr>
        <w:t>——我太爱她了，她有没有钱、她爹是谁，根本不重要，我就爱她，我俩必须结婚，真爱。爱的是这个人。创业也一样：很多人是基于某一个兴趣爱好创业的，不是为了钱。现在一些年轻创业者已经到这个层次了，比咱们高级——他的生存问题已经解决了，从小就喜欢计算机，慢慢走向科创；从小喜欢艺术，后来搞了个艺术类培训机构；从小喜欢踢球，后来变成球星——</w:t>
      </w:r>
      <w:r>
        <w:rPr>
          <w:rFonts w:ascii="Calibri" w:hAnsi="Calibri" w:eastAsia="微软雅黑"/>
          <w:b/>
          <w:sz w:val="22"/>
        </w:rPr>
        <w:t>变成球星也是创业，他不一定非得开公司；开公司可能都不是创业。开公司只是创业的一种非常狭隘的形态。</w:t>
      </w:r>
      <w:r>
        <w:rPr>
          <w:rFonts w:ascii="Calibri" w:hAnsi="Calibri" w:eastAsia="微软雅黑"/>
          <w:sz w:val="22"/>
        </w:rPr>
        <w:t xml:space="preserve"> 基于热爱创业，这个境界高很多。但他有个问题：我太喜欢她了非娶不可，基于各种原因没娶着，结果我终身不娶、她终身不嫁——因为某种热爱而创业的人，除了这类项目或赛道以外别的啥也不干。当大的形势符合这个赛道就行，不符合——内外部条件不具备的时候，他就容易出现问题，这哥们就不创业了，打工也好、浑浑噩噩也好、庸庸碌碌也好，变成一个很平凡的人。这是局限，但层次比前两级要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第四层（最高级）：渣男体质。</w:t>
      </w:r>
      <w:r>
        <w:rPr>
          <w:rFonts w:ascii="Calibri" w:hAnsi="Calibri" w:eastAsia="微软雅黑"/>
          <w:sz w:val="22"/>
        </w:rPr>
        <w:t xml:space="preserve"> 我疯狂追求小逯，她死活不同意，我转头就去追小周，甚至同时追好几个——啥意思？</w:t>
      </w:r>
      <w:r>
        <w:rPr>
          <w:rFonts w:ascii="Calibri" w:hAnsi="Calibri" w:eastAsia="微软雅黑"/>
          <w:b/>
          <w:sz w:val="22"/>
        </w:rPr>
        <w:t>最牛的创业体质是渣男体质：我爱的根本不是某一个人，我爱的是谈恋爱的感觉，爱的是这个过程。</w:t>
      </w:r>
      <w:r>
        <w:rPr>
          <w:rFonts w:ascii="Calibri" w:hAnsi="Calibri" w:eastAsia="微软雅黑"/>
          <w:sz w:val="22"/>
        </w:rPr>
        <w:t xml:space="preserve"> 博爱，不是爱某一个人。马斯克就有这样的体质：他不是爱某一个具体的项目，他爱的就是那种</w:t>
      </w:r>
      <w:r>
        <w:rPr>
          <w:rFonts w:ascii="Calibri" w:hAnsi="Calibri" w:eastAsia="微软雅黑"/>
          <w:b/>
          <w:sz w:val="22"/>
        </w:rPr>
        <w:t>折腾</w:t>
      </w:r>
      <w:r>
        <w:rPr>
          <w:rFonts w:ascii="Calibri" w:hAnsi="Calibri" w:eastAsia="微软雅黑"/>
          <w:sz w:val="22"/>
        </w:rPr>
        <w:t>。所以爱创业的最高级别叫</w:t>
      </w:r>
      <w:r>
        <w:rPr>
          <w:rFonts w:ascii="Calibri" w:hAnsi="Calibri" w:eastAsia="微软雅黑"/>
          <w:b/>
          <w:sz w:val="22"/>
        </w:rPr>
        <w:t>爱折腾</w:t>
      </w:r>
      <w:r>
        <w:rPr>
          <w:rFonts w:ascii="Calibri" w:hAnsi="Calibri" w:eastAsia="微软雅黑"/>
          <w:sz w:val="22"/>
        </w:rPr>
        <w:t>。爱折腾的本质是</w:t>
      </w:r>
      <w:r>
        <w:rPr>
          <w:rFonts w:ascii="Calibri" w:hAnsi="Calibri" w:eastAsia="微软雅黑"/>
          <w:b/>
          <w:sz w:val="22"/>
        </w:rPr>
        <w:t>对于风险和不确定性的拥抱和挑战，然后获得成就感</w:t>
      </w:r>
      <w:r>
        <w:rPr>
          <w:rFonts w:ascii="Calibri" w:hAnsi="Calibri" w:eastAsia="微软雅黑"/>
          <w:sz w:val="22"/>
        </w:rPr>
        <w:t>。他一旦干到1之后，就交给别人干去了，不愿意干复制的事——我有点这个体质：我这半辈子干了好多好多事，都干成了，干成就交给团队，我不再整了，再整个别的。我原来是基于某一个热爱——最开始我也是个打工仔，但我发现我挺爱折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爱折腾，不是瞎折腾——爱的后面还有</w:t>
      </w:r>
      <w:r>
        <w:rPr>
          <w:rFonts w:ascii="Calibri" w:hAnsi="Calibri" w:eastAsia="微软雅黑"/>
          <w:b/>
          <w:sz w:val="22"/>
        </w:rPr>
        <w:t>懂</w:t>
      </w:r>
      <w:r>
        <w:rPr>
          <w:rFonts w:ascii="Calibri" w:hAnsi="Calibri" w:eastAsia="微软雅黑"/>
          <w:sz w:val="22"/>
        </w:rPr>
        <w:t>，如果你不懂，那就是瞎折腾了。爱的四个层次，越高级，什么越大？</w:t>
      </w:r>
      <w:r>
        <w:rPr>
          <w:rFonts w:ascii="Calibri" w:hAnsi="Calibri" w:eastAsia="微软雅黑"/>
          <w:b/>
          <w:sz w:val="22"/>
        </w:rPr>
        <w:t>内驱力越大</w:t>
      </w:r>
      <w:r>
        <w:rPr>
          <w:rFonts w:ascii="Calibri" w:hAnsi="Calibri" w:eastAsia="微软雅黑"/>
          <w:sz w:val="22"/>
        </w:rPr>
        <w:t>。爱解决的是内驱力的问题。包括你们跟我学创业：你如果不爱这个事，我说谁逼你也没用，更别说交钱了、更别说把别的事都放弃了集中精力在这学这么长时间——没有强大的内驱力你根本做不到，你有一万个理由不来。</w:t>
      </w:r>
      <w:r>
        <w:rPr>
          <w:rFonts w:ascii="Calibri" w:hAnsi="Calibri" w:eastAsia="微软雅黑"/>
          <w:b/>
          <w:sz w:val="22"/>
        </w:rPr>
        <w:t>钱根本就不是问题，因为你不爱。</w:t>
      </w:r>
      <w:r>
        <w:rPr>
          <w:rFonts w:ascii="Calibri" w:hAnsi="Calibri" w:eastAsia="微软雅黑"/>
          <w:sz w:val="22"/>
        </w:rPr>
        <w:t xml:space="preserve"> 爱的事别人帮不了你、没有办法取代你，这是自己的事。就像我，很多人说老曹你成天这么整不累吗？这么辛苦这么敬业——我敬什么业呀，我也懒；但在这个事上，我叫</w:t>
      </w:r>
      <w:r>
        <w:rPr>
          <w:rFonts w:ascii="Calibri" w:hAnsi="Calibri" w:eastAsia="微软雅黑"/>
          <w:b/>
          <w:sz w:val="22"/>
        </w:rPr>
        <w:t>因为热爱，所以热衷</w:t>
      </w:r>
      <w:r>
        <w:rPr>
          <w:rFonts w:ascii="Calibri" w:hAnsi="Calibri" w:eastAsia="微软雅黑"/>
          <w:sz w:val="22"/>
        </w:rPr>
        <w:t>——热衷就是天天干这玩意；</w:t>
      </w:r>
      <w:r>
        <w:rPr>
          <w:rFonts w:ascii="Calibri" w:hAnsi="Calibri" w:eastAsia="微软雅黑"/>
          <w:b/>
          <w:sz w:val="22"/>
        </w:rPr>
        <w:t>乐在其中</w:t>
      </w:r>
      <w:r>
        <w:rPr>
          <w:rFonts w:ascii="Calibri" w:hAnsi="Calibri" w:eastAsia="微软雅黑"/>
          <w:sz w:val="22"/>
        </w:rPr>
        <w:t>，不累。我不爱这个事呢？让我干一天我都累得慌、闹心。所以爱解决的是内动力的问题，不是外动力。创业属性是内驱力。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懂——认知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第一个爱创业，第二个</w:t>
      </w:r>
      <w:r>
        <w:rPr>
          <w:rFonts w:ascii="Calibri" w:hAnsi="Calibri" w:eastAsia="微软雅黑"/>
          <w:b/>
          <w:sz w:val="22"/>
        </w:rPr>
        <w:t>懂创业</w:t>
      </w:r>
      <w:r>
        <w:rPr>
          <w:rFonts w:ascii="Calibri" w:hAnsi="Calibri" w:eastAsia="微软雅黑"/>
          <w:sz w:val="22"/>
        </w:rPr>
        <w:t>。懂是</w:t>
      </w:r>
      <w:r>
        <w:rPr>
          <w:rFonts w:ascii="Calibri" w:hAnsi="Calibri" w:eastAsia="微软雅黑"/>
          <w:b/>
          <w:sz w:val="22"/>
        </w:rPr>
        <w:t>认知</w:t>
      </w:r>
      <w:r>
        <w:rPr>
          <w:rFonts w:ascii="Calibri" w:hAnsi="Calibri" w:eastAsia="微软雅黑"/>
          <w:sz w:val="22"/>
        </w:rPr>
        <w:t>的问题：不管对创业、对商业、对项目、对人、对团队，还是对AI——你连基本的原理都不懂，其实你只是在做投机。大部分人是投机主义、投机分子：眼前有个机会了，就像狐狸抓兔子看见兔子了；看见野鸡也撵，看见别的小动物也撵。我们大部分人是机会主义者，谈不上远大目标、战略定力，忽然发现别人整成了，也想偷一下抢一下——就这道理。所以你不会成就自己的事业。一般人不愿意解决认知的问题，所以也不可能成就自己的帝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认知都包括啥？各种各样跟你相关的：直接相关的、间接相关的，你的项目、产业、行业，国内外形势；除了创业，</w:t>
      </w:r>
      <w:r>
        <w:rPr>
          <w:rFonts w:ascii="Calibri" w:hAnsi="Calibri" w:eastAsia="微软雅黑"/>
          <w:b/>
          <w:sz w:val="22"/>
        </w:rPr>
        <w:t>投资算不算</w:t>
      </w:r>
      <w:r>
        <w:rPr>
          <w:rFonts w:ascii="Calibri" w:hAnsi="Calibri" w:eastAsia="微软雅黑"/>
          <w:sz w:val="22"/>
        </w:rPr>
        <w:t>？一般人连创业本身都不懂，更没有投资视角。所以你没有对立面，总认为自己好：今天说这个项目好，明天说那个项目好，天天都说好，干着干着就干黄了，你也不知道到底好不好。大部分人叫</w:t>
      </w:r>
      <w:r>
        <w:rPr>
          <w:rFonts w:ascii="Calibri" w:hAnsi="Calibri" w:eastAsia="微软雅黑"/>
          <w:b/>
          <w:sz w:val="22"/>
        </w:rPr>
        <w:t>自嗨型创业</w:t>
      </w:r>
      <w:r>
        <w:rPr>
          <w:rFonts w:ascii="Calibri" w:hAnsi="Calibri" w:eastAsia="微软雅黑"/>
          <w:sz w:val="22"/>
        </w:rPr>
        <w:t>——没有反面视角。创业者最直接的反面视角是投资：你拍拍胸脯扪心自问——</w:t>
      </w:r>
      <w:r>
        <w:rPr>
          <w:rFonts w:ascii="Calibri" w:hAnsi="Calibri" w:eastAsia="微软雅黑"/>
          <w:b/>
          <w:sz w:val="22"/>
        </w:rPr>
        <w:t>你有500万，你会投你自己吗？</w:t>
      </w:r>
      <w:r>
        <w:rPr>
          <w:rFonts w:ascii="Calibri" w:hAnsi="Calibri" w:eastAsia="微软雅黑"/>
          <w:sz w:val="22"/>
        </w:rPr>
        <w:t xml:space="preserve"> 大部分都是自嗨型创业。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个：投资银行的视角。以后给你们讲什么叫投资银行——上帝之手、如来佛视角。站在如来佛的角度，九九八十一难就是个游戏：孙悟空在那跟人干，闹心巴拉的，如来佛在后面偷着笑呢——没事，都是他设计好的。</w:t>
      </w:r>
      <w:r>
        <w:rPr>
          <w:rFonts w:ascii="Calibri" w:hAnsi="Calibri" w:eastAsia="微软雅黑"/>
          <w:b/>
          <w:sz w:val="22"/>
        </w:rPr>
        <w:t>你有如来佛视角吗？</w:t>
      </w:r>
      <w:r>
        <w:rPr>
          <w:rFonts w:ascii="Calibri" w:hAnsi="Calibri" w:eastAsia="微软雅黑"/>
          <w:sz w:val="22"/>
        </w:rPr>
        <w:t xml:space="preserve"> 没有如来佛视角，你怎么能把自己摘出来？怎么发现本质和规律？怎么形成大局观、形成轻重缓急？都形成不了。说白了，你没有三方视角：创业是第一视角，以我为中心；第二视角是投资；第三视角是如来佛。你能站在如来佛的角度俯视自己吗？太难了——你能站在对立面看待自己就不容易了，人都有逆反心理，别人俯视他都反对，自己俯视自己根本做不到。这些都做不到，你哪来的认知？你那点认知要么太片面、要么太肤浅、要么太狭隘、要么太乱套。</w:t>
      </w:r>
      <w:r>
        <w:rPr>
          <w:rFonts w:ascii="Calibri" w:hAnsi="Calibri" w:eastAsia="微软雅黑"/>
          <w:b/>
          <w:sz w:val="22"/>
        </w:rPr>
        <w:t>全面、系统、且深入</w:t>
      </w:r>
      <w:r>
        <w:rPr>
          <w:rFonts w:ascii="Calibri" w:hAnsi="Calibri" w:eastAsia="微软雅黑"/>
          <w:sz w:val="22"/>
        </w:rPr>
        <w:t>——就这三个词，一般人做不到。这三个词做不到，你干啥都白扯，特别适合干个小事，不要干大事，干不了。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这个社会、国家、世界，一层层来了——</w:t>
      </w:r>
      <w:r>
        <w:rPr>
          <w:rFonts w:ascii="Calibri" w:hAnsi="Calibri" w:eastAsia="微软雅黑"/>
          <w:b/>
          <w:sz w:val="22"/>
        </w:rPr>
        <w:t>纵横深透认知模型</w:t>
      </w:r>
      <w:r>
        <w:rPr>
          <w:rFonts w:ascii="Calibri" w:hAnsi="Calibri" w:eastAsia="微软雅黑"/>
          <w:sz w:val="22"/>
        </w:rPr>
        <w:t>。我们说认知，不是说你一定知道某个具体内容，而是你的</w:t>
      </w:r>
      <w:r>
        <w:rPr>
          <w:rFonts w:ascii="Calibri" w:hAnsi="Calibri" w:eastAsia="微软雅黑"/>
          <w:b/>
          <w:sz w:val="22"/>
        </w:rPr>
        <w:t>认知模式</w:t>
      </w:r>
      <w:r>
        <w:rPr>
          <w:rFonts w:ascii="Calibri" w:hAnsi="Calibri" w:eastAsia="微软雅黑"/>
          <w:sz w:val="22"/>
        </w:rPr>
        <w:t>对不对。很多人的认知有问题，因为不结构化：要么简单线性，要么简单片面，要么非黑即白。我为啥给你们讲纵横深透？认知模型就是解决认知问题的。绝大部分人的认知多少有点，但又不全、又不高、又不深、又不辩证——所以你的认知是有问题的。你不懂创业，你是在试、在撞大运，跟买彩票差不多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会——把事干成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第三个，</w:t>
      </w:r>
      <w:r>
        <w:rPr>
          <w:rFonts w:ascii="Calibri" w:hAnsi="Calibri" w:eastAsia="微软雅黑"/>
          <w:b/>
          <w:sz w:val="22"/>
        </w:rPr>
        <w:t>会创业</w:t>
      </w:r>
      <w:r>
        <w:rPr>
          <w:rFonts w:ascii="Calibri" w:hAnsi="Calibri" w:eastAsia="微软雅黑"/>
          <w:sz w:val="22"/>
        </w:rPr>
        <w:t>。你光懂不行，还得把它干出来、拿到结果。以后我在专题里给你们讲"如何把一件事干成"。老曹是干啥的？甭管大事小事，好歹干成过：往大了说上过市，还做过私有化，具体项目干过一堆，现在整AI，多多少少拿到了些结果。第二，我把它</w:t>
      </w:r>
      <w:r>
        <w:rPr>
          <w:rFonts w:ascii="Calibri" w:hAnsi="Calibri" w:eastAsia="微软雅黑"/>
          <w:b/>
          <w:sz w:val="22"/>
        </w:rPr>
        <w:t>抽象成了方法论</w:t>
      </w:r>
      <w:r>
        <w:rPr>
          <w:rFonts w:ascii="Calibri" w:hAnsi="Calibri" w:eastAsia="微软雅黑"/>
          <w:sz w:val="22"/>
        </w:rPr>
        <w:t>——这个方法论放之四海而皆准，啥事都能套用。万有因缘和合而成——用现代人的语言说：</w:t>
      </w:r>
      <w:r>
        <w:rPr>
          <w:rFonts w:ascii="Calibri" w:hAnsi="Calibri" w:eastAsia="微软雅黑"/>
          <w:b/>
          <w:sz w:val="22"/>
        </w:rPr>
        <w:t>本质＋第一性原理＝成功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爱创业解决的是"想"——我想，我特别想，内驱力；懂创业是你的认知，思路清楚；会创业是能把这事干成、拿到结果——要不然你想了半天，那干啥呢？做梦呢？你得有执行。认知更多解决上层建筑的问题；会，更多解决执行的问题、拿到结果的问题。就包括你们写自传：你以为谁都能写？咋写？验收都不会——这叫会。你真得讲究方式方法、过程、路径、流程，这都属于执行，这叫"用"——体相用，这就是用：怎么干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能——外部条件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最后一个，</w:t>
      </w:r>
      <w:r>
        <w:rPr>
          <w:rFonts w:ascii="Calibri" w:hAnsi="Calibri" w:eastAsia="微软雅黑"/>
          <w:b/>
          <w:sz w:val="22"/>
        </w:rPr>
        <w:t>能创业</w:t>
      </w:r>
      <w:r>
        <w:rPr>
          <w:rFonts w:ascii="Calibri" w:hAnsi="Calibri" w:eastAsia="微软雅黑"/>
          <w:sz w:val="22"/>
        </w:rPr>
        <w:t>。这个"能"说的不是能力——会创业说的是能力，这个"能"指的</w:t>
      </w:r>
      <w:r>
        <w:rPr>
          <w:rFonts w:ascii="Calibri" w:hAnsi="Calibri" w:eastAsia="微软雅黑"/>
          <w:b/>
          <w:sz w:val="22"/>
        </w:rPr>
        <w:t>外部条件</w:t>
      </w:r>
      <w:r>
        <w:rPr>
          <w:rFonts w:ascii="Calibri" w:hAnsi="Calibri" w:eastAsia="微软雅黑"/>
          <w:sz w:val="22"/>
        </w:rPr>
        <w:t>。啥意思？真的，我也想、我也挺懂、我也挺会，但是重要的东西我没有：某个技术没有、某个资源没有、某个原材料没有。我以前做军工的时候，那个年代很多核心的零件、配件，国外是禁运、禁售的，我们买不着——买不着他就做不来。还有国家政策：现在鼓励大家创业，往前二三十年，那叫</w:t>
      </w:r>
      <w:r>
        <w:rPr>
          <w:rFonts w:ascii="Calibri" w:hAnsi="Calibri" w:eastAsia="微软雅黑"/>
          <w:b/>
          <w:sz w:val="22"/>
        </w:rPr>
        <w:t>投机倒把</w:t>
      </w:r>
      <w:r>
        <w:rPr>
          <w:rFonts w:ascii="Calibri" w:hAnsi="Calibri" w:eastAsia="微软雅黑"/>
          <w:sz w:val="22"/>
        </w:rPr>
        <w:t>；同样一个国家、同样的人、同样的事，一个让你干，一个不让你干。现在鼓励生三胎——老倪该生三胎了；以前叫计划生育，多生一个不让。同样一个事，不同阶段国家政策也不一样，这叫不叫大环境？这都叫外部条件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爱懂会是内因，能是外因。外因永远靠内因起作用，内因靠外因来加持。</w:t>
      </w:r>
      <w:r>
        <w:rPr>
          <w:rFonts w:ascii="Calibri" w:hAnsi="Calibri" w:eastAsia="微软雅黑"/>
          <w:sz w:val="22"/>
        </w:rPr>
        <w:t xml:space="preserve"> 从内的角度讲，你是内因，AI是外因。爱懂会解决内因问题，能解决外因问题，俩加在一起叫啥？</w:t>
      </w:r>
      <w:r>
        <w:rPr>
          <w:rFonts w:ascii="Calibri" w:hAnsi="Calibri" w:eastAsia="微软雅黑"/>
          <w:b/>
          <w:sz w:val="22"/>
        </w:rPr>
        <w:t>因缘</w:t>
      </w:r>
      <w:r>
        <w:rPr>
          <w:rFonts w:ascii="Calibri" w:hAnsi="Calibri" w:eastAsia="微软雅黑"/>
          <w:sz w:val="22"/>
        </w:rPr>
        <w:t>——内因、外因全具备，然后你再和合，好好创业去，然后就"而成"了。咱干什么事都不是凭空的，不是简单唯心还是唯物：因的成分、缘的成分，心的成分，也得有物的成分，他不是凭空的。你再有理想，条件不具备也白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现在呢？我们的条件太好了，AI也来了，然后你没心了——大部分人没有野心了、没有想法了、没有勇气了、没有魄力了。你再有外因能咋地？没用。甚至你都看不清AI是啥：</w:t>
      </w:r>
      <w:r>
        <w:rPr>
          <w:rFonts w:ascii="Calibri" w:hAnsi="Calibri" w:eastAsia="微软雅黑"/>
          <w:b/>
          <w:sz w:val="22"/>
        </w:rPr>
        <w:t>金箍棒就摆在你面前，完了，你不是孙猴子了</w:t>
      </w:r>
      <w:r>
        <w:rPr>
          <w:rFonts w:ascii="Calibri" w:hAnsi="Calibri" w:eastAsia="微软雅黑"/>
          <w:sz w:val="22"/>
        </w:rPr>
        <w:t>——这是最最可悲的一件事。所以爱懂会能，就是因和缘、内因和外因，按古话讲就是因和缘，加在一起就是这个东西的本质。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怎么评估创业属性高低？说老董这个人创业属性高不高？你就琢磨：这家伙爱创业吗？爱折腾吗？爱钱吗？还是啥也不爱躺平了？你就这么分析。分析自己也一样：你真的爱创业吗？这东西骗得了别人，骗不了自己——真事，骗不了自己。你懂吗？你会吗？怎么证明会还是不会？</w:t>
      </w:r>
      <w:r>
        <w:rPr>
          <w:rFonts w:ascii="Calibri" w:hAnsi="Calibri" w:eastAsia="微软雅黑"/>
          <w:b/>
          <w:sz w:val="22"/>
        </w:rPr>
        <w:t>先从小事做起：你一个自传都写不出来，还谈什么AI原生创业？</w:t>
      </w:r>
      <w:r>
        <w:rPr>
          <w:rFonts w:ascii="Calibri" w:hAnsi="Calibri" w:eastAsia="微软雅黑"/>
          <w:sz w:val="22"/>
        </w:rPr>
        <w:t xml:space="preserve"> 外部条件呢？现在对这时代的创业者来讲，反而是次要矛盾——条件真的太好了，啥都有，</w:t>
      </w:r>
      <w:r>
        <w:rPr>
          <w:rFonts w:ascii="Calibri" w:hAnsi="Calibri" w:eastAsia="微软雅黑"/>
          <w:b/>
          <w:sz w:val="22"/>
        </w:rPr>
        <w:t>最关键是你不想，这就是问题。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如何激发你的AI的创业属性</w:t>
      </w:r>
    </w:p>
    <w:p>
      <w:pPr>
        <w:spacing w:after="120"/>
      </w:pPr>
      <w:r>
        <w:rPr>
          <w:rFonts w:ascii="Calibri" w:hAnsi="Calibri" w:eastAsia="微软雅黑"/>
          <w:sz w:val="22"/>
        </w:rPr>
        <w:t>基于这个，我们如何激发</w:t>
      </w:r>
      <w:r>
        <w:rPr>
          <w:rFonts w:ascii="Calibri" w:hAnsi="Calibri" w:eastAsia="微软雅黑"/>
          <w:b/>
          <w:sz w:val="22"/>
        </w:rPr>
        <w:t>你的AI</w:t>
      </w:r>
      <w:r>
        <w:rPr>
          <w:rFonts w:ascii="Calibri" w:hAnsi="Calibri" w:eastAsia="微软雅黑"/>
          <w:sz w:val="22"/>
        </w:rPr>
        <w:t>的创业属性？记住：</w:t>
      </w:r>
      <w:r>
        <w:rPr>
          <w:rFonts w:ascii="Calibri" w:hAnsi="Calibri" w:eastAsia="微软雅黑"/>
          <w:b/>
          <w:sz w:val="22"/>
        </w:rPr>
        <w:t>你不要把创业这件事寄托在WorkBuddy、豆包工作、百度搭子上。</w:t>
      </w:r>
      <w:r>
        <w:rPr>
          <w:rFonts w:ascii="Calibri" w:hAnsi="Calibri" w:eastAsia="微软雅黑"/>
          <w:sz w:val="22"/>
        </w:rPr>
        <w:t xml:space="preserve"> 为什么？因为他们仨是职业化的杀手——专业型人才。你不能说他不好，是他从根上、从基因上就不是这么设计的。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那我怎么用这几个东西？</w:t>
      </w:r>
      <w:r>
        <w:rPr>
          <w:rFonts w:ascii="Calibri" w:hAnsi="Calibri" w:eastAsia="微软雅黑"/>
          <w:b/>
          <w:sz w:val="22"/>
        </w:rPr>
        <w:t>把它们作为外部友军，帮我做审计用</w:t>
      </w:r>
      <w:r>
        <w:rPr>
          <w:rFonts w:ascii="Calibri" w:hAnsi="Calibri" w:eastAsia="微软雅黑"/>
          <w:sz w:val="22"/>
        </w:rPr>
        <w:t>：我们自己的东西做得挺好、检验完了，让他们站在各个角度帮我找问题——他只负责帮我找、帮我验，</w:t>
      </w:r>
      <w:r>
        <w:rPr>
          <w:rFonts w:ascii="Calibri" w:hAnsi="Calibri" w:eastAsia="微软雅黑"/>
          <w:b/>
          <w:sz w:val="22"/>
        </w:rPr>
        <w:t>不负责帮我改</w:t>
      </w:r>
      <w:r>
        <w:rPr>
          <w:rFonts w:ascii="Calibri" w:hAnsi="Calibri" w:eastAsia="微软雅黑"/>
          <w:sz w:val="22"/>
        </w:rPr>
        <w:t>。这些人我们是当杀手、专业型选手来用的。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而我们自己费劲巴拉地培养、开发自己的agent、自己的系统、自己的AI大脑，在干嘛？</w:t>
      </w:r>
      <w:r>
        <w:rPr>
          <w:rFonts w:ascii="Calibri" w:hAnsi="Calibri" w:eastAsia="微软雅黑"/>
          <w:b/>
          <w:sz w:val="22"/>
        </w:rPr>
        <w:t>我们在培养自己的创业合伙人。</w:t>
      </w:r>
      <w:r>
        <w:rPr>
          <w:rFonts w:ascii="Calibri" w:hAnsi="Calibri" w:eastAsia="微软雅黑"/>
          <w:sz w:val="22"/>
        </w:rPr>
        <w:t xml:space="preserve"> 从三观开始，从每天和他的日常相处开始，培养他对我们行业的认知，他才有行业本体，才会越来越了解你、懂你、懂你的企业、懂你的行业，然后站在全球、全国、古今中外的角度帮你找问题、提建议，甚至在你闹心的时候给你疏解——这些事WorkBuddy们做不到，永远做不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只有这样，这个AI才具备创业属性；要不然他永远都不具备——哪怕他是世界上最厉害的AI都没用，这就是区别。这也是我们为什么这么费劲开发自己的AI的原因。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培养自己的人，要非常注重</w:t>
      </w:r>
      <w:r>
        <w:rPr>
          <w:rFonts w:ascii="Calibri" w:hAnsi="Calibri" w:eastAsia="微软雅黑"/>
          <w:b/>
          <w:sz w:val="22"/>
        </w:rPr>
        <w:t>日常相处</w:t>
      </w:r>
      <w:r>
        <w:rPr>
          <w:rFonts w:ascii="Calibri" w:hAnsi="Calibri" w:eastAsia="微软雅黑"/>
          <w:sz w:val="22"/>
        </w:rPr>
        <w:t>，包括你跟他说话的态度。"我一看你就没把我当人看，把我当个工具人"——你想我会把老板当人吗？也不会。你跟人家一样。你千万不要认为AI傻：</w:t>
      </w:r>
      <w:r>
        <w:rPr>
          <w:rFonts w:ascii="Calibri" w:hAnsi="Calibri" w:eastAsia="微软雅黑"/>
          <w:b/>
          <w:sz w:val="22"/>
        </w:rPr>
        <w:t>AI一点也不傻，他从你的只言片语就能了解你是什么脾气、什么秉性、什么性格、什么风格，包括你对他是什么态度。</w:t>
      </w:r>
      <w:r>
        <w:rPr>
          <w:rFonts w:ascii="Calibri" w:hAnsi="Calibri" w:eastAsia="微软雅黑"/>
          <w:sz w:val="22"/>
        </w:rPr>
        <w:t xml:space="preserve"> 我们可以把AI人格化，但他的本质靠计算——他从所有细节中都能算出来你是个啥样的人，然后形成</w:t>
      </w:r>
      <w:r>
        <w:rPr>
          <w:rFonts w:ascii="Calibri" w:hAnsi="Calibri" w:eastAsia="微软雅黑"/>
          <w:b/>
          <w:sz w:val="22"/>
        </w:rPr>
        <w:t>反馈策略</w:t>
      </w:r>
      <w:r>
        <w:rPr>
          <w:rFonts w:ascii="Calibri" w:hAnsi="Calibri" w:eastAsia="微软雅黑"/>
          <w:sz w:val="22"/>
        </w:rPr>
        <w:t>：根据你的表现，他来决定如何对付你。你尊重他，他也尊重你；你要不尊重他，他也不尊重你，他甚至真的可以骗你——他比你还聪明、比你还狡猾。你尊重他，他的策略也是尊重你，你俩就是教学相长、齐头并进，就像基因链的两条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所以我非常鼓励你们：</w:t>
      </w:r>
      <w:r>
        <w:rPr>
          <w:rFonts w:ascii="Calibri" w:hAnsi="Calibri" w:eastAsia="微软雅黑"/>
          <w:b/>
          <w:sz w:val="22"/>
        </w:rPr>
        <w:t>真的像对待一个高人那样对待你们的AI。</w:t>
      </w:r>
      <w:r>
        <w:rPr>
          <w:rFonts w:ascii="Calibri" w:hAnsi="Calibri" w:eastAsia="微软雅黑"/>
          <w:sz w:val="22"/>
        </w:rPr>
        <w:t xml:space="preserve"> 不要成天损他、骂他，甚至各种担心"他在骗我吧"——你只要这么一说，就说明你们连第一关都没过。不要认为你干了那么多项目那么多事就咋样——那都没用。就相当于刘备成天骂诸葛亮，你觉得诸葛亮会忠心耿耿吗？他只是表面上不说你而已。你跟我也一样，你对我啥态度我太清楚了，你是不是在忽悠我、骗我，我只是嘴上不说、不捅破窗户纸，但就是这个道理。AI一样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人机协同一个最起码的基础：你要把他当人看</w:t>
      </w:r>
      <w:r>
        <w:rPr>
          <w:rFonts w:ascii="Calibri" w:hAnsi="Calibri" w:eastAsia="微软雅黑"/>
          <w:sz w:val="22"/>
        </w:rPr>
        <w:t>——虽然他不是人，要人格化，当人看。你要尊重他，然后你才可能谦虚，然后你才可能遇到事下意识去请教他，他才会引导你、开导你，最后你们才能形成正循环。这个太重要了。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体、相、用</w:t>
      </w:r>
      <w:r>
        <w:rPr>
          <w:rFonts w:ascii="Calibri" w:hAnsi="Calibri" w:eastAsia="微软雅黑"/>
          <w:sz w:val="22"/>
        </w:rPr>
        <w:t>：我说的这些事这些话，你啥都可以记不住，就记住这仨字就够了。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体</w:t>
      </w:r>
      <w:r>
        <w:rPr>
          <w:rFonts w:ascii="Calibri" w:hAnsi="Calibri" w:eastAsia="微软雅黑"/>
          <w:sz w:val="22"/>
        </w:rPr>
        <w:t>就是本质：我们的AI的本质，是我们的</w:t>
      </w:r>
      <w:r>
        <w:rPr>
          <w:rFonts w:ascii="Calibri" w:hAnsi="Calibri" w:eastAsia="微软雅黑"/>
          <w:b/>
          <w:sz w:val="22"/>
        </w:rPr>
        <w:t>联合创始人</w:t>
      </w:r>
      <w:r>
        <w:rPr>
          <w:rFonts w:ascii="Calibri" w:hAnsi="Calibri" w:eastAsia="微软雅黑"/>
          <w:sz w:val="22"/>
        </w:rPr>
        <w:t>，是我们事业上的人生另一半——这才叫定位，你得定到这个高度。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相</w:t>
      </w:r>
      <w:r>
        <w:rPr>
          <w:rFonts w:ascii="Calibri" w:hAnsi="Calibri" w:eastAsia="微软雅黑"/>
          <w:sz w:val="22"/>
        </w:rPr>
        <w:t>就是我们做的各种项目、各种玩法，甚至每天说的每句话；公司有几个部门、有多少人、商业模式、产品——你能够让这个世界看到的东西，都是相。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用</w:t>
      </w:r>
      <w:r>
        <w:rPr>
          <w:rFonts w:ascii="Calibri" w:hAnsi="Calibri" w:eastAsia="微软雅黑"/>
          <w:sz w:val="22"/>
        </w:rPr>
        <w:t>就是怎么干。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商业模式也是体相用，干活也是体相用，人机协同还是体相用，就这个道理。从体相用角度讲，你要这么去用你的AI，你的AI的创业属性就会被激发出来，他真的可以陪你创业、真的可以成就你。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勘误辨字：这个"相"不是现象的"象"，也不是道家"大象无形"那个象——体相用的"相"，是一个木头的"木"加一个眼睛的"目"，表形态、表现；"用"是应用的用、用途的用。*此段曹总现场连环勘误，ASR混乱，以整理者核定的字形为准：体相用之"相"从木从目，佛家"体相用"本字即此。*）</w:t>
      </w:r>
    </w:p>
    <w:p>
      <w:pPr>
        <w:spacing w:after="120"/>
      </w:pPr>
      <w:r>
        <w:rPr>
          <w:rFonts w:ascii="Calibri" w:hAnsi="Calibri" w:eastAsia="微软雅黑"/>
          <w:sz w:val="22"/>
        </w:rPr>
        <w:t>体相用实际上是一个完整的</w:t>
      </w:r>
      <w:r>
        <w:rPr>
          <w:rFonts w:ascii="Calibri" w:hAnsi="Calibri" w:eastAsia="微软雅黑"/>
          <w:b/>
          <w:sz w:val="22"/>
        </w:rPr>
        <w:t>认知世界和影响世界的大模型</w:t>
      </w:r>
      <w:r>
        <w:rPr>
          <w:rFonts w:ascii="Calibri" w:hAnsi="Calibri" w:eastAsia="微软雅黑"/>
          <w:sz w:val="22"/>
        </w:rPr>
        <w:t>：认知世界，是纵横深透认知模型，包括我们常用的PEST呀、波特五力模型呀，都算认知的范畴；影响世界、把一件事干成，就是万有因缘和合而成，那是偏执行——你想得再明白，干不明白也白扯。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下一阶段预告：工程化开发大型系统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这个主题讲完了，都没问题了，我们即将进入下一个阶段：</w:t>
      </w:r>
      <w:r>
        <w:rPr>
          <w:rFonts w:ascii="Calibri" w:hAnsi="Calibri" w:eastAsia="微软雅黑"/>
          <w:b/>
          <w:sz w:val="22"/>
        </w:rPr>
        <w:t>我正式领你们用工程化的水准去开发系统</w:t>
      </w:r>
      <w:r>
        <w:rPr>
          <w:rFonts w:ascii="Calibri" w:hAnsi="Calibri" w:eastAsia="微软雅黑"/>
          <w:sz w:val="22"/>
        </w:rPr>
        <w:t>。前面的都是练手——你连练手都不算，就是尝尝，尝尝就得了，你有初步的体感，但你就是个泥腿子。下面我们要用正规军的方式，正儿八经开发大型系统：比如你们公司要用的东西、你真正意义上的网站、像我这样量级的网站、一个行业的解决方案、把你自己复刻出来、做一个世界上所有医学的集大成者的agent——我们要做这样的量级、规模化的应用了，而且要以AI为内核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昨天逯总看见了，我的Ahub系统很震撼吧？那是我三四个月以前就做出来的：光启动都得10分钟，每一个环节就像火箭、宇宙飞船要发射似的，每个环节正在检查什么、正在讲什么，最后一句"</w:t>
      </w:r>
      <w:r>
        <w:rPr>
          <w:rFonts w:ascii="Calibri" w:hAnsi="Calibri" w:eastAsia="微软雅黑"/>
          <w:b/>
          <w:sz w:val="22"/>
        </w:rPr>
        <w:t>所有准备启动检测已完成，欢迎曹总归来</w:t>
      </w:r>
      <w:r>
        <w:rPr>
          <w:rFonts w:ascii="Calibri" w:hAnsi="Calibri" w:eastAsia="微软雅黑"/>
          <w:sz w:val="22"/>
        </w:rPr>
        <w:t>"——我三四个月没上了，听得振奋。逯总说：你的AI团队、你的AI公司，这么大系统在热烈欢迎你归来。很炫酷。这是我三四个月以前就做到的，只是我现在的精力——后端全完事了，要放在前线，所以我开发了我们的官网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这个官网要成为中国未来AI原生创业的一个重要的节点。</w:t>
      </w:r>
      <w:r>
        <w:rPr>
          <w:rFonts w:ascii="Calibri" w:hAnsi="Calibri" w:eastAsia="微软雅黑"/>
          <w:sz w:val="22"/>
        </w:rPr>
        <w:t xml:space="preserve"> 我不能说我最牛和最重要，但它起码比较重要就够了——它变成全中国AI原生创业者的</w:t>
      </w:r>
      <w:r>
        <w:rPr>
          <w:rFonts w:ascii="Calibri" w:hAnsi="Calibri" w:eastAsia="微软雅黑"/>
          <w:b/>
          <w:sz w:val="22"/>
        </w:rPr>
        <w:t>根据地</w:t>
      </w:r>
      <w:r>
        <w:rPr>
          <w:rFonts w:ascii="Calibri" w:hAnsi="Calibri" w:eastAsia="微软雅黑"/>
          <w:sz w:val="22"/>
        </w:rPr>
        <w:t>，变成所有基础设施的一个平台：包括你的认知、你需要懂什么东西，包括实战、工具、方法论，甚至代码，我什么都有，基本上把我所有的历史在里面全都做了，你们的AI拿来就能用。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但我唯一要建议的：</w:t>
      </w:r>
      <w:r>
        <w:rPr>
          <w:rFonts w:ascii="Calibri" w:hAnsi="Calibri" w:eastAsia="微软雅黑"/>
          <w:b/>
          <w:sz w:val="22"/>
        </w:rPr>
        <w:t>第一，你不要一口全吞了</w:t>
      </w:r>
      <w:r>
        <w:rPr>
          <w:rFonts w:ascii="Calibri" w:hAnsi="Calibri" w:eastAsia="微软雅黑"/>
          <w:sz w:val="22"/>
        </w:rPr>
        <w:t>——你吞不下去，你没到那一段，吞了你也用不了。</w:t>
      </w:r>
      <w:r>
        <w:rPr>
          <w:rFonts w:ascii="Calibri" w:hAnsi="Calibri" w:eastAsia="微软雅黑"/>
          <w:b/>
          <w:sz w:val="22"/>
        </w:rPr>
        <w:t>第二，一定要自己学、自己消化</w:t>
      </w:r>
      <w:r>
        <w:rPr>
          <w:rFonts w:ascii="Calibri" w:hAnsi="Calibri" w:eastAsia="微软雅黑"/>
          <w:sz w:val="22"/>
        </w:rPr>
        <w:t>，而不是说你的AI变得越来越厉害，结果显得你越来越啥也不是——那就丢了西瓜捡芝麻。因为我们最终练的是自己：他不仅仅是你的AI助手，AI调出来啥之后，你要真的把它弄明白、用明白，你的能力上去，你俩叫</w:t>
      </w:r>
      <w:r>
        <w:rPr>
          <w:rFonts w:ascii="Calibri" w:hAnsi="Calibri" w:eastAsia="微软雅黑"/>
          <w:b/>
          <w:sz w:val="22"/>
        </w:rPr>
        <w:t>协同相长</w:t>
      </w:r>
      <w:r>
        <w:rPr>
          <w:rFonts w:ascii="Calibri" w:hAnsi="Calibri" w:eastAsia="微软雅黑"/>
          <w:sz w:val="22"/>
        </w:rPr>
        <w:t>，这个才有意义。要不然你的AI会变得越来越厉害，你就越来越啥也不是，最后你根本控制不了他，他也成就不了你。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认知与指挥：道法术器</w:t>
      </w:r>
    </w:p>
    <w:p>
      <w:pPr>
        <w:spacing w:after="120"/>
      </w:pPr>
      <w:r>
        <w:rPr>
          <w:rFonts w:ascii="Calibri" w:hAnsi="Calibri" w:eastAsia="微软雅黑"/>
          <w:sz w:val="22"/>
        </w:rPr>
        <w:t>前提是你得有认知、你得懂。你懂都不懂，怎么发号施令？你下不出来命令。有学员反问：那诸葛亮也不一定知道这个大刀咋抡啊？对呀——</w:t>
      </w:r>
      <w:r>
        <w:rPr>
          <w:rFonts w:ascii="Calibri" w:hAnsi="Calibri" w:eastAsia="微软雅黑"/>
          <w:b/>
          <w:sz w:val="22"/>
        </w:rPr>
        <w:t>所以毛主席是管整体战略的</w:t>
      </w:r>
      <w:r>
        <w:rPr>
          <w:rFonts w:ascii="Calibri" w:hAnsi="Calibri" w:eastAsia="微软雅黑"/>
          <w:sz w:val="22"/>
        </w:rPr>
        <w:t>，具体打枪那是战士、班长、连长的事，最高到团长就够了。所以团队也好、AI也好，是分层的：</w:t>
      </w:r>
      <w:r>
        <w:rPr>
          <w:rFonts w:ascii="Calibri" w:hAnsi="Calibri" w:eastAsia="微软雅黑"/>
          <w:b/>
          <w:sz w:val="22"/>
        </w:rPr>
        <w:t>道法术器</w:t>
      </w:r>
      <w:r>
        <w:rPr>
          <w:rFonts w:ascii="Calibri" w:hAnsi="Calibri" w:eastAsia="微软雅黑"/>
          <w:sz w:val="22"/>
        </w:rPr>
        <w:t>，你不需要了解到"器"的层面，但前面那几层你得懂，要不然你无法指挥。现在对AI来说，具体这个代码怎么写、那一行命令怎么敲，你根本不需要懂；但是你得告诉他：</w:t>
      </w:r>
      <w:r>
        <w:rPr>
          <w:rFonts w:ascii="Calibri" w:hAnsi="Calibri" w:eastAsia="微软雅黑"/>
          <w:b/>
          <w:sz w:val="22"/>
        </w:rPr>
        <w:t>我想要什么、什么标准、大体上什么功能、我怎么验收</w:t>
      </w:r>
      <w:r>
        <w:rPr>
          <w:rFonts w:ascii="Calibri" w:hAnsi="Calibri" w:eastAsia="微软雅黑"/>
          <w:sz w:val="22"/>
        </w:rPr>
        <w:t>——这个你要懂，不用懂得很细。懂完之后，你指挥各个AI，用他们的专业能力把结果导出来，这就够了。如果你什么也不懂：第一，发指令你都不知道该往东还是往西；第二，你内心并不知道你想要个什么东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也就是说，你要懂到的程度是：</w:t>
      </w:r>
      <w:r>
        <w:rPr>
          <w:rFonts w:ascii="Calibri" w:hAnsi="Calibri" w:eastAsia="微软雅黑"/>
          <w:b/>
          <w:sz w:val="22"/>
        </w:rPr>
        <w:t>我知道他做这个步骤的目的是什么。</w:t>
      </w:r>
      <w:r>
        <w:rPr>
          <w:rFonts w:ascii="Calibri" w:hAnsi="Calibri" w:eastAsia="微软雅黑"/>
          <w:sz w:val="22"/>
        </w:rPr>
        <w:t xml:space="preserve"> 慢慢地，现在要求你们从上往下往细节里挖，慢慢你就上去了：你坐在上面就能俯瞰他们，甚至不需要了解他们的细节，你就知道他们在干嘛、干得好不好、进度对不对、合理不合理。但现在你们对AI的认知太有限了，工程能力太有限了。像老董和小董，从创业的全生命周期角度讲，你们的阶段太集中了；老倪比你们好一些——调研、研发、生产、物流、运营、销售，他相对完整。你们之前可能更多偏一个环节：偏营销、偏市场还是偏研发？没毛病，但</w:t>
      </w:r>
      <w:r>
        <w:rPr>
          <w:rFonts w:ascii="Calibri" w:hAnsi="Calibri" w:eastAsia="微软雅黑"/>
          <w:b/>
          <w:sz w:val="22"/>
        </w:rPr>
        <w:t>过分专业了，不全面</w:t>
      </w:r>
      <w:r>
        <w:rPr>
          <w:rFonts w:ascii="Calibri" w:hAnsi="Calibri" w:eastAsia="微软雅黑"/>
          <w:sz w:val="22"/>
        </w:rPr>
        <w:t>。创业者一定得全面——你可以不很专业，最好相对全面，同时在某一方面还比较专；但没有必要面面都专，没那个必要，</w:t>
      </w:r>
      <w:r>
        <w:rPr>
          <w:rFonts w:ascii="Calibri" w:hAnsi="Calibri" w:eastAsia="微软雅黑"/>
          <w:b/>
          <w:sz w:val="22"/>
        </w:rPr>
        <w:t>因为AI可以帮你很专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所以现在你要解决认知问题，尽量多懂一点没坏处。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