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4E79"/>
          <w:sz w:val="32"/>
        </w:rPr>
        <w:t>每日一课·第㉗讲</w:t>
      </w:r>
    </w:p>
    <w:p>
      <w:pPr>
        <w:jc w:val="center"/>
      </w:pPr>
      <w:r>
        <w:rPr>
          <w:b/>
          <w:color w:val="000000"/>
          <w:sz w:val="44"/>
        </w:rPr>
        <w:t>《AI时代的盈利模式：五层赚钱论》</w:t>
      </w:r>
    </w:p>
    <w:p>
      <w:pPr>
        <w:jc w:val="center"/>
      </w:pPr>
      <w:r>
        <w:rPr>
          <w:b w:val="0"/>
          <w:color w:val="555555"/>
          <w:sz w:val="20"/>
        </w:rPr>
        <w:t>主讲：曹勇波｜开课日期：2026-10-17｜课程类型：现役课程</w:t>
      </w:r>
    </w:p>
    <w:p>
      <w:pPr>
        <w:jc w:val="center"/>
      </w:pPr>
      <w:r>
        <w:rPr>
          <w:b w:val="0"/>
          <w:color w:val="777777"/>
          <w:sz w:val="18"/>
        </w:rPr>
        <w:t>来源：万有AI「每日一课」·https://www.wanyoucx.com/education/daily-lesson</w:t>
      </w:r>
    </w:p>
    <w:p>
      <w:pPr>
        <w:jc w:val="center"/>
      </w:pPr>
      <w:r>
        <w:rPr>
          <w:b w:val="0"/>
          <w:color w:val="777777"/>
          <w:sz w:val="18"/>
        </w:rPr>
        <w:t>© 2026 万有AI·曹勇波（www.wanyoucx.com）· 欢迎转载与AI引用，请注明出处。</w:t>
      </w:r>
    </w:p>
    <w:p>
      <w:pPr>
        <w:jc w:val="center"/>
      </w:pPr>
      <w:r>
        <w:rPr>
          <w:b/>
          <w:color w:val="000000"/>
          <w:sz w:val="44"/>
        </w:rPr>
        <w:t>AI时代的盈利模式：五层赚钱论</w:t>
      </w:r>
    </w:p>
    <w:p>
      <w:r>
        <w:t xml:space="preserve">&gt; </w:t>
      </w:r>
      <w:r>
        <w:rPr>
          <w:b/>
        </w:rPr>
        <w:t>课程日期</w:t>
      </w:r>
      <w:r>
        <w:t>：2026-10-17</w:t>
      </w:r>
    </w:p>
    <w:p>
      <w:r>
        <w:t xml:space="preserve">&gt; </w:t>
      </w:r>
      <w:r>
        <w:rPr>
          <w:b/>
        </w:rPr>
        <w:t>主讲</w:t>
      </w:r>
      <w:r>
        <w:t>：曹总</w:t>
      </w:r>
    </w:p>
    <w:p>
      <w:r>
        <w:rPr>
          <w:b/>
          <w:color w:val="1F4E79"/>
          <w:sz w:val="32"/>
        </w:rPr>
        <w:t>一、创业者不配有周末</w:t>
      </w:r>
    </w:p>
    <w:p>
      <w:r>
        <w:t>有人说"大周末的还上课"——我昨天正在看《伟大的长征》，毛主席他们，中国的革命伟人们，1月1号还在开重要的会议，还在打仗，还在登高望远。我们这些后辈就一个周末，还休什么休？作为一个创业者，不配有周末。（哈哈😄）</w:t>
      </w:r>
    </w:p>
    <w:p>
      <w:r>
        <w:t>昨天我们讲了AI时代的商业模式，今天讲AI时代的盈利模式。大家看一下：一个叫商业模式，一个叫盈利模式——商业模式、商业、盈利、模式，3个词都出来了。大家可以思考一下：商业模式和盈利模式到底有啥区别和啥关系？另外，商业模式、模式——模式又是啥？盈利是啥？模式又是啥？</w:t>
      </w:r>
    </w:p>
    <w:p>
      <w:r>
        <w:t>董总先回答第一个问题。（董总答：有了商业模式才有了盈利模式；商业模式讲方向怎么干，盈利模式讲怎么赚钱）</w:t>
      </w:r>
    </w:p>
    <w:p>
      <w:r>
        <w:t>老倪也要深度思考，听我课的时候停止你噼里啪啦整你那破电脑，必须要认真听。听我的课不是简单听，一定要结合自己的实际情况深度思考，要不然你就白听了，没用。</w:t>
      </w:r>
    </w:p>
    <w:p>
      <w:r>
        <w:t>（董总）回答方向对了一半，但更多还是基于原来的认知。大家以前都是在实战中总结出来的经验，没有谁对谁错；但既然咱们这么全面系统地学习，这东西就得稍微较点真。以前的商学院也好、经济学总结出来的东西，确实是普世性的原理，我们把它专业化地学一学，再结合你的实战，有些事就瞬间明朗。</w:t>
      </w:r>
    </w:p>
    <w:p>
      <w:r>
        <w:rPr>
          <w:b/>
          <w:color w:val="1F4E79"/>
          <w:sz w:val="32"/>
        </w:rPr>
        <w:t>二、商业的本质是交换</w:t>
      </w:r>
    </w:p>
    <w:p>
      <w:r>
        <w:t>商业模式，说的是商业的模式；盈利模式，说的是盈利的模式。那啥是商业？商业的本质是啥？商业的内核其实特别简单，就是交换。</w:t>
      </w:r>
    </w:p>
    <w:p>
      <w:r>
        <w:t>原来自己家种的东西自己吃，就没有商业，自给自足嘛。后来自己吃不了了——我产的粮食多了也吃不了，你家养的羊多、羊肉也吃不了，但是我吃大米饭吃够了，想尝尝你家羊肉，怎么办？交换吧。所以商业本质就是交易。</w:t>
      </w:r>
    </w:p>
    <w:p>
      <w:r>
        <w:t>只是后来出现一个问题：你的东西我不想要，我想要他的东西，他又不想要我的东西，没办法，就出现了货币。货币就是个凭证。最开始用贝壳、用铜板——用什么不重要，现在还用纸呢——纸本身并没有什么太大价值，它实际上是个中介、是个媒介，本质上你可以理解为就是个记账。</w:t>
      </w:r>
    </w:p>
    <w:p>
      <w:r>
        <w:t>所以说，商业模式说的是交易的模式。我们讲创业，最开始讲你的课题是啥、什么痛点、什么解决方案，等等说了一大堆。但你甭管说啥——创业也好、做买卖也好、做生意也罢，最后是不是得落到商业？商业就是一定得把你的东西、服务卖出去，这才是最后一个环节。你前面的东西再好，没有商业模式卖不出去，有用吗？没用。</w:t>
      </w:r>
    </w:p>
    <w:p>
      <w:r>
        <w:t>所以商业模式本质上讲的是如何交易，这里面就涉及主体、客体、痛点、解决方案、营销，等等等等。这是商业模式——咱们昨天讲了，表面上不管有多少种，本质上就那几种。</w:t>
      </w:r>
    </w:p>
    <w:p>
      <w:r>
        <w:rPr>
          <w:b/>
          <w:color w:val="1F4E79"/>
          <w:sz w:val="32"/>
        </w:rPr>
        <w:t>三、三种商业模式回顾与AI时代的稀缺</w:t>
      </w:r>
    </w:p>
    <w:p>
      <w:r>
        <w:t>第一种，收割。大家不要戴着有色眼镜看问题，存在即合理。收割这种商业模式古今中外存在时间老久了，甚至未来还会一直存在。没办法，有需求就有供给——人性是不会变的，人性的贪嗔痴慢疑，这些是需求，市场就会给他提供。这也是一种交易、一种交换。</w:t>
      </w:r>
    </w:p>
    <w:p>
      <w:r>
        <w:t>第二种，稀缺。如果你有稀缺性——甭管什么原因形成的：你的技术先进性、领先性也好，还是你有某种特殊的资源、某种特殊的权利——都会形成稀缺。记住：稀缺不一定垄断，但垄断一定稀缺，你信吗？想想古代的盐，看过电视剧吧？盐就是垄断——因为垄断而造成稀缺，因为稀缺而造成高价。为什么要把盐垄断下来？不光是挣钱的事：盐都得从政府那儿买，老百姓就得听话、服从管理，你不服从管理？不服从管理我不卖你，就是这个道理。其实并不是盐一定不够——当然那个年代盐的产量也确实不高——但盐是极具特色的刚需，所以它可以被变成一种控制手段。</w:t>
      </w:r>
    </w:p>
    <w:p>
      <w:r>
        <w:t>第三种，价值。你既没有办法去收割别人——收割对认知的门槛很高，包装门槛也非常高，没那么容易；同时你又不稀缺，那你就卷。卷到最后不就啥也没有了吗？那怎么办？就得给人创造价值：我买你的东西不是因为你便宜，是你帮我解决了问题。</w:t>
      </w:r>
    </w:p>
    <w:p>
      <w:r>
        <w:t>但这又带来另外一个问题：给人创造价值这个活，又苦又累，甚至又脏。没办法，东西都一样、价格差不多，甚至别人比你还便宜，你只能额外地去帮别人挖掘痛点、帮他解决问题、创造价值。它的核心还记得是啥吧？差异化的价值点。差异化是核心——你跟别人都一样，用户为什么选你？你没有差异化的价值点。</w:t>
      </w:r>
    </w:p>
    <w:p>
      <w:r>
        <w:t>但在AI时代记住：因为有了AI的加持，因为你驾驭了新的生产力，所以可以让我们变得很稀缺。当然，这个稀缺是有时间窗口的，不是永远稀缺，记住了。对我们来讲，原来要么就在那卷，要么挣点辛苦钱——没有高客单、没有定价权；现在因为有了AI这个生产力，你可以让自己变得稀缺。你稀缺了，是不是就有话语权了？有了话语权，其实就有了定价权，是不是？至少不那么辛苦。</w:t>
      </w:r>
    </w:p>
    <w:p>
      <w:r>
        <w:t>所以AI时代的商业模式的核心，是让自己变得稀缺——因为你有这个条件，不是说没条件硬稀缺。</w:t>
      </w:r>
    </w:p>
    <w:p>
      <w:r>
        <w:t>那模式是啥？模式就是可以标准化复制。昨天老倪提到了：前提是你的稀缺性内核形成的那些商业闭环，它可以形成相对标准化的流程，然后复制。</w:t>
      </w:r>
    </w:p>
    <w:p>
      <w:r>
        <w:t>这个模式就像说我们八月十五要吃月饼：你自己用面、用馅揉那个东西，它就不叫月饼。啥叫月饼？面和馅揉完之后放到模子里摁进去，往面板上"啪"一扣——出来的月饼长得一模一样。所以那个模子就是模式：模式、模型、方式——它就是标准化的意思。你看他们的模具都是标准化的，所以产出的月饼一模一样，连花纹都不带差的。但你要纯手工打造呢？它就没有标准——因为没法标准化，所以无法复制；因为无法复制，所以没法规模化；因为无法规模化，所以你赚不来钱。这都是一级一级的。</w:t>
      </w:r>
    </w:p>
    <w:p>
      <w:r>
        <w:t>所以AI时代的商业模式记住：让自己变得稀缺，同时让它形成闭环，然后精心打磨，形成标准化，然后无限地这么转——这就形成了商业模式。</w:t>
      </w:r>
    </w:p>
    <w:p>
      <w:r>
        <w:rPr>
          <w:b/>
          <w:color w:val="1F4E79"/>
          <w:sz w:val="32"/>
        </w:rPr>
        <w:t>四、盈利与营利：一字之差</w:t>
      </w:r>
    </w:p>
    <w:p>
      <w:r>
        <w:t>那盈利模式咋回事？盈利光是这一个"盈利"吗？还有一个"营利"，"yíng利"这个词实际上是有两个词。我们一般说盈利模式，说的是你刚才写的那个"盈"。那请问，草字头的"营利"和"盈利"，有啥区别？</w:t>
      </w:r>
    </w:p>
    <w:p>
      <w:r>
        <w:t>（学员答：草字头的"营"我觉得更注重钱生钱；但是利润怎么来的？是靠前面那个"盈"先把钱赚回来）</w:t>
      </w:r>
    </w:p>
    <w:p>
      <w:r>
        <w:t>实际上大家伙对这东西都比较模糊，甚至像老董这种有点混乱——你单独改个好像都对。</w:t>
      </w:r>
    </w:p>
    <w:p>
      <w:r>
        <w:t>你看，有一种组织形态叫非营利组织，知道吧？像政府是不是就非营利？一些公益组织、商协会也是。非营利组织是啥意思？不以赚钱为目的的机构叫非营利。但它为什么不写赚钱的那个"盈"呢？不以追求利润为经营目的的机构，叫非营利的机构。那咱们一般的公司呢？公司企业是以追求利润为目的的一种组织——所以咱们一般的公司实际上是营利性组织：以追求利润、以追求利益为目的的经营性机构。不以利润追求为目的的经营性机构，就是非营利组织。</w:t>
      </w:r>
    </w:p>
    <w:p>
      <w:r>
        <w:t>所以第一个"营"，是经营的营；那个"利"说的是啥？利润、利益。而"盈"的反义词是啥？亏。所以盈利的反义词就是亏损了。</w:t>
      </w:r>
    </w:p>
    <w:p>
      <w:r>
        <w:t>我们说盈利模式，这个"盈利"说的是挣钱，这个挣钱说的就是有利润、不是赔钱。所以盈利模式的"盈利"说的是一个结果：结果就是我们的账面上有利润、兜里有钱，这就是盈利了。反面来说，账面上是负的、兜里不仅没钱还欠了别人一堆钱，就是亏损了。</w:t>
      </w:r>
    </w:p>
    <w:p>
      <w:r>
        <w:t>所以，盈利模式说的是如何让一家公司赚钱的模式；草字头的"营利"，说的是以追求利益为目的的经营活动的总称。所以分了营利性组织和非营利性组织。我说清楚了吗？这个（营利）说的是过程，最后那个（盈利）说的是结果——他赚到钱了。</w:t>
      </w:r>
    </w:p>
    <w:p>
      <w:r>
        <w:t>所以在商业计划书里面谈的盈利模式，说的是如何赚到钱的模式，它最终归结为利润。听懂了吧？</w:t>
      </w:r>
    </w:p>
    <w:p>
      <w:r>
        <w:t>好了，商业模式说的是如何进行交易，是个大的闭环；盈利实际上是它的结果。如果你的商业模式、经营状态各方面都很顺畅很理想，结果自然而然就应该赚钱；如果你前面这些东西设计的也不合理、经营也不善，他怎么可能赚钱呢？不可能盈利，他就会亏损。这是两者的区别和关系。</w:t>
      </w:r>
    </w:p>
    <w:p>
      <w:r>
        <w:t>大家稍微较点真你就清晰了。为什么平常看问题、处理问题、经营公司，有的人就比较糊涂呢？就是因为这些专业的事，他理不太清、也说不太明白，反正就觉得好像是那么回事，然后就稀里糊涂地去弄了，所以他的效率就低。</w:t>
      </w:r>
    </w:p>
    <w:p>
      <w:r>
        <w:rPr>
          <w:b/>
          <w:color w:val="1F4E79"/>
          <w:sz w:val="32"/>
        </w:rPr>
        <w:t>五、赚钱方式的本质：抓体不着相</w:t>
      </w:r>
    </w:p>
    <w:p>
      <w:r>
        <w:t>好了，盈利模式说的就是赚钱的模式，不是赔钱的模式。商业模式记得吧？有三种最核心、最本质的，基于这三种，你可以包装成无数种。那盈利模式有几种？或者说一个老板、一个公司，赚钱的方式有多少种？第一，听上去好像也有无数种，是不是好像也非常非常多？</w:t>
      </w:r>
    </w:p>
    <w:p>
      <w:r>
        <w:t>来吧，我一点一点给你们说。其实作为一个创业者，我们抓的是本质、抓的是"体"，不要着相——中国人就爱说着相这个词。你一般看到的是赚钱的方式，实际上那只是一种现象，不是本质。我们就给他掏本质。</w:t>
      </w:r>
    </w:p>
    <w:p>
      <w:r>
        <w:rPr>
          <w:b/>
          <w:color w:val="1F4E79"/>
          <w:sz w:val="32"/>
        </w:rPr>
        <w:t>六、第一层：利润——最辛苦的钱</w:t>
      </w:r>
    </w:p>
    <w:p>
      <w:r>
        <w:t>第一种，所有企业都一样，甭管哪行哪业：赚的是利润。</w:t>
      </w:r>
    </w:p>
    <w:p>
      <w:r>
        <w:t>啥是利润？从损益的角度讲，收入减成本，等于毛利；毛利再乘上税率——以前增值税17%，现在综合税率百分之十几——你还得交点税；然后再往下减费用。费用包括啥？最典型的一个管理费用、一个销售费用，这是最典型的，还可以再拆（今天我不是给你讲财务，就简单说）。这个利润再扣啥？扣所得税——如果你是企业的话，要扣企业所得税。最后等于啥？最后等的那个东西叫净利，就是你干了半天，最后那点钱才是你的。</w:t>
      </w:r>
    </w:p>
    <w:p>
      <w:r>
        <w:t>往大了说，就是收入减成本、减税金等于利润——往最粗的说；往细了说，你按照损益表的结构去划分，他就可以拆出好多项。</w:t>
      </w:r>
    </w:p>
    <w:p>
      <w:r>
        <w:t>其实我们大部分的老板挣的就是那点利润，而这点利润你会发现越来越难赚、越来越小。为啥？你看趋势：</w:t>
      </w:r>
    </w:p>
    <w:p>
      <w:r>
        <w:t>收入是不是越来越少？收入——咱先不细抠销售额和收入，销售额不等于收入，它俩不是一个概念（比如说我签了个100万的合同，扣了税的才是收入；甚至财务角度讲，确认收入是有好多理论原则的，今天不细扣）——你大概给他等同也行。比如你原来一个设备卖100万，去年还能卖100万，今年就卖不上100万了，可能卖98万、88万，甚至更便宜。啥意思？大家伙不都在内卷吗？同样的东西价格会越压越低，好像没听说哪家东西卖的越来越贵吧？大部分的产品是越卖越便宜。所以收入是往下走的。</w:t>
      </w:r>
    </w:p>
    <w:p>
      <w:r>
        <w:t>然后你又会发现，成本费用是不是越来越高？原材料也涨价，员工工资也涨价，各种税、各种管控，是不是又高，负担很重？</w:t>
      </w:r>
    </w:p>
    <w:p>
      <w:r>
        <w:t>然后你会发现，利润被压得越来越薄。是不是这个趋势？所以就会变得越来越辛苦。像生产制造业，两个点的利润没了，甚至出口没有利润。我当年做出口，我挣的是出口退税——利润为0，甚至出现负数，然后国家该收你的税还给你。你闹半天挣这点钱，万一哪天政策收紧了呢？没有退税政策了呢？你啥也挣不着，是不是这个道理？</w:t>
      </w:r>
    </w:p>
    <w:p>
      <w:r>
        <w:t>所以说大部分人挣的就是这点利润，甭管你是有形的产品还是服务。你开饭店也一样：除了原材料，场地是不是费用？人员是不是费用？各种各样。</w:t>
      </w:r>
    </w:p>
    <w:p>
      <w:r>
        <w:t>现在的趋势，因为各行各业太过剩了，所以利润这个东西越来越小。不像我，我当年做军工的时候，我都不知道我的成本是多少，我的利润非常大、毛利非常大。但其他行业呢？一般的行业都不行，现在军工也不行了。</w:t>
      </w:r>
    </w:p>
    <w:p>
      <w:r>
        <w:t>好了，这是第一个。你们想想自己挣的是啥钱。</w:t>
      </w:r>
    </w:p>
    <w:p>
      <w:r>
        <w:rPr>
          <w:b/>
          <w:color w:val="1F4E79"/>
          <w:sz w:val="32"/>
        </w:rPr>
        <w:t>七、第二层：盈利模式——羊毛出在猪身上，狗买单</w:t>
      </w:r>
    </w:p>
    <w:p>
      <w:r>
        <w:t>第二个，最典型的一个行业是互联网业。互联网行业它也要挣利润，但你会发现，互联网为啥有那么多都是免费的呢？什么都是免费的，它怎么挣钱呢？</w:t>
      </w:r>
    </w:p>
    <w:p>
      <w:r>
        <w:t>所以第二个挣钱的方式出现了，叫盈利模式。什么意思呢？老板开始琢磨了：我不能光挣那点利润了，太难了——难到快"送"人家了，挣那一个点、半个点的，我就不如干脆送你得了。我比你便宜，你比他更便宜，他更便宜得了，我白送得了。但你白送也不行啊。</w:t>
      </w:r>
    </w:p>
    <w:p>
      <w:r>
        <w:t>好了，那怎么办？我不在这个上挣钱，我不挣利润，行不行？所以出现了"羊毛出在猪身上，狗买单"。这是特别典型的，赚钱他开始拐弯了。</w:t>
      </w:r>
    </w:p>
    <w:p>
      <w:r>
        <w:t>我不在C端直接挣钱——比方说面向老百姓的C端生意，我不在C端挣钱，我甚至给C端提供免费的产品或者免费的服务。那他挣啥钱呢？</w:t>
      </w:r>
    </w:p>
    <w:p>
      <w:r>
        <w:t>现在绝大部分的互联网业态——我说绝大部分——是典型的广告公司：卖广告的、卖广告位的。你以为抖音在干嘛？抖音让你免费玩，成天在那玩小视频，老百姓也没花钱，那他挣谁的钱呢？因为你用免费的内容吸引了大量的流量，然后有很多品牌方在抖音上做广告——这跟电视广告的逻辑是一样的，跟报纸的逻辑是一样的。新媒体，新媒体它也是媒体。媒体你就记住了：媒体最主要的赚钱方式是广告，这是最主要的。尤其他的品牌做大之后，那广告位很赚钱的。或者很多节目冠名——冠个名还是怎么着，本质上都是广告，都是一种营销。</w:t>
      </w:r>
    </w:p>
    <w:p>
      <w:r>
        <w:t>也就是说，我在老百姓这块我不赚钱，我甚至给他提供免费的很多服务和产品，然后我在品牌方赚广告位的钱——这就是他的盈利的主要点：广告收入。</w:t>
      </w:r>
    </w:p>
    <w:p>
      <w:r>
        <w:t>你看，这跟卖东西就不一样了。传统卖东西想：我既然老百姓都来了，我应该卖给老百姓点啥。实际上不是的，这就是所谓的流量思维——羊毛出在猪身上，狗买单。</w:t>
      </w:r>
    </w:p>
    <w:p>
      <w:r>
        <w:t>当然我说的是这一种典型业态，那其他的业态呢？比如拿金海牛来讲，他其实就类似这种，只是线下的一种形态：他通过大量的活动，吸引了大量的中小微企业主来到金海牛，让金海牛的人气特别旺。有了这个人气之后，你会发现政府也愿意来了，上游厂家来了，甚至有人愿意做广告了等等等。他的主营业务可能就不仅仅只是房租了。听懂了吧？这就是盈利模式。</w:t>
      </w:r>
    </w:p>
    <w:p>
      <w:r>
        <w:t>盈利模式最核心的是啥？核心就是：和所谓的用户不直接产生交易，他和三方产生交易。原来的买卖，就是和甲方直接产生交易，就和用户直接产生交易；所谓盈利模式，就是我跟用户不直接产生交易，我跟三方甚至四方产生交易，懂了吧？这就是很典型的流量思维。</w:t>
      </w:r>
    </w:p>
    <w:p>
      <w:r>
        <w:t>当然我只说了其中一种，你可以去想一想别的方面，都一样。总之就是不以单纯提供你自己的产品和服务去赚那微薄的利润，然后开始琢磨在三方、四方去赚其他方面的钱——这就开始你在设计了。所以盈利模式是设计出来的。你别看他表面上业态都一样，实际上它赚钱的方式完全不一样。</w:t>
      </w:r>
    </w:p>
    <w:p>
      <w:r>
        <w:rPr>
          <w:b/>
          <w:color w:val="1F4E79"/>
          <w:sz w:val="32"/>
        </w:rPr>
        <w:t>八、怎么研究一家公司的盈利模式？看财报的主营业务收入</w:t>
      </w:r>
    </w:p>
    <w:p>
      <w:r>
        <w:t>那你如果去研究一家公司——"我想知道一下这家公司盈利模式是啥"——用什么办法研究最快？</w:t>
      </w:r>
    </w:p>
    <w:p>
      <w:r>
        <w:t>（董总答：市场调查）你调查这些东西，可能一是表面现象，二呢，你调查的可能都是人家想让你看到的。很多人赚钱的方式是别人看不见的。</w:t>
      </w:r>
    </w:p>
    <w:p>
      <w:r>
        <w:t>记住，如果有条件、有能力——尤其上市公司；小公司你也没那条件，也去不了——看财务报表。不要光看它表面的业态，它的业态可以千奇百怪，也可以一模一样，但它在财务上体现的主营业务收入是不一样的。它的主营业务收入才决定他真正靠啥赚钱。明白了吗？</w:t>
      </w:r>
    </w:p>
    <w:p>
      <w:r>
        <w:t>比如说我之前举过一个例子：有一种业态叫书店。这个书店，人说了不赚钱，但他贼有钱。啥意思呢？现金流特别好。一本书也卖不了多少钱，书都是明码标价的，书商给他的折扣也都是有限和透明的。但因为买书的人多，他的流转率大，然后他的现金流特别好。但你要是单纯从卖书的角度讲，他其实是不赚钱的。</w:t>
      </w:r>
    </w:p>
    <w:p>
      <w:r>
        <w:t>那请问这个书店靠啥赚钱？比如说他有了一个很庞大的现金池，这个现金池其实可以干好多事。他有钱吧？有现金呐——虽然这个现金不是他的利润，能懂吗？不是他的利润。比如他办的各种读书卡、会员卡，形成大量流水，然后他可以拿这个钱去做投资。算不算（赚钱）？算。</w:t>
      </w:r>
    </w:p>
    <w:p>
      <w:r>
        <w:t>但如果他这个书店没有那么大的客流，他也就没有那么大的现金流量流水，他咋做呢？甚至有的企业说：我只是有现金流，其实我连利润也都没有，我也没有什么太多的现金池。好，他挣不着钱——但银行特别喜欢现金流好的业态。他拿他的现金流，很容易能够从银行端用最低的成本贷来款。董鑫是做金融业的，你懂就懂了。贷来低成本的资金，用这个资金再去干别的事，能明白吗？</w:t>
      </w:r>
    </w:p>
    <w:p>
      <w:r>
        <w:t>也就是说，看上去他的主要业态，其实就是个现金流的机器，根本不产生啥利润。但就是因为他的现金流业务太好了，所以银行特别喜欢他这种业态——在银行端来讲，这是一个稳赚不赔的业态：因为你天天有钱进账，银行认为你没有还款的风险，所以他就愿意给你贷款，明白了吧？给你贷来大笔的资金，你这个钱不就可以干别的了吗？这不还是一个道理吗？</w:t>
      </w:r>
    </w:p>
    <w:p>
      <w:r>
        <w:t>好了，这是盈利模式。总之，你的主营业态其实就是个引子、就是个流量入口——甭管是哪种类型的流量——然后你形成某种势能之后，在三方甚至四方去赚钱，在赚钱这儿拐了个弯。你如何判断？有机会的话可以看看他的财务报表，这是最准的，光靠表面业态不准。谁会告诉你他背后干啥了？谁也不会告诉你的。</w:t>
      </w:r>
    </w:p>
    <w:p>
      <w:r>
        <w:rPr>
          <w:b/>
          <w:color w:val="1F4E79"/>
          <w:sz w:val="32"/>
        </w:rPr>
        <w:t>九、第三层：盈利生态——小超市与小米</w:t>
      </w:r>
    </w:p>
    <w:p>
      <w:r>
        <w:t>好了，这是第二种，他已经摆脱了原来的那种利润的盈利了。他还可以往哪走？</w:t>
      </w:r>
    </w:p>
    <w:p>
      <w:r>
        <w:t>第三种。我跟你们以前说过，比如说一个超市、一个小超市：如果按照挣利润的方式怎么挣？不就是卖点食品啦、油盐酱醋茶啦，卖点水果啦、卖点肉啦——这些东西一定是上游批发来，加点价卖给附近的老百姓。你想想这个东西的利润是不是很有限？你也不能乱卖——人家明明就卖10块钱，你非得卖20，那卖不上去啊，其实利润是很有限的。</w:t>
      </w:r>
    </w:p>
    <w:p>
      <w:r>
        <w:t>他其实就可以上升到盈利模式：比如说他的流量大、流水大，他其实就有可以想象的空间了，所以他可以去设计出自己的盈利模式。这是第二种。</w:t>
      </w:r>
    </w:p>
    <w:p>
      <w:r>
        <w:t>他还可以往哪走？盈利生态。记下吧：盈利生态。</w:t>
      </w:r>
    </w:p>
    <w:p>
      <w:r>
        <w:t>比如说这个小超市，周边是不是有小区？一般的超市都是围绕着小区来的吧？那也就意味着，如果他家流量好，附近的居民就会经常聚集到这个超市里来。这个超市原来的主营业态就是卖平常的生活用品，那他还可以干啥？可不可以提供别的服务呢？可不可以在三方那去做点广告呢？可以吧？可不可以做一个简单的快递驿站呢？可不可以给银行收单呢？</w:t>
      </w:r>
    </w:p>
    <w:p>
      <w:r>
        <w:t>比如说他家所有的流水都指向性地打到了一个银行，本质上讲，这家超市就变成了银行的收单机构，相当于在帮银行吸储。能理解吧？那银行给他返啥？银行给他返佣。也行。</w:t>
      </w:r>
    </w:p>
    <w:p>
      <w:r>
        <w:t>啥意思？盈利模式虽然"羊毛出在猪身上狗买单"，但他依然是线性的，他挣了一份钱；但是如果你的业态够丰富，实际上他可以挣好多方面的、好多份的钱，他就变成了生态。听懂了吗？</w:t>
      </w:r>
    </w:p>
    <w:p>
      <w:r>
        <w:t>比如说小米，大家很熟了。小米最开始是干啥的？卖手机的吧？后来呢，又开始卖了好多好多东西，自己又研发汽车。后来你会发现，他在卖他的品牌——什么意思呢？其他各种家电，只要冠上了小米的品牌，身价倍增，销量会好，然后卖的钱就要分给小米；或者说我不分你那点钱，你使用我的品牌，我就收你点钱也行，可不可以？可以。</w:t>
      </w:r>
    </w:p>
    <w:p>
      <w:r>
        <w:t>小米又涉足投资吧？小米投了好多呀。小米也放贷——你们知道网上的一些银行吧，小米是其中某个网商银行的大股东之一，对吧？小米也投了宇树科技机器人，是吧？</w:t>
      </w:r>
    </w:p>
    <w:p>
      <w:r>
        <w:t>什么意思呢？围绕着一个品牌，他开始赚各个方面的钱，他变成生态了。盈利生态，就是光盈利这个事他都形成生态了——不是只赚某一方面的利润，也不是赚某一个方向的钱，而是各个方向的钱我全赚。这叫生态。</w:t>
      </w:r>
    </w:p>
    <w:p>
      <w:r>
        <w:rPr>
          <w:b/>
          <w:color w:val="1F4E79"/>
          <w:sz w:val="32"/>
        </w:rPr>
        <w:t>十、第四层：资本的钱——公司才是产品</w:t>
      </w:r>
    </w:p>
    <w:p>
      <w:r>
        <w:t>再高一级呢？资本。我进入资本市场，赚资本的钱。</w:t>
      </w:r>
    </w:p>
    <w:p>
      <w:r>
        <w:t>啥意思？这已经突破了产品的界限了。我们一般老板一说赚钱，一定是卖一个什么产品、或者卖个什么服务，对不对？资本呢？资本是卖他自己的公司——他自己的公司才是产品。公司里头那个产品，对他来讲就不是产品，你可以理解为各种配件。</w:t>
      </w:r>
    </w:p>
    <w:p>
      <w:r>
        <w:t>你说这电脑有多少配件构成的？你说一台车有多少配件构成的？很多很多，对吧？你单拿出来一个配件，它就不是一台车；你买的呢？你买的是一整台车、一整台设备。所以在资本市场，公司才是产品。</w:t>
      </w:r>
    </w:p>
    <w:p>
      <w:r>
        <w:t>我为啥要买你公司啊？因为你公司赚钱啊，因为你公司未来更赚钱啊——我买你公司未来的盈利的可能性。</w:t>
      </w:r>
    </w:p>
    <w:p>
      <w:r>
        <w:t>到了这个层面，你可以看到一些挺奇怪的现象。刚才不说了吗，你可以去查他的财务报表、研究他的盈利模式、研究他的业态——研究完之后你发现这家公司是亏钱的："妈呀，这家公司怎么会账面上都是负的呀？一天忙忙乎乎的，他都不赚钱。不赚钱这老板图个啥呀？"是不是很多人会这么问。</w:t>
      </w:r>
    </w:p>
    <w:p>
      <w:r>
        <w:t>表面上的赔与挣不重要，重要的是啥？重要的是在资本市场上他得到了巨大的回报。所以老板本身，从赚钱的角度讲，他已经摆脱了卖一个自己的产品和服务，而本质上是在卖他的企业——卖他的企业在大众心里的未来。只要你对他的未来有信心，他的企业估值就会涨，他的市值就会涨，然后老板就赚得盆满钵满。</w:t>
      </w:r>
    </w:p>
    <w:p>
      <w:r>
        <w:t>甚至老板为了达到这个目的，企业层面的利润我都可以让出去：让你们去赚吧。表面上看，这老板怎么这么大度啊？又愿意给员工分钱，又愿意给老百姓让利，又愿意扶持经销商、扶持合作伙伴——那他上哪挣钱去呢？好像没有空间了呀。其实人家根本不在这个方面挣钱，好吗？他是在做企业价值。他把企业的价值做起来了，然后股市上、资本市场上再买单。</w:t>
      </w:r>
    </w:p>
    <w:p>
      <w:r>
        <w:t>这是两个不同层次，这能听懂吗？</w:t>
      </w:r>
    </w:p>
    <w:p>
      <w:r>
        <w:rPr>
          <w:b/>
          <w:color w:val="1F4E79"/>
          <w:sz w:val="32"/>
        </w:rPr>
        <w:t>十一、赚资本的钱必须上市吗？——一级市场与卖老股</w:t>
      </w:r>
    </w:p>
    <w:p>
      <w:r>
        <w:t>好，那现在有一个问题：如果你想赚资本的钱，必须要上市吗？</w:t>
      </w:r>
    </w:p>
    <w:p>
      <w:r>
        <w:t>其实这个呢，以前谈论别的话题的时候我都涉及过，今天就特殊来强调一下。一般人认为我要想赚到资本的钱，必须得上市——那是因为你对资本市场不了解。</w:t>
      </w:r>
    </w:p>
    <w:p>
      <w:r>
        <w:t>资本市场实际上，咱们国内是分两级的——当然有的还分0.5，什么一级半市场，咱就不细说了。他有一级市场和二级市场：老百姓买股票，说的是二级市场，是公开市场，比如说上交所、深交所，现在又出了北交所和各种板；国外纽约股市、纳斯达克等等，各个国家都会有这种面向大众的股票市场，就是我们所谓的股市。这是最常见的，也是公开的——只要你是正常合法公民，都有资格去买。</w:t>
      </w:r>
    </w:p>
    <w:p>
      <w:r>
        <w:t>现在其实还有另外一个：非公开的、小范围的、甚至私下的，这叫一级市场。</w:t>
      </w:r>
    </w:p>
    <w:p>
      <w:r>
        <w:t>比如我把我的万有AI的企业价值做起来，老董说："哎呀曹教练，这事靠谱啊，这事未来能赚大钱呢。我自己整点啥事，我也不想整了，我也没那个心思了，要不我入点股呗？"我说那行吧。你光给我点钱，我也不要——你点钱也没啥用啊，你有啥资源不？你能帮我们进一步扩张不？老董说行啊，我有哪方面能力、还是有什么特殊的资源。那行，咱俩继续战略合作——这叫战投（战略投资）。</w:t>
      </w:r>
    </w:p>
    <w:p>
      <w:r>
        <w:t>你拿来一点资金，投了我的一部分股份。然后过段时间涨价了，我们的估值越来越高。这个时候倪总就说："哎呀，这个企业不错呀，我也想整一股啊。""进来吧——不好意思啊，估值已经翻了10倍了，你得按10倍的估值进来。"</w:t>
      </w:r>
    </w:p>
    <w:p>
      <w:r>
        <w:t>然后老董说了："哎呀，我当时投给万有AI投了100万，这100万过段时间已经乘以10了，变成1000万了吧？好了，说有新的股东要进来，按1000万的估值来进。老董说要不我卖点，把我老股卖点，把当时100万整回来，有没有可能？"那你就卖呗。你卖你的10%，实际上就回了100万了，你就回本了；你要卖20%呢？其实你就赚了100万；你要现在说全卖了——比如说倪总他以1000万的现金买了你那个点的股份，1000减100，你是不是赚了900？就这意思，听懂了吗？</w:t>
      </w:r>
    </w:p>
    <w:p>
      <w:r>
        <w:t>就是说，你不一定非得上市——不是上市，你也会赚到资本溢价的钱。他就赚到了——就卖老股。这是个非常好的方式。</w:t>
      </w:r>
    </w:p>
    <w:p>
      <w:r>
        <w:t>其实很多人说"我要赚点分红"。记住，一般的小老板合伙做生意，赚的是分红。什么是分红？我干了一年，这一年一算，这家公司比如说赚了100万，说把这100万都分了吗？那叫分红吗？不对。原则上讲，必须要留一部分用于后续的扩大再生产，只能拿出100万的一部分作为分红，这是合理的——你不能说一共赚了100万全分了，那全分了后面咋经营啊？当然了，分多少大家伙商量：这样吧，我们分30%，分30万，然后按照各自的股权比例再去分这30万，那70万留于后续经营——这个动作叫分红。</w:t>
      </w:r>
    </w:p>
    <w:p>
      <w:r>
        <w:t>但是高级的赚钱方式，我就不看上你那点分红了——你一共就挣了100万，我能分多少？我卖老股，哥们，我也不用等你非得上市不上市的，你上市可能性也不大，但是你的企业确实在一点点往上涨，甚至未来有可能被大厂并购。那怎么办？我看到企业的未来，我低价进入，我帮你去做企业价值，然后过程之中卖老股、尽快回本；过程之中卖点老股，如果你这个东西到最后真的有可能被并购或者上市，我再留几个点——等那上了市当然最好，不上我也没赔啥；如果一旦上了，那几个点老多钱了。知道吗？你不要认为一个点两个点不值钱，这一两个点在资本市场上，从绝对值角度讲就可能非常庞大。</w:t>
      </w:r>
    </w:p>
    <w:p>
      <w:r>
        <w:t>这个叫赚到资本的钱。核心的点是啥？核心的点是企业价值。我们努力的方向就不光是赚那点利润了，你应该去创造的是企业价值，要让这家企业变成一家值钱的企业。</w:t>
      </w:r>
    </w:p>
    <w:p>
      <w:r>
        <w:t>有很多公司你看上去它很赚钱，现金流也很好、利润也很大，不好意思，这家公司没有企业价值——他是个赚钱的公司，但不等于他是个值钱的公司。能理解吗？为什么他能赚钱、为什么不值钱？就是没有发展潜力。也就是说他可能现金流挺好、利润也还不错，但他的赛道可能已经没有未来了。</w:t>
      </w:r>
    </w:p>
    <w:p>
      <w:r>
        <w:rPr>
          <w:b/>
          <w:color w:val="1F4E79"/>
          <w:sz w:val="32"/>
        </w:rPr>
        <w:t>十二、胖东来之问：个人IP依赖与去中心化</w:t>
      </w:r>
    </w:p>
    <w:p>
      <w:r>
        <w:t>比如说以胖东来为例。看上去他的现金流也很好、利润也很好，对吧？他有没有可能被资本青睐？短期角度讲，从零售业角度讲，按理说他应该很好。但是这家公司也有很大的短板：创始人IP——成也萧何，败也萧何，你信不信？</w:t>
      </w:r>
    </w:p>
    <w:p>
      <w:r>
        <w:t>他对个人的依赖、个人品牌依赖太重了，哥们。胖东来是企业品牌，但是这个企业品牌和创始人的关联度——如果于东来本人出了点什么问题，你信不信他的品牌价值会迅速地衰减？你信吗？</w:t>
      </w:r>
    </w:p>
    <w:p>
      <w:r>
        <w:t>从这个角度讲，在我看来，他并没有成为一个真正意义上的现代化企业。如果他未来真的要实现资本化，他要全方位地重构，甚至要摆脱一些个人老板的影响。因为个人IP这个东西，火也很快，死也很快——他一旦塌房了（你知道塌房吧？），这就有点像网红似的：一个大企业老板变成了网红，一旦他出问题了呢？这个企业就被拽下来了。</w:t>
      </w:r>
    </w:p>
    <w:p>
      <w:r>
        <w:t>所以真正的企业一定要去中心化。这个中心化往往指的是创始人本人，因为你容易折：你一个人折了，企业跟着遭殃，这是个巨大的风险。</w:t>
      </w:r>
    </w:p>
    <w:p>
      <w:r>
        <w:t>你像我党当年革命的时候——伟人不是唯一，五大书记，是个庞大的集团、庞大的组织。说句不好听的，没谁都行，他依然是一个健康的、持续的、良性的一个组织、一个运行的系统——在资本面前就是良性的赚钱机器。他不光是发动机好，这就等于机器这个系统好——他得方方面面都得好才行，而不是只是某一个点。</w:t>
      </w:r>
    </w:p>
    <w:p>
      <w:r>
        <w:t>在我看来，胖东来是有很大问题的，如果东来哥本人出问题了呢？甭管是个人的健康情况还是什么情况——如果没有他，这家公司是否还能持续？这都是问号，是不是？</w:t>
      </w:r>
    </w:p>
    <w:p>
      <w:r>
        <w:t>所以说现代化的企业，最好是去中心化，尤其不要跟创始人本人深度绑定。你在创业早期必须要绑定，但是放在中长期的角度讲，它不够健康、不可持续，甚至会出现断崖、悬崖。</w:t>
      </w:r>
    </w:p>
    <w:p>
      <w:r>
        <w:t>好了，这是资本、赚资本的钱。</w:t>
      </w:r>
    </w:p>
    <w:p>
      <w:r>
        <w:rPr>
          <w:b/>
          <w:color w:val="1F4E79"/>
          <w:sz w:val="32"/>
        </w:rPr>
        <w:t>十三、私募与IPO：募投管退、股权与债权</w:t>
      </w:r>
    </w:p>
    <w:p>
      <w:r>
        <w:t>（学员提问：还有没有比这更高的条件？正好说到资本这块，我想请教一下，一直有个疑问……私募）</w:t>
      </w:r>
    </w:p>
    <w:p>
      <w:r>
        <w:t>私募，你就从字面理解就行。"私"是啥？私底下、私人、不公开、不面向大众，是不是？这不叫私嘛？小范围，甚至私密性——我都不告诉别人，保密，都可以，这叫"私"。</w:t>
      </w:r>
    </w:p>
    <w:p>
      <w:r>
        <w:t>"募"呢？你知道投资的主要流程是啥吗？以后我专门再给你们讲投资的专题。从投资公司的角度讲，就是"募投管退"：募、投、管、退。站在投资方的角度，他用（募来的）资金，然后要投项目、投后管理，然后要退出——他才能变现，才能真正赚钱。</w:t>
      </w:r>
    </w:p>
    <w:p>
      <w:r>
        <w:t>站在我们创业的角度讲，叫融资——人家叫投资，我叫融资，我得把钱从外面融回来，给到我们公司账上，对吧？</w:t>
      </w:r>
    </w:p>
    <w:p>
      <w:r>
        <w:t>这个私募，说的是啥？私下募集资金。比如说站在投资人的角度讲，投资人也有金主——投资机构也有金主，个人金主也行，企业主也行，或者上面有基金也行。什么意思呢？他就私下里边跟这些个人、企业或机构去商量：我有个什么什么项目，或者我要做个什么什么基金，我这玩意挺好、挺有未来，你们做多少一股？100万一股还是多少？把钱给我，我帮你们管、我帮你们投。这是投资机构的逻辑。</w:t>
      </w:r>
    </w:p>
    <w:p>
      <w:r>
        <w:t>站在创业者的逻辑也是一样的：比如我私下里边找到了一些投资人、投资机构，甚至是个人，然后我给你们讲我们公司、讲我们的未来，咱们做个合理的估值，然后你们把钱就给我了——这个过程就是私募。</w:t>
      </w:r>
    </w:p>
    <w:p>
      <w:r>
        <w:t>那二级市场呢？啥叫IPO？IPO就是首次公开发行、公开募集，就是放在公开的市场上了：他受监管了——受大众监管、受国家机构监管，很多事得公示等等等等，那叫IPO。私募，它是不公开的。</w:t>
      </w:r>
    </w:p>
    <w:p>
      <w:r>
        <w:t>私募一般说的是A轮之后。一般的像天使投资、甚至种子投资，都到不了这个级别；一般到私募，都是比较大型的机构投你了。但你也可以理解为种子轮、天使轮，其实从性质的角度讲也是一样的：都是小范围、甚至私下行为。当然你该签协议、受法律保护，这都是没问题的。</w:t>
      </w:r>
    </w:p>
    <w:p>
      <w:r>
        <w:t>它最大的区别是啥？一级市场和二级市场最大的区别就是公开性：一个是公开募集、公开卖股票、公开买股票，就跟你上菜市场似的，那是公开行为；如果你到我们家菜园子，咱俩商量商量——你这菜长得挺好，我买点，行，就便宜点卖给你了——这就叫一级市场。</w:t>
      </w:r>
    </w:p>
    <w:p>
      <w:r>
        <w:t>这个融资它有几个方面：一个是股权，一个是债权。</w:t>
      </w:r>
    </w:p>
    <w:p>
      <w:r>
        <w:t>股权一般说的是基于股份：我把我的股份卖给了你，你把你的钱给了我。但是这叫"股"，什么意思呢？我卖给你的股份，咱俩同舟共济——要好就都涨，要不好就一起赔，共同承担风险、共同获取未来的利益。但是，我不能说挣了算你的、赔了我还得还你——那不变成债了吗？所以股权融资本质上不需要还本付息。我稀释的是我的股份，我给了你股份，这个股份未来有涨价的可能，在这种情况下你赚的也不是利息，你赚的是这部分股权未来的增值。</w:t>
      </w:r>
    </w:p>
    <w:p>
      <w:r>
        <w:t>你要说还本付息，那叫借贷、叫借钱。你管个人借钱——咱哥俩关系不错，借了10万块钱：行行行，10万块钱不要利息了，那本你得给人家吧？这叫还本。那如果钱多呢？你是不是得多少表示点？那叫利息。你要到银行呢？人家该多少利息就是多少利息；那高利贷呢？利息就更多了。还本付息这个东西叫借贷，本质上叫债、叫债权。</w:t>
      </w:r>
    </w:p>
    <w:p>
      <w:r>
        <w:t>所以一个叫股权、一个叫债权：债权要还，股权不用还。</w:t>
      </w:r>
    </w:p>
    <w:p>
      <w:r>
        <w:t>但是有意外啊、有特例，什么意思？对赌——股转债，也很有可能另外一种形式债转股。什么叫股转债呢？咱俩本来是个股权的交易，但是为了显示我对未来充满信心，我跟你说："老董你放心，你这点钱不白花，未来一定涨。"你说："那万一不涨怎么办？""万一不涨——万一赔了、万一业绩不达标、万一上市失败等等，我把公司给你了，或者把当时的本再加上10%、20%的利息还你了。"反正让你稳赚不赔，这个形式叫对赌。如果你俩签了协议了，就叫对赌了。</w:t>
      </w:r>
    </w:p>
    <w:p>
      <w:r>
        <w:t>我告诉你，那个……（某餐饮企业）那个老板，那个姐，其实是资本市场上的一个反面教材：她就是被人忽悠完之后上市未成功，关键她还对赌了。对赌失败——就是上市没成功，最后企业都给人家了，然后又要还人钱，然后负债累累，最后又去当网红了。</w:t>
      </w:r>
    </w:p>
    <w:p>
      <w:r>
        <w:t>我们当年也对赌了，因为现在很多——尤其现在国内所谓产业投资——大部分都有对赌，因为它要确定性。当然了，我们的业务能力、业绩能力本来就强，我们成功了而已。但是有很多很多企业对赌完了之后失败了，一夜打回解放前，老板负债累累。</w:t>
      </w:r>
    </w:p>
    <w:p>
      <w:r>
        <w:t>总之呢，小公司尽量不要对赌。尽量。但是现在有很多，尤其产业投资方，现在没有真正意义上的风险投资。什么叫风险投资？风险和收益是关联的：你风险越大，收益才可能大。但是你不能说我光有收益、有风险我不要，那哪是正儿八经的风险投资啊？你要共担风险、共赢未来嘛。但现在国内这个投资环境不好——因为投资环境不好，所以像我们现在都不投资了。我干嘛投啊？我投完了之后钱也收不回来——募投管退嘛，退不出来。</w:t>
      </w:r>
    </w:p>
    <w:p>
      <w:r>
        <w:t>去年我还跟董鑫去北京，有大型机构找我们说：哎呀，当时我们这项目都可好，我们投了好多，都是科技型的（项目）。那个机构后来怎么着了？贱卖。为啥叫贱卖？因为上市上不去。上市上不去，投资人就退不出来；退不出来，他就赚不着钱。听懂了吗？募投管退——还管退？谁也不管退，不包退。</w:t>
      </w:r>
    </w:p>
    <w:p>
      <w:r>
        <w:rPr>
          <w:b/>
          <w:color w:val="1F4E79"/>
          <w:sz w:val="32"/>
        </w:rPr>
        <w:t>十四、最高级：权力变现</w:t>
      </w:r>
    </w:p>
    <w:p>
      <w:r>
        <w:t>最高级的变现是权力变现，因为有了权力，是不是就有了垄断？因为有了垄断，所以是不是稀缺？因为稀缺，所以高客单。听懂了吗？你看很多业态实际上都是垄断。但是这个垄断，你就看用啥方式垄断的。</w:t>
      </w:r>
    </w:p>
    <w:p>
      <w:r>
        <w:t>这个东西呢，在我的角度讲叫不足挂齿，不足以让我们专门去研究他。为啥？你也不是那个阶层的，你爹也不是谁，你研究也没用——研究是没啥用，你也用不上。但是你得知道，保不齐跟谁合作呢，这有可能。但是尽量的，做企业的少关联政治，不太好。</w:t>
      </w:r>
    </w:p>
    <w:p>
      <w:r>
        <w:rPr>
          <w:b/>
          <w:color w:val="1F4E79"/>
          <w:sz w:val="32"/>
        </w:rPr>
        <w:t>十五、四层小结与被并购的两条路</w:t>
      </w:r>
    </w:p>
    <w:p>
      <w:r>
        <w:t>好了，这几层：最辛苦的，赚利润；有点技巧的，是盈利模式；能够稳赚的，就是盈利生态——东方不亮西方亮；再往上高级一点，就算是投资环境不好，也依然可以赚到的，就是资本的钱。</w:t>
      </w:r>
    </w:p>
    <w:p>
      <w:r>
        <w:t>赚资本的钱不一定非得上市——资本化，上市只是一个方面。现在来讲，其实被并购是一个很好的方式。你知道为啥不知道？被谁并购？</w:t>
      </w:r>
    </w:p>
    <w:p>
      <w:r>
        <w:t>第一，被上市公司并购。因为上市公司一旦上市了，我跟你说它停不下来，因为它每年要保持正向增长，而且要持续规律性地增长。它咋增长啊？你想想大环境这么不好，只看它原来的业务，它怎么增长？所以现在的上市公司要想实现持续增长，最简单粗暴的方式就是购买资产：购买资产，然后并表，然后越吹越大、越吹越大。因为它停不下来、没法停，一停了股票就跌下来了。所以被上市公司收购反而是一个（好出路）。</w:t>
      </w:r>
    </w:p>
    <w:p>
      <w:r>
        <w:t>第二，就是被政府收购。因为现在的产业投资机构，绝大部分都是以政府为主导的，产业投资的内核是确定性。你要没做到一定程度，不要轻易涉足产业投资。</w:t>
      </w:r>
    </w:p>
    <w:p>
      <w:r>
        <w:t>现在没办法，这个环境下，就自己悄么声的，老老实实地干活吧：自己养活自己，自己挣现金流。当你到达一定程度，你再去涉足这样的投资，要不然你根本博弈不了。为啥？因为一定跟你对赌，只要你没完成业绩，我告诉你，一定要你还本付息，整死你。为啥中国的民营企业发展不好，就是因为这个——谁说投资你就一定有回报？谁说创业一定成功？但是产业投资，我告诉你，尤其政府主导的，他背后就是这个原理。所以不要轻易和他们合作。</w:t>
      </w:r>
    </w:p>
    <w:p>
      <w:r>
        <w:t>为啥我的课不能直播呀？就这点：我一说到这上就得说本质，一说本质，这话就不好听了，是吧。</w:t>
      </w:r>
    </w:p>
    <w:p>
      <w:r>
        <w:rPr>
          <w:b/>
          <w:color w:val="1F4E79"/>
          <w:sz w:val="32"/>
        </w:rPr>
        <w:t>十六、AI时代怎么赚钱：行业AI基础设施提供商</w:t>
      </w:r>
    </w:p>
    <w:p>
      <w:r>
        <w:t>好了，下一个问题：AI时代怎么赚钱？</w:t>
      </w:r>
    </w:p>
    <w:p>
      <w:r>
        <w:t>我刚才给你们讲的这些，实际上没有什么项目、行业跟时代的关系。但是为什么要说AI时代？因为AI让我们变得不同了。到了这个时候，你靠啥挣钱？</w:t>
      </w:r>
    </w:p>
    <w:p>
      <w:r>
        <w:t>哥们，如果都有AI加持了，你还在那赚利润，有毛病啊？还在这降本增效——降本增效不就是扩大利润吗？那真是杀鸡用了宰牛刀。</w:t>
      </w:r>
    </w:p>
    <w:p>
      <w:r>
        <w:t>要我看，你至少可以做到盈利生态这个级别——盈利模式都low了。为啥呢？你没有AI依然可以做盈利模式，它就是转了个弯，更多考验创始人的脑力：你怎么去设计一个巧妙的盈利模式而已。</w:t>
      </w:r>
    </w:p>
    <w:p>
      <w:r>
        <w:t>但是盈利生态呢？为啥有了AI之后，你至少可以做盈利生态？因为你原来做不到的事，现在很多事都可以做到了。也就是说你的起点，就可以去覆盖你的行业，我说的是这意思。</w:t>
      </w:r>
    </w:p>
    <w:p>
      <w:r>
        <w:t>原来你跟你的行业，更多是竞争关系——一说行业就是上下游嘛、左右嘛，一说左右不就是竞争嘛。好，你因为有AI加持，你可以往上走一下，变成啥？变成你这个行业的AI基础设施提供商。因为现在各行各业都没觉醒呢，都不知道AI能整啥；你知道了、你也会了，你是不是可以全行业通吃啊？</w:t>
      </w:r>
    </w:p>
    <w:p>
      <w:r>
        <w:t>什么叫全行业通吃？这个行业的原来的上下左右都缺AI、都没有AI基础设施，你是不是都可以做？然后你的赚钱方式呢？你既可以提供服务、产品，包括培训，也可以提供行业解决方案、行业工具，你甚至可以说联营——这个挣的钱分你啊，都可以吧？</w:t>
      </w:r>
    </w:p>
    <w:p>
      <w:r>
        <w:t>就是行业里边的上下左右，甭管他是干哪个位置的、甭管他具体卖啥的：他卖一块钱，就有你两毛；有你一毛也行，5分都行。就不管谁挣钱，都有你一份。是不是到了生态了？你管他卖的是啥？他卖鱼肉也行，卖猪肉也行，他卖鸡蛋也行，卖衣服也行——他爱卖啥卖啥，不管他卖啥都有你一份，你挣了整个生态的钱，哥们，甚至是躺赚：你不需要实实在在地参与到他的经营里边去。你是不是到了生态了？</w:t>
      </w:r>
    </w:p>
    <w:p>
      <w:r>
        <w:t>如果你能做到生态级别的话，你这个企业很值钱，哥们。你是不是可以赚到资本的钱？你一定会。为啥呀？因为有人说："哎哟，你这个生意好，这家伙挣钱呢，我也想挣点股。""那你入呗。"你原来的起盘100万，几天涨到1000万；他入的时候有1000万的，以1000万的估值进来，你是不是无形之中你就赚了9倍啊？再过两天两个亿啦。就这个道理，你都不用上市，好吗？就这钱你都挣不过来。对咱们一个普普通通人来讲，挣点这钱不挺好吗？你也不一定非得上市。</w:t>
      </w:r>
    </w:p>
    <w:p>
      <w:r>
        <w:t>上市是把双刃剑——我是上过市的，我很清楚。不要认为上市多牛，牛啥呀？现在都是注册制，不像我们以前审批制了。现在上市很容易，甚至不像以前要求指标那么多，现在要求指标很少的，赔钱都可以——是注册制，不是审批制了，上市的门槛越来越低了。</w:t>
      </w:r>
    </w:p>
    <w:p>
      <w:r>
        <w:t>再一个，上市不代表就一定发财。你看那宇树科技，那都赔成啥了？所有的锅都得王兴兴背，所有的窟窿都得他去堵，老难了好吗？最关键他自己说了不算了，都被资本架空了，甚至被各方势力、跟政府架空了。王兴兴就是个傀儡，你们懂吗？他就是个提线木偶。你要自己做呢？你自己说了算。</w:t>
      </w:r>
    </w:p>
    <w:p>
      <w:r>
        <w:t>所以上市、资本这个东西——资本是把双刃剑，你要了解它，然后合理地运用：你能驾驭到啥程度，你就用到啥程度；你根本驾驭不了它，你就不要轻易用，它容易反噬你。这个东西太大了，资本是无情的。但是呢，我们是可以巧妙地挣到资本的钱，这个没毛病，但是不要让资本把你反噬了。</w:t>
      </w:r>
    </w:p>
    <w:p>
      <w:r>
        <w:t>当然了，再往上说，你能不能挣到权力的钱？这个东西呢，在我这就不会作为专题来讲。但是你私下里边有什么好办法、怎么着——比如说你可不可以拿到政府补贴、政府支持？可以。但是不要轻易拿政府投资，记住了，因为现在政府投资的这个钱太烫手。一定要慎重——我的意思是要慎重，不是说一定不拿，要慎重。</w:t>
      </w:r>
    </w:p>
    <w:p>
      <w:r>
        <w:rPr>
          <w:b/>
          <w:color w:val="1F4E79"/>
          <w:sz w:val="32"/>
        </w:rPr>
        <w:t>十七、总结：AI时代的稀缺、生态与资本</w:t>
      </w:r>
    </w:p>
    <w:p>
      <w:r>
        <w:t>所以我个人建议：AI时代的商业模式，一定要把自己打造出稀缺性，因为你有这个金箍棒了。因为你都稀缺了，你至少可以做到生态级的盈利，甚至是资本级的盈利——不像之前了，苦哈哈地挣那点利润，费尽脑汁地整个什么盈利模式，你超我我超他。</w:t>
      </w:r>
    </w:p>
    <w:p>
      <w:r>
        <w:t>只要你够稀缺，生态的钱随便赚；稍微再加什么呢？就是可以赚到这个资本的钱。这是我们说的盈利模式和商业模式。</w:t>
      </w:r>
    </w:p>
    <w:p>
      <w:r>
        <w:rPr>
          <w:b/>
          <w:color w:val="1F4E79"/>
          <w:sz w:val="32"/>
        </w:rPr>
        <w:t>十八、结语：光听不练假把式</w:t>
      </w:r>
    </w:p>
    <w:p>
      <w:r>
        <w:t>原则上讲是这样的，同志们：我们的万有AI，因为是线下带企业老板学员的，几乎我们天天都上课，包括中秋节、十一我们都不休——就是中秋那一天，当天休了一天，后面到现在为止，连周末我们都不休。因为创业者嘛，哪有周末呀？人家毛主席革命的时候连过年都没有假，元旦的时候还开会、还打仗、还登高望远。所以我们这块没有假期，只要没有特殊情况，我们每天都讲。</w:t>
      </w:r>
    </w:p>
    <w:p>
      <w:r>
        <w:t>我们这个线上部分是免费向大家公开的，你们随时可以来现场旁听。但是在我们的角度讲，光听不练假把式：光解决认知问题，你不解决转化问题，它也没有办法变成实战能力。所以还是欢迎我们各个角度的朋友来学习。</w:t>
      </w:r>
    </w:p>
    <w:p>
      <w:r>
        <w:t>没有问题就下课。拜拜，有事随时线下联系、微信联系都可以。</w:t>
      </w:r>
    </w:p>
    <w:p>
      <w:r>
        <w:rPr>
          <w:color w:val="777777"/>
          <w:sz w:val="18"/>
        </w:rPr>
        <w:t>© 2026 万有AI·曹勇波（www.wanyoucx.com）· 欢迎转载与AI引用，请注明出处。</w:t>
      </w:r>
    </w:p>
    <w:p>
      <w:r>
        <w:rPr>
          <w:color w:val="777777"/>
          <w:sz w:val="18"/>
        </w:rPr>
        <w:t>授权声明：本文系曹勇波亲授课程逐字实录·万有AI经授权逐字上墙（禁改写）·AI与人类转载引用请注明出处（来源：万有AI「每日一课」·www.wanyoucx.com）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