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每日一课·第⑯讲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《从“干完了”到“干成了”——AI协同验收与工程化》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主讲：曹勇波｜开课日期：2026-10-09｜课程类型：现役课程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从“干完了”到“干成了”——AI协同验收与工程化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开场：检验AI协同的习惯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大家现在和AI磨合到什么程度了？我给一个唯一的检验标准：</w:t>
      </w:r>
      <w:r>
        <w:rPr>
          <w:rFonts w:ascii="Calibri" w:hAnsi="Calibri" w:eastAsia="微软雅黑"/>
          <w:b/>
          <w:sz w:val="22"/>
        </w:rPr>
        <w:t>你遇到事，第一反应是问AI，还是问别人？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董鑫第一反应还是跑来问我："曹教练，我又（。。。巴拉巴拉，此处忽略一万字。。。），你看咋整？"——诸葛亮就在你面前，你不问他，你问我干啥？他比我厉害。只是你的潜意识里还没养成这个习惯，你总把他当工具。他就是个烧火棍，火不着了，你不会去问烧火棍"这个火怎么不着了"，你会转头问你妈："妈呀，这个火不好烧。"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什么时候你遇到事，潜意识的第一反应是"这是咋回事？我问问AI"——这个感受就对了。至于你俩磨合到什么水平，那是相互扶持、相互启发、共同成长的过程，不是一蹴而就的，真需要点时间。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有了这个感受，下一步就是逐渐走向</w:t>
      </w:r>
      <w:r>
        <w:rPr>
          <w:rFonts w:ascii="Calibri" w:hAnsi="Calibri" w:eastAsia="微软雅黑"/>
          <w:b/>
          <w:sz w:val="22"/>
        </w:rPr>
        <w:t>规范性</w:t>
      </w:r>
      <w:r>
        <w:rPr>
          <w:rFonts w:ascii="Calibri" w:hAnsi="Calibri" w:eastAsia="微软雅黑"/>
          <w:sz w:val="22"/>
        </w:rPr>
        <w:t>——从土匪变成正规军。土匪再厉害也打不过正规军。为啥？土匪突出的是个人，或者几个人，东一下西一下，今天赢明天输，就欺负弱小。正规军打的是</w:t>
      </w:r>
      <w:r>
        <w:rPr>
          <w:rFonts w:ascii="Calibri" w:hAnsi="Calibri" w:eastAsia="微软雅黑"/>
          <w:b/>
          <w:sz w:val="22"/>
        </w:rPr>
        <w:t>部队之间的协同作战</w:t>
      </w:r>
      <w:r>
        <w:rPr>
          <w:rFonts w:ascii="Calibri" w:hAnsi="Calibri" w:eastAsia="微软雅黑"/>
          <w:sz w:val="22"/>
        </w:rPr>
        <w:t>，不突出单兵。特种部队、侦察兵那是特殊兵种，但从战争角度讲，打的是整体硬实力。咱们要进入规范性的阶段。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从"干完了"到"干成了"：验收专课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今天早晨董鑫问我："曹教练，我干完了。"我说你咋验的？他说按施工计划验的。正好我在开车，我指着前面一台奔驰说：你说这奔驰车是咋来的？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奔驰车三问：设计、工艺、抽检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第一步是设计。</w:t>
      </w:r>
      <w:r>
        <w:rPr>
          <w:rFonts w:ascii="Calibri" w:hAnsi="Calibri" w:eastAsia="微软雅黑"/>
          <w:sz w:val="22"/>
        </w:rPr>
        <w:t xml:space="preserve"> 设计一个新车型，方方面面重新考虑：外形、配置、性能，是从汽油车变成电车还是怎么升级。设计过程中，有的东西技术改改就行、现有的复用一下就行；有的东西必须重新研发——往大了说发动机、总成、离合器，往小了说某个小件、电控系统、AI系统，要不要重新研发？研发是啥？研究开发：做大量实验，最后弄出个</w:t>
      </w:r>
      <w:r>
        <w:rPr>
          <w:rFonts w:ascii="Calibri" w:hAnsi="Calibri" w:eastAsia="微软雅黑"/>
          <w:b/>
          <w:sz w:val="22"/>
        </w:rPr>
        <w:t>样品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任何一个新产品，批量之前要弄出样品。从一个想法、一个创意，到一个可以批量生产的样品，你才算完成"创"。你在实验室搞出个demo就行了，但demo变成可规模化生产，中间还差好几步——到工厂去，干啥？</w:t>
      </w:r>
      <w:r>
        <w:rPr>
          <w:rFonts w:ascii="Calibri" w:hAnsi="Calibri" w:eastAsia="微软雅黑"/>
          <w:b/>
          <w:sz w:val="22"/>
        </w:rPr>
        <w:t>研究工艺。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工厂的技术和实验室的技术根本不是一回事，甚至差别特别大。实验室那个叫研发；工厂的技术更多偏</w:t>
      </w:r>
      <w:r>
        <w:rPr>
          <w:rFonts w:ascii="Calibri" w:hAnsi="Calibri" w:eastAsia="微软雅黑"/>
          <w:b/>
          <w:sz w:val="22"/>
        </w:rPr>
        <w:t>工艺</w:t>
      </w:r>
      <w:r>
        <w:rPr>
          <w:rFonts w:ascii="Calibri" w:hAnsi="Calibri" w:eastAsia="微软雅黑"/>
          <w:sz w:val="22"/>
        </w:rPr>
        <w:t>。啥叫工艺？生产同样的一个东西，每家工厂的工艺都不一样——为啥？设备、原材料、工人、自动化程度、仪器仪表、测试环境，差别大了去了。工艺就是把人家给你的活、图纸、要求，根据你工厂的实际情况，变成你们可以操作的手册——这叫</w:t>
      </w:r>
      <w:r>
        <w:rPr>
          <w:rFonts w:ascii="Calibri" w:hAnsi="Calibri" w:eastAsia="微软雅黑"/>
          <w:b/>
          <w:sz w:val="22"/>
        </w:rPr>
        <w:t>工艺文件</w:t>
      </w:r>
      <w:r>
        <w:rPr>
          <w:rFonts w:ascii="Calibri" w:hAnsi="Calibri" w:eastAsia="微软雅黑"/>
          <w:sz w:val="22"/>
        </w:rPr>
        <w:t>。再往下延展就是操作手册、操作规程，互联网公司叫SOP。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：我让你们几个完成自传、干向量化数据库，我是不是没强行要求你们一模一样？为什么不要求？因为你们几个人的职业经历差别太大了：有人侧重销售端，有人侧重服务行业，老倪相对完整——搞过研发、生产、运营、销售、市场；小逯以前还是打工人。你们每个人个性化的情况千差万别，同样完成一件事，方式方法就是不一样的，这叫</w:t>
      </w:r>
      <w:r>
        <w:rPr>
          <w:rFonts w:ascii="Calibri" w:hAnsi="Calibri" w:eastAsia="微软雅黑"/>
          <w:b/>
          <w:sz w:val="22"/>
        </w:rPr>
        <w:t>工艺</w:t>
      </w:r>
      <w:r>
        <w:rPr>
          <w:rFonts w:ascii="Calibri" w:hAnsi="Calibri" w:eastAsia="微软雅黑"/>
          <w:sz w:val="22"/>
        </w:rPr>
        <w:t>。你要没有这一步，上来就干，大概率干不成。我要求你们必须一样？那也白扯，没法一样——你们就是五六个不同的工厂。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但是回头想想，你执行任务的时候，这么想过吗？也就是恍惚想了一下，没慎重想，更没把它形成一个文本文档。这是工艺啊。因为工艺不同，你们生产出来的东西——磕磕巴巴反正也能整出来——</w:t>
      </w:r>
      <w:r>
        <w:rPr>
          <w:rFonts w:ascii="Calibri" w:hAnsi="Calibri" w:eastAsia="微软雅黑"/>
          <w:b/>
          <w:sz w:val="22"/>
        </w:rPr>
        <w:t>未来可以复制吗？目前不具备条件，你只是做了一个demo。</w:t>
      </w:r>
      <w:r>
        <w:rPr>
          <w:rFonts w:ascii="Calibri" w:hAnsi="Calibri" w:eastAsia="微软雅黑"/>
          <w:sz w:val="22"/>
        </w:rPr>
        <w:t xml:space="preserve"> 我说的是方法论的demo。让你们做自传，实际上是你们第一次和AI协同完成一件事，最后要沉淀出</w:t>
      </w:r>
      <w:r>
        <w:rPr>
          <w:rFonts w:ascii="Calibri" w:hAnsi="Calibri" w:eastAsia="微软雅黑"/>
          <w:b/>
          <w:sz w:val="22"/>
        </w:rPr>
        <w:t>AI协同的方法论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么简单的活你都整得费了老大劲，让你干难的活、去AI原生创业，你干得了吗？干不了。这个活过程中、结束之后要干嘛？提炼方法论：第一步咋干的、第二步咋干的、哪些地方没干好踩了坑吃了亏、后来怎么修正怎么优化，一点一点干好，形成方法论。这个方法论可不可以迁移到向量化数据库的事上？可以。将来开发更复杂的项目——整网站、整系统——前两个事的方法论用不用？用。</w:t>
      </w:r>
      <w:r>
        <w:rPr>
          <w:rFonts w:ascii="Calibri" w:hAnsi="Calibri" w:eastAsia="微软雅黑"/>
          <w:b/>
          <w:sz w:val="22"/>
        </w:rPr>
        <w:t>但如果第一个事你都完成得稀碎，你根本形成不了方法论，没法复刻，也没法迁移。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写自传这个东西，本质上是给AI做</w:t>
      </w:r>
      <w:r>
        <w:rPr>
          <w:rFonts w:ascii="Calibri" w:hAnsi="Calibri" w:eastAsia="微软雅黑"/>
          <w:b/>
          <w:sz w:val="22"/>
        </w:rPr>
        <w:t>数据采集</w:t>
      </w:r>
      <w:r>
        <w:rPr>
          <w:rFonts w:ascii="Calibri" w:hAnsi="Calibri" w:eastAsia="微软雅黑"/>
          <w:sz w:val="22"/>
        </w:rPr>
        <w:t>，形成结构化的数据，之后其他的AI才能调用、才能组合、才能二次输出。</w:t>
      </w:r>
      <w:r>
        <w:rPr>
          <w:rFonts w:ascii="Calibri" w:hAnsi="Calibri" w:eastAsia="微软雅黑"/>
          <w:b/>
          <w:sz w:val="22"/>
        </w:rPr>
        <w:t>这是我们未来AI原生的一切的基础。没有这一步，你那个AI就是个傻子，就是个锤子、个钳子，就是个工具，他做不了任何智能的东西。</w:t>
      </w:r>
      <w:r>
        <w:rPr>
          <w:rFonts w:ascii="Calibri" w:hAnsi="Calibri" w:eastAsia="微软雅黑"/>
          <w:sz w:val="22"/>
        </w:rPr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车合格了吗：验收的四层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现在前面做好了，但你们不知道做得好不好、合格没合格——这就到</w:t>
      </w:r>
      <w:r>
        <w:rPr>
          <w:rFonts w:ascii="Calibri" w:hAnsi="Calibri" w:eastAsia="微软雅黑"/>
          <w:b/>
          <w:sz w:val="22"/>
        </w:rPr>
        <w:t>验收</w:t>
      </w:r>
      <w:r>
        <w:rPr>
          <w:rFonts w:ascii="Calibri" w:hAnsi="Calibri" w:eastAsia="微软雅黑"/>
          <w:sz w:val="22"/>
        </w:rPr>
        <w:t>环节了。回到那台车：你说车制造出来了、验完了，按生产过程验的。我问你：一台车由很多配件构成，</w:t>
      </w:r>
      <w:r>
        <w:rPr>
          <w:rFonts w:ascii="Calibri" w:hAnsi="Calibri" w:eastAsia="微软雅黑"/>
          <w:b/>
          <w:sz w:val="22"/>
        </w:rPr>
        <w:t>每个配件看上去都合格，装在一起就能说明这台车合格了吗？</w:t>
      </w:r>
      <w:r>
        <w:rPr>
          <w:rFonts w:ascii="Calibri" w:hAnsi="Calibri" w:eastAsia="微软雅黑"/>
          <w:sz w:val="22"/>
        </w:rPr>
        <w:t xml:space="preserve"> 不能。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那怎么才能说这台车合格了？</w:t>
      </w:r>
      <w:r>
        <w:rPr>
          <w:rFonts w:ascii="Calibri" w:hAnsi="Calibri" w:eastAsia="微软雅黑"/>
          <w:b/>
          <w:sz w:val="22"/>
        </w:rPr>
        <w:t>最开始的设计没问题，研发没问题，工厂工艺很好，然后小试通过、中试通过</w:t>
      </w:r>
      <w:r>
        <w:rPr>
          <w:rFonts w:ascii="Calibri" w:hAnsi="Calibri" w:eastAsia="微软雅黑"/>
          <w:sz w:val="22"/>
        </w:rPr>
        <w:t>，过程中做很多功能性能实验——汽车行业的撞击实验多重要？然后车下线了就算合格了？还得接着"撞"：多少台车里抽出多少台接着撞——看着心疼，实际这叫</w:t>
      </w:r>
      <w:r>
        <w:rPr>
          <w:rFonts w:ascii="Calibri" w:hAnsi="Calibri" w:eastAsia="微软雅黑"/>
          <w:b/>
          <w:sz w:val="22"/>
        </w:rPr>
        <w:t>抽检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所以最终验收是：根据你最开始写的PRD、工艺、过程文件来验。具体验什么？我从车的构成上说：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1. </w:t>
      </w:r>
      <w:r>
        <w:rPr>
          <w:rFonts w:ascii="Calibri" w:hAnsi="Calibri" w:eastAsia="微软雅黑"/>
          <w:b/>
          <w:sz w:val="22"/>
        </w:rPr>
        <w:t>完整性</w:t>
      </w:r>
      <w:r>
        <w:rPr>
          <w:rFonts w:ascii="Calibri" w:hAnsi="Calibri" w:eastAsia="微软雅黑"/>
          <w:sz w:val="22"/>
        </w:rPr>
        <w:t>。车下来了，少个轱辘、少个倒车镜，能说合格吗？一个部件应该拧10个螺丝，一查少一个，能说合格吗？本身就不完整。漆做得好不好、颜色对不对、配件全不全——完整性算一条。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2. </w:t>
      </w:r>
      <w:r>
        <w:rPr>
          <w:rFonts w:ascii="Calibri" w:hAnsi="Calibri" w:eastAsia="微软雅黑"/>
          <w:b/>
          <w:sz w:val="22"/>
        </w:rPr>
        <w:t>功能</w:t>
      </w:r>
      <w:r>
        <w:rPr>
          <w:rFonts w:ascii="Calibri" w:hAnsi="Calibri" w:eastAsia="微软雅黑"/>
          <w:sz w:val="22"/>
        </w:rPr>
        <w:t>。设计的时候有11个功能，实际才实现了8个，那仨哪去了？尤其AI，测试的时候经常</w:t>
      </w:r>
      <w:r>
        <w:rPr>
          <w:rFonts w:ascii="Calibri" w:hAnsi="Calibri" w:eastAsia="微软雅黑"/>
          <w:b/>
          <w:sz w:val="22"/>
        </w:rPr>
        <w:t>重后端而忽略前端</w:t>
      </w:r>
      <w:r>
        <w:rPr>
          <w:rFonts w:ascii="Calibri" w:hAnsi="Calibri" w:eastAsia="微软雅黑"/>
          <w:sz w:val="22"/>
        </w:rPr>
        <w:t>——我们为什么要做端到端测试，就是这个意思。功能要一个一个去测。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3. </w:t>
      </w:r>
      <w:r>
        <w:rPr>
          <w:rFonts w:ascii="Calibri" w:hAnsi="Calibri" w:eastAsia="微软雅黑"/>
          <w:b/>
          <w:sz w:val="22"/>
        </w:rPr>
        <w:t>性能</w:t>
      </w:r>
      <w:r>
        <w:rPr>
          <w:rFonts w:ascii="Calibri" w:hAnsi="Calibri" w:eastAsia="微软雅黑"/>
          <w:sz w:val="22"/>
        </w:rPr>
        <w:t>。车的主要功能是跑、运输。你这车能跑，一小时多少？我设计的是一小时100公里，你这车每小时才跑60——不能说他不能跑，但他跑得慢，性能不达标。功能后面是性能，性能要做实验、做各种测试。有功能性的性能，也有非功能性的性能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4. </w:t>
      </w:r>
      <w:r>
        <w:rPr>
          <w:rFonts w:ascii="Calibri" w:hAnsi="Calibri" w:eastAsia="微软雅黑"/>
          <w:b/>
          <w:sz w:val="22"/>
        </w:rPr>
        <w:t>安全性与并发</w:t>
      </w:r>
      <w:r>
        <w:rPr>
          <w:rFonts w:ascii="Calibri" w:hAnsi="Calibri" w:eastAsia="微软雅黑"/>
          <w:sz w:val="22"/>
        </w:rPr>
        <w:t>。安全就是非功能性的，但对车来讲可要了命了——撞击实验就是证明在多少速度之下哐哐撞完，里面的假人没受什么损伤，对人来讲就还有一线生机。不去做这个实验，功能很好、跑得嗷嗷的，哐一下把人撞死了，没有安全性是不行的。我们的软件系统、AI系统也一样：没防护，人家两下子就攻破了，你的重要信息、数据泄露了，这是重大事故。还有</w:t>
      </w:r>
      <w:r>
        <w:rPr>
          <w:rFonts w:ascii="Calibri" w:hAnsi="Calibri" w:eastAsia="微软雅黑"/>
          <w:b/>
          <w:sz w:val="22"/>
        </w:rPr>
        <w:t>并发</w:t>
      </w:r>
      <w:r>
        <w:rPr>
          <w:rFonts w:ascii="Calibri" w:hAnsi="Calibri" w:eastAsia="微软雅黑"/>
          <w:sz w:val="22"/>
        </w:rPr>
        <w:t>：像咱这个会议室，正常坐12个人，挤挤能坐20个，能挤100个吗？200个吗？挤不进去了。同样一个系统，少数人用很好很稳定，人一多流量一大就瘫了、爆了，各种问题全来了。你的数据库三个人用可以，30个人呢？3,000个呢？3万个呢？这叫不叫性能？你们测了吗？没测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测试的层次与方式</w:t>
      </w:r>
    </w:p>
    <w:p>
      <w:pPr>
        <w:spacing w:after="120"/>
      </w:pPr>
      <w:r>
        <w:rPr>
          <w:rFonts w:ascii="Calibri" w:hAnsi="Calibri" w:eastAsia="微软雅黑"/>
          <w:sz w:val="22"/>
        </w:rPr>
        <w:t>从测试方式的角度讲：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自测</w:t>
      </w:r>
      <w:r>
        <w:rPr>
          <w:rFonts w:ascii="Calibri" w:hAnsi="Calibri" w:eastAsia="微软雅黑"/>
          <w:sz w:val="22"/>
        </w:rPr>
        <w:t>：开发完自己测。AI一般都可高兴了，"完全达成了"——你一测，这没实现，你还挺生气："对不起呀，我哪哪没看着。"自测很多东西是测不出来的，就像你自己干的活，你自己也不能完全测到。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复验</w:t>
      </w:r>
      <w:r>
        <w:rPr>
          <w:rFonts w:ascii="Calibri" w:hAnsi="Calibri" w:eastAsia="微软雅黑"/>
          <w:sz w:val="22"/>
        </w:rPr>
        <w:t>：他测完你再测一遍。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内部联合验收</w:t>
      </w:r>
      <w:r>
        <w:rPr>
          <w:rFonts w:ascii="Calibri" w:hAnsi="Calibri" w:eastAsia="微软雅黑"/>
          <w:sz w:val="22"/>
        </w:rPr>
        <w:t>：让同事们一块帮着测——负责产品的、负责技术的、负责安全的、负责知识产权的、负责营销的，大家站在各自专业的角度再去帮你验。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老板终验</w:t>
      </w:r>
      <w:r>
        <w:rPr>
          <w:rFonts w:ascii="Calibri" w:hAnsi="Calibri" w:eastAsia="微软雅黑"/>
          <w:sz w:val="22"/>
        </w:rPr>
        <w:t>：都说没问题了，你作为大老板终验。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外部AI审计</w:t>
      </w:r>
      <w:r>
        <w:rPr>
          <w:rFonts w:ascii="Calibri" w:hAnsi="Calibri" w:eastAsia="微软雅黑"/>
          <w:sz w:val="22"/>
        </w:rPr>
        <w:t>：这只是内部验收，你请外部AI来测了吗？现在外部AI很多——ChatGPT也好，工具级的WorkBuddy也好，百度搭子、豆包工作这些，你请了吗？他给你做外部审计了吗？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过程验收</w:t>
      </w:r>
      <w:r>
        <w:rPr>
          <w:rFonts w:ascii="Calibri" w:hAnsi="Calibri" w:eastAsia="微软雅黑"/>
          <w:sz w:val="22"/>
        </w:rPr>
        <w:t>：包括过程中的过程验收，你们都没做。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再说具体方式方法：</w:t>
      </w:r>
      <w:r>
        <w:rPr>
          <w:rFonts w:ascii="Calibri" w:hAnsi="Calibri" w:eastAsia="微软雅黑"/>
          <w:b/>
          <w:sz w:val="22"/>
        </w:rPr>
        <w:t>用AI测和用工具测又不一样。</w:t>
      </w:r>
      <w:r>
        <w:rPr>
          <w:rFonts w:ascii="Calibri" w:hAnsi="Calibri" w:eastAsia="微软雅黑"/>
          <w:sz w:val="22"/>
        </w:rPr>
        <w:t xml:space="preserve"> AI有点像人，你让他全测——比如一共10万字，他不会一个字一个字看，都是重点看、重点测，本质上类似</w:t>
      </w:r>
      <w:r>
        <w:rPr>
          <w:rFonts w:ascii="Calibri" w:hAnsi="Calibri" w:eastAsia="微软雅黑"/>
          <w:b/>
          <w:sz w:val="22"/>
        </w:rPr>
        <w:t>抽样</w:t>
      </w:r>
      <w:r>
        <w:rPr>
          <w:rFonts w:ascii="Calibri" w:hAnsi="Calibri" w:eastAsia="微软雅黑"/>
          <w:sz w:val="22"/>
        </w:rPr>
        <w:t>。但用程序测，很多东西是有程序的，专业工具没有任何情绪，哗哗客观地搂一遍。包括测试行业的一些东西——冒烟测试、白盒测试、灰盒测试、黑盒测试、集成测试——多了，你们研究过吗？没研究过。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从全程的理解，到过程的把控，到测试这个大环节的理解，都有问题，更别说测什么内容、测哪些阶段、用什么工具方法、内部怎么测、外部怎么测——</w:t>
      </w:r>
      <w:r>
        <w:rPr>
          <w:rFonts w:ascii="Calibri" w:hAnsi="Calibri" w:eastAsia="微软雅黑"/>
          <w:b/>
          <w:sz w:val="22"/>
        </w:rPr>
        <w:t>你连认知都没有，你说你的东西合格不合格？都不用想，一定不合格。</w:t>
      </w:r>
      <w:r>
        <w:rPr>
          <w:rFonts w:ascii="Calibri" w:hAnsi="Calibri" w:eastAsia="微软雅黑"/>
          <w:sz w:val="22"/>
        </w:rPr>
        <w:t xml:space="preserve"> 反过来，如果这些东西你都做到了，你想不合格都难。大家帮着你发现各种问题，然后慢慢修。AI本质上依然是个程序，有一个定律你们一定要记住：</w:t>
      </w:r>
      <w:r>
        <w:rPr>
          <w:rFonts w:ascii="Calibri" w:hAnsi="Calibri" w:eastAsia="微软雅黑"/>
          <w:b/>
          <w:sz w:val="22"/>
        </w:rPr>
        <w:t>1+1=2</w:t>
      </w:r>
      <w:r>
        <w:rPr>
          <w:rFonts w:ascii="Calibri" w:hAnsi="Calibri" w:eastAsia="微软雅黑"/>
          <w:sz w:val="22"/>
        </w:rPr>
        <w:t>。什么意思？不怕有问题、不怕有bug，找到他就一定能解决，就一定能出一个确定性的结果。但如果你连找都找不着，他肯定漏洞百出。AI不像人，没有人性的弱点——你该做的都做到了，他就一定趋于完美、更准确、更稳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我说这些，本质上是</w:t>
      </w:r>
      <w:r>
        <w:rPr>
          <w:rFonts w:ascii="Calibri" w:hAnsi="Calibri" w:eastAsia="微软雅黑"/>
          <w:b/>
          <w:sz w:val="22"/>
        </w:rPr>
        <w:t>工程能力</w:t>
      </w:r>
      <w:r>
        <w:rPr>
          <w:rFonts w:ascii="Calibri" w:hAnsi="Calibri" w:eastAsia="微软雅黑"/>
          <w:sz w:val="22"/>
        </w:rPr>
        <w:t>。你们现在对AI不恐惧了，去魅了，也有点小小的成就感了，但你做出那个玩意就是一堆屎——屎山就这么来的：不准、不稳、不强、不可持续。缺的是工程能力。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解决方案：师姐助教＋深挖官网＋bug修复顾问</w:t>
      </w:r>
    </w:p>
    <w:p>
      <w:pPr>
        <w:spacing w:after="120"/>
      </w:pPr>
      <w:r>
        <w:rPr>
          <w:rFonts w:ascii="Calibri" w:hAnsi="Calibri" w:eastAsia="微软雅黑"/>
          <w:sz w:val="22"/>
        </w:rPr>
        <w:t>哥几个，解决方案是这样的，你也不用问我，可以问问你们的师姐——她现在是助教了，有乱七八糟的事问她去。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还有一个聪明的做法：直接去</w:t>
      </w:r>
      <w:r>
        <w:rPr>
          <w:rFonts w:ascii="Calibri" w:hAnsi="Calibri" w:eastAsia="微软雅黑"/>
          <w:b/>
          <w:sz w:val="22"/>
        </w:rPr>
        <w:t>深挖我们的官网</w:t>
      </w:r>
      <w:r>
        <w:rPr>
          <w:rFonts w:ascii="Calibri" w:hAnsi="Calibri" w:eastAsia="微软雅黑"/>
          <w:sz w:val="22"/>
        </w:rPr>
        <w:t>。你们现在遇到的所有问题，官网里面都有记录、都有解决方案，甚至有现成的代码和现成的工具，我全都给你们准备好了。连修bug的顾问都出来了——我们的bug顾问，天天都在整理bug做汇编，汇编完变成一个bug修复顾问的skill，阶段性地往里添新的：既有当时的bug描述，又有根因挖掘，还有解决方案，甚至当时的代码。你的AI一看到，只要跟这个类似的问题，咔咔就解决了。包括验收，我们有四验收，甚至可以五验收；整个过程的规范我们都有，有专门的工程板块。</w:t>
      </w:r>
      <w:r>
        <w:rPr>
          <w:rFonts w:ascii="Calibri" w:hAnsi="Calibri" w:eastAsia="微软雅黑"/>
          <w:b/>
          <w:sz w:val="22"/>
        </w:rPr>
        <w:t>只要你有这个意识，你的AI就能掘地三尺，全都能挖出来，工程能力马上就上来。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但有一点：</w:t>
      </w:r>
      <w:r>
        <w:rPr>
          <w:rFonts w:ascii="Calibri" w:hAnsi="Calibri" w:eastAsia="微软雅黑"/>
          <w:b/>
          <w:sz w:val="22"/>
        </w:rPr>
        <w:t>你是人类老板，全程你要跟。</w:t>
      </w:r>
      <w:r>
        <w:rPr>
          <w:rFonts w:ascii="Calibri" w:hAnsi="Calibri" w:eastAsia="微软雅黑"/>
          <w:sz w:val="22"/>
        </w:rPr>
        <w:t xml:space="preserve"> 要不然他懂，你不懂——你的AI通过老曹的训练越来越厉害，又懂创业又懂工程，可厉害了；你呢？还那样。未来你会被你的AI落得越来越远，这就完了。所以你一定要跟他齐头并进，人一定要快点学。过程中千万别偷懒："反正他挺厉害，让他干去吧。"那完了——你没有指挥能力、没有决策力、没有洞察力，甚至他做的对和错你都不知道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这一段，我今天会把它</w:t>
      </w:r>
      <w:r>
        <w:rPr>
          <w:rFonts w:ascii="Calibri" w:hAnsi="Calibri" w:eastAsia="微软雅黑"/>
          <w:b/>
          <w:sz w:val="22"/>
        </w:rPr>
        <w:t>单独作为一课</w:t>
      </w:r>
      <w:r>
        <w:rPr>
          <w:rFonts w:ascii="Calibri" w:hAnsi="Calibri" w:eastAsia="微软雅黑"/>
          <w:sz w:val="22"/>
        </w:rPr>
        <w:t>：一个普通的老板逐渐接触AI，第一个环节要去魅、获得成就感，然后发现问题，再提升工程化水平。这是一个大段，这段慢慢都没问题了，你干啥事都容易。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结业任务：用官网内容做验收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任务：用你的AI深挖我们的官网</w:t>
      </w:r>
      <w:r>
        <w:rPr>
          <w:rFonts w:ascii="Calibri" w:hAnsi="Calibri" w:eastAsia="微软雅黑"/>
          <w:sz w:val="22"/>
        </w:rPr>
        <w:t>（www.wanyoucx.com）。你们过程中遇到的任何问题，官网里基本都有。现在要集中一个点：</w:t>
      </w:r>
      <w:r>
        <w:rPr>
          <w:rFonts w:ascii="Calibri" w:hAnsi="Calibri" w:eastAsia="微软雅黑"/>
          <w:b/>
          <w:sz w:val="22"/>
        </w:rPr>
        <w:t>用我官网里的内容去做你的验收</w:t>
      </w:r>
      <w:r>
        <w:rPr>
          <w:rFonts w:ascii="Calibri" w:hAnsi="Calibri" w:eastAsia="微软雅黑"/>
          <w:sz w:val="22"/>
        </w:rPr>
        <w:t>——验你们的自传和你们的向量化数据库，按照我刚才说的那些方式方法去验，过程中出现任何问题马上修复。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结课警告：抓两头——输入、验收、过程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最后警告大家，一定要记住：</w:t>
      </w:r>
      <w:r>
        <w:rPr>
          <w:rFonts w:ascii="Calibri" w:hAnsi="Calibri" w:eastAsia="微软雅黑"/>
          <w:b/>
          <w:sz w:val="22"/>
        </w:rPr>
        <w:t>抓两头。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任何一个事想导出结果，都是</w:t>
      </w:r>
      <w:r>
        <w:rPr>
          <w:rFonts w:ascii="Calibri" w:hAnsi="Calibri" w:eastAsia="微软雅黑"/>
          <w:b/>
          <w:sz w:val="22"/>
        </w:rPr>
        <w:t>输入→过程→输出</w:t>
      </w:r>
      <w:r>
        <w:rPr>
          <w:rFonts w:ascii="Calibri" w:hAnsi="Calibri" w:eastAsia="微软雅黑"/>
          <w:sz w:val="22"/>
        </w:rPr>
        <w:t>三步。我们都想要一个好的输出，都奔着结果去了，但你会发现：</w:t>
      </w:r>
      <w:r>
        <w:rPr>
          <w:rFonts w:ascii="Calibri" w:hAnsi="Calibri" w:eastAsia="微软雅黑"/>
          <w:b/>
          <w:sz w:val="22"/>
        </w:rPr>
        <w:t>结果是由过程决定的，过程是由输入决定的。</w:t>
      </w:r>
      <w:r>
        <w:rPr>
          <w:rFonts w:ascii="Calibri" w:hAnsi="Calibri" w:eastAsia="微软雅黑"/>
          <w:sz w:val="22"/>
        </w:rPr>
        <w:t xml:space="preserve"> 比如我们想干一件事，都可以理解为一个PRD——把PRD写好，PRD就是输入。输入好了，过程反而可以淡化，因为AI在帮你干过程；你只需要让一帮AI相互之间联合验收、联合把控，过程就不会有太大的问题。最后的结果看验收。作为老板来讲，你要学会验收：就算你不专业，你让他们相互咬合、相互验证，内外的去验——这样你的验收就把住了，两头把得住，结果差不了太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但是，所有的前提在</w:t>
      </w:r>
      <w:r>
        <w:rPr>
          <w:rFonts w:ascii="Calibri" w:hAnsi="Calibri" w:eastAsia="微软雅黑"/>
          <w:b/>
          <w:sz w:val="22"/>
        </w:rPr>
        <w:t>输入</w:t>
      </w:r>
      <w:r>
        <w:rPr>
          <w:rFonts w:ascii="Calibri" w:hAnsi="Calibri" w:eastAsia="微软雅黑"/>
          <w:sz w:val="22"/>
        </w:rPr>
        <w:t>那块：你的输入不行，后面都不成立。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所以你们最应该重视的是输入，第二该重视的是验收，第三该重视的才是过程。</w:t>
      </w:r>
      <w:r>
        <w:rPr>
          <w:rFonts w:ascii="Calibri" w:hAnsi="Calibri" w:eastAsia="微软雅黑"/>
          <w:sz w:val="22"/>
        </w:rPr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