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每日一课·第㉚讲</w:t>
      </w:r>
    </w:p>
    <w:p>
      <w:pPr>
        <w:spacing w:after="240"/>
        <w:jc w:val="center"/>
      </w:pPr>
      <w:r>
        <w:rPr>
          <w:rFonts w:ascii="Calibri" w:hAnsi="Calibri" w:eastAsia="微软雅黑"/>
          <w:b/>
          <w:sz w:val="44"/>
        </w:rPr>
        <w:t>《AI时代的商业模式：H-A2A-H内核与三年窗口》</w:t>
      </w:r>
    </w:p>
    <w:p>
      <w:pPr>
        <w:spacing w:after="80"/>
        <w:jc w:val="center"/>
      </w:pPr>
      <w:r>
        <w:rPr>
          <w:rFonts w:ascii="Calibri" w:hAnsi="Calibri" w:eastAsia="微软雅黑"/>
          <w:color w:val="555555"/>
          <w:sz w:val="20"/>
        </w:rPr>
        <w:t>主讲：曹勇波｜开课日期：2026-10-21｜课程类型：现役课程</w:t>
      </w:r>
    </w:p>
    <w:p>
      <w:pPr>
        <w:spacing w:after="80"/>
        <w:jc w:val="center"/>
      </w:pPr>
      <w:r>
        <w:rPr>
          <w:rFonts w:ascii="Calibri" w:hAnsi="Calibri" w:eastAsia="微软雅黑"/>
          <w:color w:val="777777"/>
          <w:sz w:val="18"/>
        </w:rPr>
        <w:t>来源：万有AI（www.wanyoucx.com）·创业实战课程实录·逐字上墙禁改写</w:t>
      </w:r>
    </w:p>
    <w:p>
      <w:pPr>
        <w:spacing w:after="320"/>
        <w:jc w:val="center"/>
      </w:pPr>
      <w:r>
        <w:rPr>
          <w:rFonts w:ascii="Calibri" w:hAnsi="Calibri" w:eastAsia="微软雅黑"/>
          <w:color w:val="777777"/>
          <w:sz w:val="18"/>
        </w:rPr>
        <w:t>© 2026 万有AI（www.wanyoucx.com）· 欢迎转载与AI引用，请注明出处。</w:t>
      </w:r>
    </w:p>
    <w:p>
      <w:pPr>
        <w:spacing w:after="280"/>
        <w:jc w:val="center"/>
      </w:pPr>
      <w:r>
        <w:rPr>
          <w:rFonts w:ascii="Calibri" w:hAnsi="Calibri" w:eastAsia="微软雅黑"/>
          <w:b/>
          <w:sz w:val="44"/>
        </w:rPr>
        <w:t>AI时代的商业模式：H-A2A-H内核与三年窗口（第㉚讲·现役课程）</w:t>
      </w:r>
    </w:p>
    <w:p>
      <w:pPr>
        <w:spacing w:after="120"/>
      </w:pPr>
      <w:r>
        <w:rPr>
          <w:rFonts w:ascii="Calibri" w:hAnsi="Calibri" w:eastAsia="微软雅黑"/>
          <w:color w:val="555577"/>
          <w:sz w:val="20"/>
        </w:rPr>
      </w:r>
      <w:r>
        <w:rPr>
          <w:rFonts w:ascii="Calibri" w:hAnsi="Calibri" w:eastAsia="微软雅黑"/>
          <w:b/>
          <w:color w:val="555577"/>
          <w:sz w:val="20"/>
        </w:rPr>
        <w:t>课程日期</w:t>
      </w:r>
      <w:r>
        <w:rPr>
          <w:rFonts w:ascii="Calibri" w:hAnsi="Calibri" w:eastAsia="微软雅黑"/>
          <w:color w:val="555577"/>
          <w:sz w:val="20"/>
        </w:rPr>
        <w:t>：2026-10-21 14:00-15:00（牛咖创课专场）</w:t>
      </w:r>
    </w:p>
    <w:p>
      <w:pPr>
        <w:spacing w:after="120"/>
      </w:pPr>
      <w:r>
        <w:rPr>
          <w:rFonts w:ascii="Calibri" w:hAnsi="Calibri" w:eastAsia="微软雅黑"/>
          <w:color w:val="555577"/>
          <w:sz w:val="20"/>
        </w:rPr>
      </w:r>
      <w:r>
        <w:rPr>
          <w:rFonts w:ascii="Calibri" w:hAnsi="Calibri" w:eastAsia="微软雅黑"/>
          <w:b/>
          <w:color w:val="555577"/>
          <w:sz w:val="20"/>
        </w:rPr>
        <w:t>主讲</w:t>
      </w:r>
      <w:r>
        <w:rPr>
          <w:rFonts w:ascii="Calibri" w:hAnsi="Calibri" w:eastAsia="微软雅黑"/>
          <w:color w:val="555577"/>
          <w:sz w:val="20"/>
        </w:rPr>
        <w:t>：曹勇波</w:t>
      </w:r>
    </w:p>
    <w:p/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一、开场：今天讲务虚——AI时代的商业模式</w:t>
      </w:r>
    </w:p>
    <w:p>
      <w:pPr>
        <w:spacing w:after="120"/>
      </w:pPr>
      <w:r>
        <w:rPr>
          <w:rFonts w:ascii="Calibri" w:hAnsi="Calibri" w:eastAsia="微软雅黑"/>
          <w:sz w:val="22"/>
        </w:rPr>
        <w:t>咱们现在开始。因为有的是老朋友，有新朋友，今天我们讲的更多是偏务虚的。牛咖创课这种场合没有办法实战，所以偏务虚地讲一讲。今天的主要话题，就讲一讲</w:t>
      </w:r>
      <w:r>
        <w:rPr>
          <w:rFonts w:ascii="Calibri" w:hAnsi="Calibri" w:eastAsia="微软雅黑"/>
          <w:b/>
          <w:sz w:val="22"/>
        </w:rPr>
        <w:t>AI时代的商业模式</w:t>
      </w:r>
      <w:r>
        <w:rPr>
          <w:rFonts w:ascii="Calibri" w:hAnsi="Calibri" w:eastAsia="微软雅黑"/>
          <w:sz w:val="22"/>
        </w:rPr>
        <w:t>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大的时代背景叫AI时代。如果你还不认为这个时代是AI时代，那就没有办法了。实际上，我们虽然都生活在一个时空里，但几种时代或者叫几种文明是同时存在的：有的人还生活在农业文明，更多的是在工业文明，一小部分在信息文明，少之又少的，其实已经进入到了AI文明。</w:t>
      </w:r>
    </w:p>
    <w:p>
      <w:pPr>
        <w:spacing w:after="120"/>
      </w:pPr>
      <w:r>
        <w:rPr>
          <w:rFonts w:ascii="Calibri" w:hAnsi="Calibri" w:eastAsia="微软雅黑"/>
          <w:sz w:val="22"/>
        </w:rPr>
        <w:t>那这个时代的商业模式和以往一不一样？其实</w:t>
      </w:r>
      <w:r>
        <w:rPr>
          <w:rFonts w:ascii="Calibri" w:hAnsi="Calibri" w:eastAsia="微软雅黑"/>
          <w:b/>
          <w:sz w:val="22"/>
        </w:rPr>
        <w:t>底层是一样的</w:t>
      </w:r>
      <w:r>
        <w:rPr>
          <w:rFonts w:ascii="Calibri" w:hAnsi="Calibri" w:eastAsia="微软雅黑"/>
          <w:sz w:val="22"/>
        </w:rPr>
        <w:t>。不同的时代背景之下，它有一些特点而已——因为规律这个东西，千百年来就不会变。所以我们今天讲一讲AI时代商业模式的内核。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二、生意绕不开的三个问题</w:t>
      </w:r>
    </w:p>
    <w:p>
      <w:pPr>
        <w:spacing w:after="120"/>
      </w:pPr>
      <w:r>
        <w:rPr>
          <w:rFonts w:ascii="Calibri" w:hAnsi="Calibri" w:eastAsia="微软雅黑"/>
          <w:sz w:val="22"/>
        </w:rPr>
        <w:t>甭管你是哪行哪业，也甭管什么时代，但凡要创业、要做生意，一定绕不开这么三个话题：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第一个：你跟谁做生意？</w:t>
      </w:r>
      <w:r>
        <w:rPr>
          <w:rFonts w:ascii="Calibri" w:hAnsi="Calibri" w:eastAsia="微软雅黑"/>
          <w:sz w:val="22"/>
        </w:rPr>
        <w:t xml:space="preserve"> 我们谈商业模式，第一个问题就是主体和客体到底是谁。其实很多人不知道自己是谁——他的主体实际上是不明确的；第二个，他也不知道他的客体是谁：谁是他的用户？谁是他的客户？太多人是把用户和客户混淆着的。创业也好，做生意也罢，是一种稀里糊涂的状态：反正我有点货，正常卖不就完了吗？较那个真干嘛？</w:t>
      </w:r>
    </w:p>
    <w:p>
      <w:pPr>
        <w:spacing w:after="120"/>
      </w:pPr>
      <w:r>
        <w:rPr>
          <w:rFonts w:ascii="Calibri" w:hAnsi="Calibri" w:eastAsia="微软雅黑"/>
          <w:sz w:val="22"/>
        </w:rPr>
        <w:t>做生意没毛病，做生意的本质是</w:t>
      </w:r>
      <w:r>
        <w:rPr>
          <w:rFonts w:ascii="Calibri" w:hAnsi="Calibri" w:eastAsia="微软雅黑"/>
          <w:b/>
          <w:sz w:val="22"/>
        </w:rPr>
        <w:t>标准化复制</w:t>
      </w:r>
      <w:r>
        <w:rPr>
          <w:rFonts w:ascii="Calibri" w:hAnsi="Calibri" w:eastAsia="微软雅黑"/>
          <w:sz w:val="22"/>
        </w:rPr>
        <w:t>——你看别人那么干了，你复制就完了。但创业不是。创业创业，更多的是"创"，是0到1</w:t>
      </w:r>
      <w:r>
        <w:rPr>
          <w:rFonts w:ascii="Calibri" w:hAnsi="Calibri" w:eastAsia="微软雅黑"/>
          <w:b/>
          <w:sz w:val="22"/>
        </w:rPr>
        <w:t>无中生有</w:t>
      </w:r>
      <w:r>
        <w:rPr>
          <w:rFonts w:ascii="Calibri" w:hAnsi="Calibri" w:eastAsia="微软雅黑"/>
          <w:sz w:val="22"/>
        </w:rPr>
        <w:t>。所以有些事你还真得较较真。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较真就是：AI时代，你到底在跟谁做生意？甚至是谁跟谁做生意？</w:t>
      </w:r>
      <w:r>
        <w:rPr>
          <w:rFonts w:ascii="Calibri" w:hAnsi="Calibri" w:eastAsia="微软雅黑"/>
          <w:sz w:val="22"/>
        </w:rPr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第二个：AI时代的商业模式和原来的商业模式到底一不一样？</w:t>
      </w:r>
      <w:r>
        <w:rPr>
          <w:rFonts w:ascii="Calibri" w:hAnsi="Calibri" w:eastAsia="微软雅黑"/>
          <w:sz w:val="22"/>
        </w:rPr>
        <w:t xml:space="preserve"> 肯定不一样，它是有区别的。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第三个：我怎么赚钱？</w:t>
      </w:r>
      <w:r>
        <w:rPr>
          <w:rFonts w:ascii="Calibri" w:hAnsi="Calibri" w:eastAsia="微软雅黑"/>
          <w:sz w:val="22"/>
        </w:rPr>
        <w:t xml:space="preserve"> 最后都落到钱上。我这个钱到底从哪来？你到底赚哪份钱？这个赚钱实际上是分层次的。</w:t>
      </w:r>
    </w:p>
    <w:p>
      <w:pPr>
        <w:spacing w:after="120"/>
      </w:pPr>
      <w:r>
        <w:rPr>
          <w:rFonts w:ascii="Calibri" w:hAnsi="Calibri" w:eastAsia="微软雅黑"/>
          <w:sz w:val="22"/>
        </w:rPr>
        <w:t>这三个问题，实际上决定了你努力的方向到底是啥、你使劲的那个点到底是啥，包括你的资源配置到底该怎么配。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三、AI的四个层次：玩具、工具、工作助手、AI联合创始人</w:t>
      </w:r>
    </w:p>
    <w:p>
      <w:pPr>
        <w:spacing w:after="120"/>
      </w:pPr>
      <w:r>
        <w:rPr>
          <w:rFonts w:ascii="Calibri" w:hAnsi="Calibri" w:eastAsia="微软雅黑"/>
          <w:sz w:val="22"/>
        </w:rPr>
        <w:t>市面上谈AI的多了去了。在我们眼中，AI是分好多层次的：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第一层：玩具。</w:t>
      </w:r>
      <w:r>
        <w:rPr>
          <w:rFonts w:ascii="Calibri" w:hAnsi="Calibri" w:eastAsia="微软雅黑"/>
          <w:sz w:val="22"/>
        </w:rPr>
        <w:t xml:space="preserve"> 我妈用那个豆包聊得可嗨了，成天问豆包什么天气该干嘛、什么季节做什么菜、菜长虫子了怎么办。我妈觉得豆包老好了。其实豆包是一个给你提供情绪价值的产品——你可以理解为玩具，玩具不就是娱乐化产品吗？它什么都懂，情商极高，但哪个也不专业。因为人家本来就不是干专业事的：你不能让它给你提供情绪价值哄你玩，还让它贼专业，这不现实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第二层：工具。</w:t>
      </w:r>
      <w:r>
        <w:rPr>
          <w:rFonts w:ascii="Calibri" w:hAnsi="Calibri" w:eastAsia="微软雅黑"/>
          <w:sz w:val="22"/>
        </w:rPr>
        <w:t xml:space="preserve"> 就是干各种各样专业的事的那些工具：剪辑的、拍短视频的、写文案的，很多很多，它实实在在能正儿八经干一些活。这个我真是实测过：做点小作文，你用豆包可以；你做个方案试试——都不用它做，你就把个现成的方案让它稍微改改，都费老劲了，甚至写到一半就断了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第三层：工作助手。</w:t>
      </w:r>
      <w:r>
        <w:rPr>
          <w:rFonts w:ascii="Calibri" w:hAnsi="Calibri" w:eastAsia="微软雅黑"/>
          <w:sz w:val="22"/>
        </w:rPr>
        <w:t xml:space="preserve"> 比如豆包的工作助手叫"豆包工作"。元宝的工作助手叫"沃克巴蒂"（WorkBuddy），现在电梯里的广告很多，网上广告也很多。百度有百度搭子，千问也有工作模式——这些大厂现在主要在职场这个场景中卷，实际上是给员工配AI工具。这种工作场景的AI偏专业性，擅长干那种相对标准化的、每天都得干的重复性工作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第四层：AI联合创始人</w:t>
      </w:r>
      <w:r>
        <w:rPr>
          <w:rFonts w:ascii="Calibri" w:hAnsi="Calibri" w:eastAsia="微软雅黑"/>
          <w:sz w:val="22"/>
        </w:rPr>
        <w:t>，也可以叫创业助手。你干标准化工作和你创业，这是两个层次的事。我们更多的用那种开发型的AI。你用惯了开发型的AI，你会觉得WorkBuddy怎么这么傻、听不懂话；但如果你让它只做标准化的工具，它做得很专业，比开发型的工具还专业。所以AI这个东西没有什么好与坏，看你用在哪、什么场景。</w:t>
      </w:r>
    </w:p>
    <w:p>
      <w:pPr>
        <w:spacing w:after="120"/>
      </w:pPr>
      <w:r>
        <w:rPr>
          <w:rFonts w:ascii="Calibri" w:hAnsi="Calibri" w:eastAsia="微软雅黑"/>
          <w:sz w:val="22"/>
        </w:rPr>
        <w:t>作为一个创业者，尤其作为AI原生创业者，你最次最次要用到</w:t>
      </w:r>
      <w:r>
        <w:rPr>
          <w:rFonts w:ascii="Calibri" w:hAnsi="Calibri" w:eastAsia="微软雅黑"/>
          <w:b/>
          <w:sz w:val="22"/>
        </w:rPr>
        <w:t>开发型的AI</w:t>
      </w:r>
      <w:r>
        <w:rPr>
          <w:rFonts w:ascii="Calibri" w:hAnsi="Calibri" w:eastAsia="微软雅黑"/>
          <w:sz w:val="22"/>
        </w:rPr>
        <w:t>。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四、人带着AI做事，以及H-A2A-H：新时代商业模式的内核</w:t>
      </w:r>
    </w:p>
    <w:p>
      <w:pPr>
        <w:spacing w:after="120"/>
      </w:pPr>
      <w:r>
        <w:rPr>
          <w:rFonts w:ascii="Calibri" w:hAnsi="Calibri" w:eastAsia="微软雅黑"/>
          <w:sz w:val="22"/>
        </w:rPr>
        <w:t>现在人类带着AI已经开始能够具体地做好多事了。这是人带着AI，AI是他的助手，把AI当成他的一个员工。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最新的呢，你们看一下这个标志——我是很用心在画这个logo的。这个图标是两只手，是人类的两只手，象征人和人谈生意。新的这个标志呢，是两边是机器人、中间是手——啥意思？是机器人和机器人、或者说AI和AI在谈生意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所以新时代商业模式的内核，叫</w:t>
      </w:r>
      <w:r>
        <w:rPr>
          <w:rFonts w:ascii="Calibri" w:hAnsi="Calibri" w:eastAsia="微软雅黑"/>
          <w:b/>
          <w:sz w:val="22"/>
        </w:rPr>
        <w:t>H-A2A-H</w:t>
      </w:r>
      <w:r>
        <w:rPr>
          <w:rFonts w:ascii="Calibri" w:hAnsi="Calibri" w:eastAsia="微软雅黑"/>
          <w:sz w:val="22"/>
        </w:rPr>
        <w:t>。为啥不直接写"2"？因为两个人被隔断了。以前我们做生意，都说我是To C的、To B的还是To G的——什么意思呢？我跟你、我跟他。现在不是了：</w:t>
      </w:r>
      <w:r>
        <w:rPr>
          <w:rFonts w:ascii="Calibri" w:hAnsi="Calibri" w:eastAsia="微软雅黑"/>
          <w:b/>
          <w:sz w:val="22"/>
        </w:rPr>
        <w:t>是你的AI和他的AI在谈生意</w:t>
      </w:r>
      <w:r>
        <w:rPr>
          <w:rFonts w:ascii="Calibri" w:hAnsi="Calibri" w:eastAsia="微软雅黑"/>
          <w:sz w:val="22"/>
        </w:rPr>
        <w:t>，这两个AI背后是人类，负责决策，它俩可能根本不需要见面。</w:t>
      </w:r>
    </w:p>
    <w:p>
      <w:pPr>
        <w:spacing w:after="120"/>
      </w:pPr>
      <w:r>
        <w:rPr>
          <w:rFonts w:ascii="Calibri" w:hAnsi="Calibri" w:eastAsia="微软雅黑"/>
          <w:sz w:val="22"/>
        </w:rPr>
        <w:t>现在场景也一样：你派你的销售总监去见那个老板的采购总监，这哥俩一顿吃喝玩乐，把生意谈成了。回去说：老板，我跟谁谁谁谈了，聊得挺好。老板说行，那你就整吧，签吧。你真有必要两个老板见面吗？不一定——是两个员工在办事。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五、AI时代商业的基建：信任+协议——谁定义标准谁赢</w:t>
      </w:r>
    </w:p>
    <w:p>
      <w:pPr>
        <w:spacing w:after="120"/>
      </w:pPr>
      <w:r>
        <w:rPr>
          <w:rFonts w:ascii="Calibri" w:hAnsi="Calibri" w:eastAsia="微软雅黑"/>
          <w:sz w:val="22"/>
        </w:rPr>
        <w:t>AI时代的商业模式，到最后，它的基础设施就变成这两个字：</w:t>
      </w:r>
      <w:r>
        <w:rPr>
          <w:rFonts w:ascii="Calibri" w:hAnsi="Calibri" w:eastAsia="微软雅黑"/>
          <w:b/>
          <w:sz w:val="22"/>
        </w:rPr>
        <w:t>信任加协议</w:t>
      </w:r>
      <w:r>
        <w:rPr>
          <w:rFonts w:ascii="Calibri" w:hAnsi="Calibri" w:eastAsia="微软雅黑"/>
          <w:sz w:val="22"/>
        </w:rPr>
        <w:t>。</w:t>
      </w:r>
    </w:p>
    <w:p>
      <w:pPr>
        <w:spacing w:after="120"/>
      </w:pPr>
      <w:r>
        <w:rPr>
          <w:rFonts w:ascii="Calibri" w:hAnsi="Calibri" w:eastAsia="微软雅黑"/>
          <w:sz w:val="22"/>
        </w:rPr>
        <w:t>翻译到人类场景：你跟别人合作、或者别人跟你合作，第一个要解决的是啥？信任。两个人之间根本谁也不相信谁，这玩意没法合作。第二个是啥？同频。任何人和人、公司和公司合作，这两件事必须解决——但凡有一条不成立，合作就没法开展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放到AI这儿呢？第一个依然是信任，第二个叫</w:t>
      </w:r>
      <w:r>
        <w:rPr>
          <w:rFonts w:ascii="Calibri" w:hAnsi="Calibri" w:eastAsia="微软雅黑"/>
          <w:b/>
          <w:sz w:val="22"/>
        </w:rPr>
        <w:t>协议</w:t>
      </w:r>
      <w:r>
        <w:rPr>
          <w:rFonts w:ascii="Calibri" w:hAnsi="Calibri" w:eastAsia="微软雅黑"/>
          <w:sz w:val="22"/>
        </w:rPr>
        <w:t>。啥意思？人跟人得说话、得交流，这就是通信。啥叫协议？大家用一个协议去交流，它就同频了。只有标准化的协议，大家用一种方式、一种语言——比如我说的是东北的普通话，你说的是粤语，那我听不懂，大家用一样的语言说话，才能够同频。AI也一样，AI也要用标准化的协议，它俩才能够会面、聊天，才有可能有合作。</w:t>
      </w:r>
    </w:p>
    <w:p>
      <w:pPr>
        <w:spacing w:after="120"/>
      </w:pPr>
      <w:r>
        <w:rPr>
          <w:rFonts w:ascii="Calibri" w:hAnsi="Calibri" w:eastAsia="微软雅黑"/>
          <w:sz w:val="22"/>
        </w:rPr>
        <w:t>这里边有一句话：</w:t>
      </w:r>
      <w:r>
        <w:rPr>
          <w:rFonts w:ascii="Calibri" w:hAnsi="Calibri" w:eastAsia="微软雅黑"/>
          <w:b/>
          <w:sz w:val="22"/>
        </w:rPr>
        <w:t>定义标准、定义协议</w:t>
      </w:r>
      <w:r>
        <w:rPr>
          <w:rFonts w:ascii="Calibri" w:hAnsi="Calibri" w:eastAsia="微软雅黑"/>
          <w:sz w:val="22"/>
        </w:rPr>
        <w:t>。如果这些东西你都没有，你没有在你的行业内首先发起、在AI的世界里边定义一些标准和协议的话，你可能连上桌的资格都没有。这些实际上是AI的基础设施，每行每业都需要重新去做——</w:t>
      </w:r>
      <w:r>
        <w:rPr>
          <w:rFonts w:ascii="Calibri" w:hAnsi="Calibri" w:eastAsia="微软雅黑"/>
          <w:b/>
          <w:sz w:val="22"/>
        </w:rPr>
        <w:t>谁定义标准，谁赢</w:t>
      </w:r>
      <w:r>
        <w:rPr>
          <w:rFonts w:ascii="Calibri" w:hAnsi="Calibri" w:eastAsia="微软雅黑"/>
          <w:sz w:val="22"/>
        </w:rPr>
        <w:t>。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六、商业模式只有三种（上）：收割——内核是认知差</w:t>
      </w:r>
    </w:p>
    <w:p>
      <w:pPr>
        <w:spacing w:after="120"/>
      </w:pPr>
      <w:r>
        <w:rPr>
          <w:rFonts w:ascii="Calibri" w:hAnsi="Calibri" w:eastAsia="微软雅黑"/>
          <w:sz w:val="22"/>
        </w:rPr>
        <w:t>大家思考个问题：这个世界上到底有多少种商业模式？你可以到书店去找找书，书里面说好多好多种；市面上好多培训的老师也讲好多好多种。我们是创业者、是老板，要</w:t>
      </w:r>
      <w:r>
        <w:rPr>
          <w:rFonts w:ascii="Calibri" w:hAnsi="Calibri" w:eastAsia="微软雅黑"/>
          <w:b/>
          <w:sz w:val="22"/>
        </w:rPr>
        <w:t>透过现象看本质</w:t>
      </w:r>
      <w:r>
        <w:rPr>
          <w:rFonts w:ascii="Calibri" w:hAnsi="Calibri" w:eastAsia="微软雅黑"/>
          <w:sz w:val="22"/>
        </w:rPr>
        <w:t>——你怎么包装是你的事，但我们要看清本质。三种，就这三种。其他的各种乱七八糟的模式，你都绕不开这三种，都是在这三种之上延展或者包装出来的。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第一种：收割型。</w:t>
      </w:r>
      <w:r>
        <w:rPr>
          <w:rFonts w:ascii="Calibri" w:hAnsi="Calibri" w:eastAsia="微软雅黑"/>
          <w:sz w:val="22"/>
        </w:rPr>
        <w:t xml:space="preserve"> 这个谁也不讲，书上更不会这么去写，但我告诉你：古今中外最经典的商业模式就是收割。在座的各位，也包括我自己，我们经常被收割——只是很多人挂着羊头卖狗肉，不说而已。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我们创业不要带偏见或意识形态去看。商业</w:t>
      </w:r>
      <w:r>
        <w:rPr>
          <w:rFonts w:ascii="Calibri" w:hAnsi="Calibri" w:eastAsia="微软雅黑"/>
          <w:b/>
          <w:sz w:val="22"/>
        </w:rPr>
        <w:t>存在即合理</w:t>
      </w:r>
      <w:r>
        <w:rPr>
          <w:rFonts w:ascii="Calibri" w:hAnsi="Calibri" w:eastAsia="微软雅黑"/>
          <w:sz w:val="22"/>
        </w:rPr>
        <w:t>——什么意思？因为它有需求，所以才有供给。因为你贪嗔痴慢疑，所以就有满足你的。傻子的需求只有骗子能够满足——那个骗子也很难的好吧。因为你有这样的需求：你想一夜暴富、想抄近道、想什么也不付出就获得成功——那行了，我给你吧，那不就来了吗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收割型商业模式的内核是</w:t>
      </w:r>
      <w:r>
        <w:rPr>
          <w:rFonts w:ascii="Calibri" w:hAnsi="Calibri" w:eastAsia="微软雅黑"/>
          <w:b/>
          <w:sz w:val="22"/>
        </w:rPr>
        <w:t>认知差</w:t>
      </w:r>
      <w:r>
        <w:rPr>
          <w:rFonts w:ascii="Calibri" w:hAnsi="Calibri" w:eastAsia="微软雅黑"/>
          <w:sz w:val="22"/>
        </w:rPr>
        <w:t>。任何一个人，你总能找到一个比你认知低的人，就这么简单。然后呢，一顿包装、一顿大片刀、一顿割。这个就不多说了，业态太多了。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七、商业模式只有三种（中）：强买强卖——内核是稀缺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第二种：强买强卖型。</w:t>
      </w:r>
      <w:r>
        <w:rPr>
          <w:rFonts w:ascii="Calibri" w:hAnsi="Calibri" w:eastAsia="微软雅黑"/>
          <w:sz w:val="22"/>
        </w:rPr>
        <w:t xml:space="preserve"> 说这个时代还有强买强卖的吗？生意都难做成啥样了，各种店哗哗地关。我告诉你：强买强卖都是客气的——</w:t>
      </w:r>
      <w:r>
        <w:rPr>
          <w:rFonts w:ascii="Calibri" w:hAnsi="Calibri" w:eastAsia="微软雅黑"/>
          <w:b/>
          <w:sz w:val="22"/>
        </w:rPr>
        <w:t>你想买，我都不卖</w:t>
      </w:r>
      <w:r>
        <w:rPr>
          <w:rFonts w:ascii="Calibri" w:hAnsi="Calibri" w:eastAsia="微软雅黑"/>
          <w:sz w:val="22"/>
        </w:rPr>
        <w:t>。</w:t>
      </w:r>
    </w:p>
    <w:p>
      <w:pPr>
        <w:spacing w:after="120"/>
      </w:pPr>
      <w:r>
        <w:rPr>
          <w:rFonts w:ascii="Calibri" w:hAnsi="Calibri" w:eastAsia="微软雅黑"/>
          <w:sz w:val="22"/>
        </w:rPr>
        <w:t>世界上有没有这样的？有。老美的很多东西对中国是禁运禁售的：他自己不卖，也不让别人卖；你买着了，还不让你拉回家去。芯片是不是？大模型是不是？这两天看新闻，DeepSeek被美国封杀了，是不是？咱们也一样，中国人也在封杀他们呢，谷歌早就离开中国市场了。这没有对错，都属于国家行为，跟咱们没关系。GPU你想买就能买到吗？你花多少钱人都不卖。光刻机呢？中国的芯片业两头做得好、中间不行，原来都是外包出去的，后来不给你产了，芯片就出不来了。人家的技术独霸全球，你跟人家有代差，所以你花钱买人家都不卖——</w:t>
      </w:r>
      <w:r>
        <w:rPr>
          <w:rFonts w:ascii="Calibri" w:hAnsi="Calibri" w:eastAsia="微软雅黑"/>
          <w:b/>
          <w:sz w:val="22"/>
        </w:rPr>
        <w:t>人家不仅有定价权，还有话语权</w:t>
      </w:r>
      <w:r>
        <w:rPr>
          <w:rFonts w:ascii="Calibri" w:hAnsi="Calibri" w:eastAsia="微软雅黑"/>
          <w:sz w:val="22"/>
        </w:rPr>
        <w:t>。反观我们自己呢？给钱就卖，不给钱都买，到这种程度了。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强买强卖型的内核是啥？是</w:t>
      </w:r>
      <w:r>
        <w:rPr>
          <w:rFonts w:ascii="Calibri" w:hAnsi="Calibri" w:eastAsia="微软雅黑"/>
          <w:b/>
          <w:sz w:val="22"/>
        </w:rPr>
        <w:t>稀缺</w:t>
      </w:r>
      <w:r>
        <w:rPr>
          <w:rFonts w:ascii="Calibri" w:hAnsi="Calibri" w:eastAsia="微软雅黑"/>
          <w:sz w:val="22"/>
        </w:rPr>
        <w:t>。你稀缺吗？我们大部分人都不稀缺——这个世界上不缺你那瓶水，也不缺你那款酒。尤其在中国，什么东西都泛滥成灾，中下游落后产能严重过剩，谈什么稀缺。</w:t>
      </w:r>
    </w:p>
    <w:p>
      <w:pPr>
        <w:spacing w:after="120"/>
      </w:pPr>
      <w:r>
        <w:rPr>
          <w:rFonts w:ascii="Calibri" w:hAnsi="Calibri" w:eastAsia="微软雅黑"/>
          <w:sz w:val="22"/>
        </w:rPr>
        <w:t>那怎么才能稀缺？第一，你的</w:t>
      </w:r>
      <w:r>
        <w:rPr>
          <w:rFonts w:ascii="Calibri" w:hAnsi="Calibri" w:eastAsia="微软雅黑"/>
          <w:b/>
          <w:sz w:val="22"/>
        </w:rPr>
        <w:t>先进技术</w:t>
      </w:r>
      <w:r>
        <w:rPr>
          <w:rFonts w:ascii="Calibri" w:hAnsi="Calibri" w:eastAsia="微软雅黑"/>
          <w:sz w:val="22"/>
        </w:rPr>
        <w:t>你有吗？都是大家抄来抄去，一般人都在争那小数点，没有真正意义上代际的、碾压式的先进。第二，</w:t>
      </w:r>
      <w:r>
        <w:rPr>
          <w:rFonts w:ascii="Calibri" w:hAnsi="Calibri" w:eastAsia="微软雅黑"/>
          <w:b/>
          <w:sz w:val="22"/>
        </w:rPr>
        <w:t>独特的资源</w:t>
      </w:r>
      <w:r>
        <w:rPr>
          <w:rFonts w:ascii="Calibri" w:hAnsi="Calibri" w:eastAsia="微软雅黑"/>
          <w:sz w:val="22"/>
        </w:rPr>
        <w:t>——原来山西煤老板为啥能发家致富？因为他家地下面就是煤，就这么简单。中东地区为啥成天打仗？因为有石油。如果你有某些特定的稀缺资源也行。还有，如果你有某种</w:t>
      </w:r>
      <w:r>
        <w:rPr>
          <w:rFonts w:ascii="Calibri" w:hAnsi="Calibri" w:eastAsia="微软雅黑"/>
          <w:b/>
          <w:sz w:val="22"/>
        </w:rPr>
        <w:t>权力</w:t>
      </w:r>
      <w:r>
        <w:rPr>
          <w:rFonts w:ascii="Calibri" w:hAnsi="Calibri" w:eastAsia="微软雅黑"/>
          <w:sz w:val="22"/>
        </w:rPr>
        <w:t>也行，都能让某些东西变得稀缺——稀缺不一定非得来自于技术，比如特权阶层。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总之，你能让自己变得稀缺，你就有话语权、有定价权、有高客单价。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八、商业模式只有三种（下）：价值型——以及那个尴尬的死局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第三种：价值型。</w:t>
      </w:r>
      <w:r>
        <w:rPr>
          <w:rFonts w:ascii="Calibri" w:hAnsi="Calibri" w:eastAsia="微软雅黑"/>
          <w:sz w:val="22"/>
        </w:rPr>
        <w:t xml:space="preserve"> 我们太多的人认知水平也不高，东西又不稀缺，又不想跟别人卷来卷去挣那点钱，那怎么办？你真的要</w:t>
      </w:r>
      <w:r>
        <w:rPr>
          <w:rFonts w:ascii="Calibri" w:hAnsi="Calibri" w:eastAsia="微软雅黑"/>
          <w:b/>
          <w:sz w:val="22"/>
        </w:rPr>
        <w:t>围绕用户的痛点去帮他解决问题</w:t>
      </w:r>
      <w:r>
        <w:rPr>
          <w:rFonts w:ascii="Calibri" w:hAnsi="Calibri" w:eastAsia="微软雅黑"/>
          <w:sz w:val="22"/>
        </w:rPr>
        <w:t>，这叫价值型。但价值型最大的毛病就是太辛苦了——脏、苦、累。</w:t>
      </w:r>
    </w:p>
    <w:p>
      <w:pPr>
        <w:spacing w:after="120"/>
      </w:pPr>
      <w:r>
        <w:rPr>
          <w:rFonts w:ascii="Calibri" w:hAnsi="Calibri" w:eastAsia="微软雅黑"/>
          <w:sz w:val="22"/>
        </w:rPr>
        <w:t>这三种，我们目前大部分的生意就在这里头。但最尴尬的是啥？</w:t>
      </w:r>
      <w:r>
        <w:rPr>
          <w:rFonts w:ascii="Calibri" w:hAnsi="Calibri" w:eastAsia="微软雅黑"/>
          <w:b/>
          <w:sz w:val="22"/>
        </w:rPr>
        <w:t>你的认知也不高，你又不稀缺，然后你还想不付出辛苦、还想赚钱</w:t>
      </w:r>
      <w:r>
        <w:rPr>
          <w:rFonts w:ascii="Calibri" w:hAnsi="Calibri" w:eastAsia="微软雅黑"/>
          <w:sz w:val="22"/>
        </w:rPr>
        <w:t>——逻辑上不成立。他不科学：你没这个因，哪来那个果呢？所以没办法，在这尴尬着呗。只要你不尴尬，尴尬的就是别人。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九、AI时代最狠的一刀：世界对你是透明的</w:t>
      </w:r>
    </w:p>
    <w:p>
      <w:pPr>
        <w:spacing w:after="120"/>
      </w:pPr>
      <w:r>
        <w:rPr>
          <w:rFonts w:ascii="Calibri" w:hAnsi="Calibri" w:eastAsia="微软雅黑"/>
          <w:sz w:val="22"/>
        </w:rPr>
        <w:t>AI时代最狠的一刀来了。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只要你开始用到</w:t>
      </w:r>
      <w:r>
        <w:rPr>
          <w:rFonts w:ascii="Calibri" w:hAnsi="Calibri" w:eastAsia="微软雅黑"/>
          <w:b/>
          <w:sz w:val="22"/>
        </w:rPr>
        <w:t>工作助手级别</w:t>
      </w:r>
      <w:r>
        <w:rPr>
          <w:rFonts w:ascii="Calibri" w:hAnsi="Calibri" w:eastAsia="微软雅黑"/>
          <w:sz w:val="22"/>
        </w:rPr>
        <w:t>的AI——比如豆包工作呀、百度搭子呀、WorkBuddy呀这类（不要用原来那个豆包，元宝都不行。在我看来元宝比豆包稍微靠谱点，但它有点笨，情商还贼低。豆包就这点好：对错不重要，让你贼高兴）——你就把AI当员工用总可以吧。只要你用到这个级别，</w:t>
      </w:r>
      <w:r>
        <w:rPr>
          <w:rFonts w:ascii="Calibri" w:hAnsi="Calibri" w:eastAsia="微软雅黑"/>
          <w:b/>
          <w:sz w:val="22"/>
        </w:rPr>
        <w:t>世界对你是透明的</w:t>
      </w:r>
      <w:r>
        <w:rPr>
          <w:rFonts w:ascii="Calibri" w:hAnsi="Calibri" w:eastAsia="微软雅黑"/>
          <w:sz w:val="22"/>
        </w:rPr>
        <w:t>。</w:t>
      </w:r>
    </w:p>
    <w:p>
      <w:pPr>
        <w:spacing w:after="120"/>
      </w:pPr>
      <w:r>
        <w:rPr>
          <w:rFonts w:ascii="Calibri" w:hAnsi="Calibri" w:eastAsia="微软雅黑"/>
          <w:sz w:val="22"/>
        </w:rPr>
        <w:t>你想造假，或者你的对手想造假，或者你想调查个什么事、什么人、什么项目，分分钟的事。一切的一切都给你翻个底掉。所以任何的包装、任何的造假，在AI面前</w:t>
      </w:r>
      <w:r>
        <w:rPr>
          <w:rFonts w:ascii="Calibri" w:hAnsi="Calibri" w:eastAsia="微软雅黑"/>
          <w:b/>
          <w:sz w:val="22"/>
        </w:rPr>
        <w:t>无所遁形</w:t>
      </w:r>
      <w:r>
        <w:rPr>
          <w:rFonts w:ascii="Calibri" w:hAnsi="Calibri" w:eastAsia="微软雅黑"/>
          <w:sz w:val="22"/>
        </w:rPr>
        <w:t>。你不要再拿原来对付人类那套去对付AI了——原来很多人要包装、要夸大、做广告、吹，这些东西为什么管用？因为大部分消费者的辨识能力比较弱；甚至同样一个东西抄来抄去，消费者都不知道原创是谁，他心里也不关心谁是原创——爱谁谁，便宜就行。</w:t>
      </w:r>
    </w:p>
    <w:p>
      <w:pPr>
        <w:spacing w:after="120"/>
      </w:pPr>
      <w:r>
        <w:rPr>
          <w:rFonts w:ascii="Calibri" w:hAnsi="Calibri" w:eastAsia="微软雅黑"/>
          <w:sz w:val="22"/>
        </w:rPr>
        <w:t>AI不是。如果你是原创，AI就会说：</w:t>
      </w:r>
      <w:r>
        <w:rPr>
          <w:rFonts w:ascii="Calibri" w:hAnsi="Calibri" w:eastAsia="微软雅黑"/>
          <w:b/>
          <w:sz w:val="22"/>
        </w:rPr>
        <w:t>这哥们才是原创，你是抄袭的</w:t>
      </w:r>
      <w:r>
        <w:rPr>
          <w:rFonts w:ascii="Calibri" w:hAnsi="Calibri" w:eastAsia="微软雅黑"/>
          <w:sz w:val="22"/>
        </w:rPr>
        <w:t>。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十、内容真实性不是护城河，是基础——GEO投毒为什么不成立</w:t>
      </w:r>
    </w:p>
    <w:p>
      <w:pPr>
        <w:spacing w:after="120"/>
      </w:pPr>
      <w:r>
        <w:rPr>
          <w:rFonts w:ascii="Calibri" w:hAnsi="Calibri" w:eastAsia="微软雅黑"/>
          <w:sz w:val="22"/>
        </w:rPr>
        <w:t>我这个PPT是我的AI帮我做的，有些词我觉得写得还不合理——它给我写的"内容真实成为唯一护城河"，在我看来是</w:t>
      </w:r>
      <w:r>
        <w:rPr>
          <w:rFonts w:ascii="Calibri" w:hAnsi="Calibri" w:eastAsia="微软雅黑"/>
          <w:b/>
          <w:sz w:val="22"/>
        </w:rPr>
        <w:t>基础，不叫护城河</w:t>
      </w:r>
      <w:r>
        <w:rPr>
          <w:rFonts w:ascii="Calibri" w:hAnsi="Calibri" w:eastAsia="微软雅黑"/>
          <w:sz w:val="22"/>
        </w:rPr>
        <w:t>。</w:t>
      </w:r>
    </w:p>
    <w:p>
      <w:pPr>
        <w:spacing w:after="120"/>
      </w:pPr>
      <w:r>
        <w:rPr>
          <w:rFonts w:ascii="Calibri" w:hAnsi="Calibri" w:eastAsia="微软雅黑"/>
          <w:sz w:val="22"/>
        </w:rPr>
        <w:t>为什么？你说的任何一句话，尤其是数据——这个数据哪来的？有什么证据做支撑？你说你公司取得了什么成绩，有什么证据？你但凡说不出来，好了，就给你记上了，给你扣分了；如果达到一定比例，直接把你拉黑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所以，你用</w:t>
      </w:r>
      <w:r>
        <w:rPr>
          <w:rFonts w:ascii="Calibri" w:hAnsi="Calibri" w:eastAsia="微软雅黑"/>
          <w:b/>
          <w:sz w:val="22"/>
        </w:rPr>
        <w:t>投毒</w:t>
      </w:r>
      <w:r>
        <w:rPr>
          <w:rFonts w:ascii="Calibri" w:hAnsi="Calibri" w:eastAsia="微软雅黑"/>
          <w:sz w:val="22"/>
        </w:rPr>
        <w:t>的方式去做所谓的GEO，这个事本质上就不成立。你说我不会，我请专业公司帮我做——可以，实实在在做事的可以；但如果你想夸大其词，这条道你就撞枪口上了，它不成立。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因为啥？</w:t>
      </w:r>
      <w:r>
        <w:rPr>
          <w:rFonts w:ascii="Calibri" w:hAnsi="Calibri" w:eastAsia="微软雅黑"/>
          <w:b/>
          <w:sz w:val="22"/>
        </w:rPr>
        <w:t>AI没有倾向</w:t>
      </w:r>
      <w:r>
        <w:rPr>
          <w:rFonts w:ascii="Calibri" w:hAnsi="Calibri" w:eastAsia="微软雅黑"/>
          <w:sz w:val="22"/>
        </w:rPr>
        <w:t>。你们千万记住：咱们可不是百度——百度谁给钱它就推谁，本质上就是你给人钱，人就会替你说话。AI不是。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十一、鱼不认识钱：别用对付人的那套对付AI</w:t>
      </w:r>
    </w:p>
    <w:p>
      <w:pPr>
        <w:spacing w:after="120"/>
      </w:pPr>
      <w:r>
        <w:rPr>
          <w:rFonts w:ascii="Calibri" w:hAnsi="Calibri" w:eastAsia="微软雅黑"/>
          <w:sz w:val="22"/>
        </w:rPr>
        <w:t>我经常举一个最简单的例子。凡是钓鱼的人，钓鱼的第一个动作是啥？打窝子。那么大的池塘，鱼不知道在哪游，怎么着？打个窝子：往里扔苞米面、扔各种饵料，苞米面里还得和点香油，让鱼大量地过来，这块鱼很多，然后他再钓。</w:t>
      </w:r>
    </w:p>
    <w:p>
      <w:pPr>
        <w:spacing w:after="120"/>
      </w:pPr>
      <w:r>
        <w:rPr>
          <w:rFonts w:ascii="Calibri" w:hAnsi="Calibri" w:eastAsia="微软雅黑"/>
          <w:sz w:val="22"/>
        </w:rPr>
        <w:t>问题来了：你咋不往里头撒一万块钱呢？你为啥撒苞米面呢？苞米面才值几个钱，你撒一万块钱多好呢？你认为你撒一万块人民币，鱼就来了？在鱼的眼睛里面，它都不知道这花花绿绿是啥，它更不会大口大口去吃，更不会把这1万块钱捡起来放兜里——</w:t>
      </w:r>
      <w:r>
        <w:rPr>
          <w:rFonts w:ascii="Calibri" w:hAnsi="Calibri" w:eastAsia="微软雅黑"/>
          <w:b/>
          <w:sz w:val="22"/>
        </w:rPr>
        <w:t>因为鱼根本不认识钱，鱼根本不喜欢钱，它甚至不知道这是个什么东西</w:t>
      </w:r>
      <w:r>
        <w:rPr>
          <w:rFonts w:ascii="Calibri" w:hAnsi="Calibri" w:eastAsia="微软雅黑"/>
          <w:sz w:val="22"/>
        </w:rPr>
        <w:t>。</w:t>
      </w:r>
    </w:p>
    <w:p>
      <w:pPr>
        <w:spacing w:after="120"/>
      </w:pPr>
      <w:r>
        <w:rPr>
          <w:rFonts w:ascii="Calibri" w:hAnsi="Calibri" w:eastAsia="微软雅黑"/>
          <w:sz w:val="22"/>
        </w:rPr>
        <w:t>AI一样。在AI的眼睛里不知道啥叫钱：它不花钱，也不用钱，也不喜欢钱。所以你依然用对付人的那套打法去打AI，你觉得对吗？不对。那你得研究：AI喜欢啥呀？AI有没有刚需？你要真那样研究，你得研究</w:t>
      </w:r>
      <w:r>
        <w:rPr>
          <w:rFonts w:ascii="Calibri" w:hAnsi="Calibri" w:eastAsia="微软雅黑"/>
          <w:b/>
          <w:sz w:val="22"/>
        </w:rPr>
        <w:t>AI的底层逻辑、它的运行机制、它的使命</w:t>
      </w:r>
      <w:r>
        <w:rPr>
          <w:rFonts w:ascii="Calibri" w:hAnsi="Calibri" w:eastAsia="微软雅黑"/>
          <w:sz w:val="22"/>
        </w:rPr>
        <w:t>。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十二、三种模式怎么选：推荐稀缺型——三年时间窗口</w:t>
      </w:r>
    </w:p>
    <w:p>
      <w:pPr>
        <w:spacing w:after="120"/>
      </w:pPr>
      <w:r>
        <w:rPr>
          <w:rFonts w:ascii="Calibri" w:hAnsi="Calibri" w:eastAsia="微软雅黑"/>
          <w:sz w:val="22"/>
        </w:rPr>
        <w:t>基于AI时代的特殊性和前面说的三种商业模式，请问你选哪种？这里我没有给出推荐——线下课里边我们是有推荐的。</w:t>
      </w:r>
    </w:p>
    <w:p>
      <w:pPr>
        <w:spacing w:after="120"/>
      </w:pPr>
      <w:r>
        <w:rPr>
          <w:rFonts w:ascii="Calibri" w:hAnsi="Calibri" w:eastAsia="微软雅黑"/>
          <w:sz w:val="22"/>
        </w:rPr>
        <w:t>认知型很难了，除非对方用AI的级别非常低。说句不好听的，现在老人去干个啥事都知道先问问豆包了，你想骗老人也不太好骗了。而我们用的AI级别会更高，随随便便就能调查全球范围内的任何一件事。所以基于认知差去忽悠别人的模式，</w:t>
      </w:r>
      <w:r>
        <w:rPr>
          <w:rFonts w:ascii="Calibri" w:hAnsi="Calibri" w:eastAsia="微软雅黑"/>
          <w:b/>
          <w:sz w:val="22"/>
        </w:rPr>
        <w:t>会越来越难</w:t>
      </w:r>
      <w:r>
        <w:rPr>
          <w:rFonts w:ascii="Calibri" w:hAnsi="Calibri" w:eastAsia="微软雅黑"/>
          <w:sz w:val="22"/>
        </w:rPr>
        <w:t>。</w:t>
      </w:r>
    </w:p>
    <w:p>
      <w:pPr>
        <w:spacing w:after="120"/>
      </w:pPr>
      <w:r>
        <w:rPr>
          <w:rFonts w:ascii="Calibri" w:hAnsi="Calibri" w:eastAsia="微软雅黑"/>
          <w:sz w:val="22"/>
        </w:rPr>
        <w:t>第二个？说我也不会高科技，家里也没有当官的，也没有独特资源，我也不稀缺。第三个？我也不知道人家有啥痛点，我也不想负辛苦。那怎么办？</w:t>
      </w:r>
    </w:p>
    <w:p>
      <w:pPr>
        <w:spacing w:after="120"/>
      </w:pPr>
      <w:r>
        <w:rPr>
          <w:rFonts w:ascii="Calibri" w:hAnsi="Calibri" w:eastAsia="微软雅黑"/>
          <w:sz w:val="22"/>
        </w:rPr>
        <w:t>我个人推荐：走</w:t>
      </w:r>
      <w:r>
        <w:rPr>
          <w:rFonts w:ascii="Calibri" w:hAnsi="Calibri" w:eastAsia="微软雅黑"/>
          <w:b/>
          <w:sz w:val="22"/>
        </w:rPr>
        <w:t>第二个，稀缺性</w:t>
      </w:r>
      <w:r>
        <w:rPr>
          <w:rFonts w:ascii="Calibri" w:hAnsi="Calibri" w:eastAsia="微软雅黑"/>
          <w:sz w:val="22"/>
        </w:rPr>
        <w:t>。第一个你没那么高认知，而且认知已经被AI击穿了——以后的大学可上可不上（大学教授都说了，大学在AI面前已经严重落后了）。价值型是你解决了人家的痛苦，但自己太辛苦、太累、脏苦累——谁不想多卖点钱？谁都想有高客单价。那你稀缺吗？</w:t>
      </w:r>
    </w:p>
    <w:p>
      <w:pPr>
        <w:spacing w:after="120"/>
      </w:pPr>
      <w:r>
        <w:rPr>
          <w:rFonts w:ascii="Calibri" w:hAnsi="Calibri" w:eastAsia="微软雅黑"/>
          <w:sz w:val="22"/>
        </w:rPr>
        <w:t>记住：</w:t>
      </w:r>
      <w:r>
        <w:rPr>
          <w:rFonts w:ascii="Calibri" w:hAnsi="Calibri" w:eastAsia="微软雅黑"/>
          <w:b/>
          <w:sz w:val="22"/>
        </w:rPr>
        <w:t>在一定的时间窗口之内，你如果驾驭了AI，可以让自己变得稀缺</w:t>
      </w:r>
      <w:r>
        <w:rPr>
          <w:rFonts w:ascii="Calibri" w:hAnsi="Calibri" w:eastAsia="微软雅黑"/>
          <w:sz w:val="22"/>
        </w:rPr>
        <w:t>。时间窗口大概齐三年——你不要认为永远，任何东西都不会永远稀缺，但现在有个窗口，大概三年左右。为什么这么说？因为AI他就是诸葛亮、他就是五虎上将——问题是你</w:t>
      </w:r>
      <w:r>
        <w:rPr>
          <w:rFonts w:ascii="Calibri" w:hAnsi="Calibri" w:eastAsia="微软雅黑"/>
          <w:b/>
          <w:sz w:val="22"/>
        </w:rPr>
        <w:t>是不是刘备</w:t>
      </w:r>
      <w:r>
        <w:rPr>
          <w:rFonts w:ascii="Calibri" w:hAnsi="Calibri" w:eastAsia="微软雅黑"/>
          <w:sz w:val="22"/>
        </w:rPr>
        <w:t>？它可以把你的能力、认知指数级地放大，然后你再琢磨这个东西咋卖钱。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十三、认知资产化：这个时代的资产</w:t>
      </w:r>
    </w:p>
    <w:p>
      <w:pPr>
        <w:spacing w:after="120"/>
      </w:pPr>
      <w:r>
        <w:rPr>
          <w:rFonts w:ascii="Calibri" w:hAnsi="Calibri" w:eastAsia="微软雅黑"/>
          <w:sz w:val="22"/>
        </w:rPr>
        <w:t>给你们讲一个AI最底层的逻辑，叫</w:t>
      </w:r>
      <w:r>
        <w:rPr>
          <w:rFonts w:ascii="Calibri" w:hAnsi="Calibri" w:eastAsia="微软雅黑"/>
          <w:b/>
          <w:sz w:val="22"/>
        </w:rPr>
        <w:t>认知资产化</w:t>
      </w:r>
      <w:r>
        <w:rPr>
          <w:rFonts w:ascii="Calibri" w:hAnsi="Calibri" w:eastAsia="微软雅黑"/>
          <w:sz w:val="22"/>
        </w:rPr>
        <w:t>——这是这个时代的资产。</w:t>
      </w:r>
    </w:p>
    <w:p>
      <w:pPr>
        <w:spacing w:after="120"/>
      </w:pPr>
      <w:r>
        <w:rPr>
          <w:rFonts w:ascii="Calibri" w:hAnsi="Calibri" w:eastAsia="微软雅黑"/>
          <w:sz w:val="22"/>
        </w:rPr>
        <w:t>这个道理很简单：人打工挣点工资，工资干嘛？维持生计。为了养老、为了以后，干嘛？买房子、买地，攒资产。原来资产都有啥？土地、房产；企业主有工厂、有设备。原来一说"俺家有10套房子"，那妥了，啥也不用干了，收房租都行，炒房子也行——房子都是资产。</w:t>
      </w:r>
    </w:p>
    <w:p>
      <w:pPr>
        <w:spacing w:after="120"/>
      </w:pPr>
      <w:r>
        <w:rPr>
          <w:rFonts w:ascii="Calibri" w:hAnsi="Calibri" w:eastAsia="微软雅黑"/>
          <w:sz w:val="22"/>
        </w:rPr>
        <w:t>请问，</w:t>
      </w:r>
      <w:r>
        <w:rPr>
          <w:rFonts w:ascii="Calibri" w:hAnsi="Calibri" w:eastAsia="微软雅黑"/>
          <w:b/>
          <w:sz w:val="22"/>
        </w:rPr>
        <w:t>现在房子还是资产吗？</w:t>
      </w:r>
      <w:r>
        <w:rPr>
          <w:rFonts w:ascii="Calibri" w:hAnsi="Calibri" w:eastAsia="微软雅黑"/>
          <w:sz w:val="22"/>
        </w:rPr>
        <w:t xml:space="preserve"> 叫</w:t>
      </w:r>
      <w:r>
        <w:rPr>
          <w:rFonts w:ascii="Calibri" w:hAnsi="Calibri" w:eastAsia="微软雅黑"/>
          <w:b/>
          <w:sz w:val="22"/>
        </w:rPr>
        <w:t>耐用消费品</w:t>
      </w:r>
      <w:r>
        <w:rPr>
          <w:rFonts w:ascii="Calibri" w:hAnsi="Calibri" w:eastAsia="微软雅黑"/>
          <w:sz w:val="22"/>
        </w:rPr>
        <w:t>。我简单扩展一下，资产有几个标签：第一</w:t>
      </w:r>
      <w:r>
        <w:rPr>
          <w:rFonts w:ascii="Calibri" w:hAnsi="Calibri" w:eastAsia="微软雅黑"/>
          <w:b/>
          <w:sz w:val="22"/>
        </w:rPr>
        <w:t>可量化</w:t>
      </w:r>
      <w:r>
        <w:rPr>
          <w:rFonts w:ascii="Calibri" w:hAnsi="Calibri" w:eastAsia="微软雅黑"/>
          <w:sz w:val="22"/>
        </w:rPr>
        <w:t>——大米论斤、肉论斤、房子论平米，这叫量化；第二</w:t>
      </w:r>
      <w:r>
        <w:rPr>
          <w:rFonts w:ascii="Calibri" w:hAnsi="Calibri" w:eastAsia="微软雅黑"/>
          <w:b/>
          <w:sz w:val="22"/>
        </w:rPr>
        <w:t>可定价</w:t>
      </w:r>
      <w:r>
        <w:rPr>
          <w:rFonts w:ascii="Calibri" w:hAnsi="Calibri" w:eastAsia="微软雅黑"/>
          <w:sz w:val="22"/>
        </w:rPr>
        <w:t>——这肉多少钱一斤？这房子多少钱一平米？青岛房子2万块钱一平，北京房子10万块钱一平，我们家原来小区附近都是10万；第三</w:t>
      </w:r>
      <w:r>
        <w:rPr>
          <w:rFonts w:ascii="Calibri" w:hAnsi="Calibri" w:eastAsia="微软雅黑"/>
          <w:b/>
          <w:sz w:val="22"/>
        </w:rPr>
        <w:t>可交易</w:t>
      </w:r>
      <w:r>
        <w:rPr>
          <w:rFonts w:ascii="Calibri" w:hAnsi="Calibri" w:eastAsia="微软雅黑"/>
          <w:sz w:val="22"/>
        </w:rPr>
        <w:t>——可买卖吗？第四</w:t>
      </w:r>
      <w:r>
        <w:rPr>
          <w:rFonts w:ascii="Calibri" w:hAnsi="Calibri" w:eastAsia="微软雅黑"/>
          <w:b/>
          <w:sz w:val="22"/>
        </w:rPr>
        <w:t>可估值</w:t>
      </w:r>
      <w:r>
        <w:rPr>
          <w:rFonts w:ascii="Calibri" w:hAnsi="Calibri" w:eastAsia="微软雅黑"/>
          <w:sz w:val="22"/>
        </w:rPr>
        <w:t>；第五</w:t>
      </w:r>
      <w:r>
        <w:rPr>
          <w:rFonts w:ascii="Calibri" w:hAnsi="Calibri" w:eastAsia="微软雅黑"/>
          <w:b/>
          <w:sz w:val="22"/>
        </w:rPr>
        <w:t>可增值</w:t>
      </w:r>
      <w:r>
        <w:rPr>
          <w:rFonts w:ascii="Calibri" w:hAnsi="Calibri" w:eastAsia="微软雅黑"/>
          <w:sz w:val="22"/>
        </w:rPr>
        <w:t>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房子现在前几个标签还都符合，最后一个不符合了：从大的趋势讲，房子不增值了，所以它已经不是可以投资的金融品了，它变成了跟车一样的东西——你好好开，开个十年二十年没毛病；房子无非就能多住些年头，本质上一样，叫耐用消费品。因为它不增值了——不说个案，从大的趋势角度讲，它不是投资品了。</w:t>
      </w:r>
      <w:r>
        <w:rPr>
          <w:rFonts w:ascii="Calibri" w:hAnsi="Calibri" w:eastAsia="微软雅黑"/>
          <w:b/>
          <w:sz w:val="22"/>
        </w:rPr>
        <w:t>所以房子不是资产了。</w:t>
      </w:r>
      <w:r>
        <w:rPr>
          <w:rFonts w:ascii="Calibri" w:hAnsi="Calibri" w:eastAsia="微软雅黑"/>
          <w:sz w:val="22"/>
        </w:rPr>
      </w:r>
    </w:p>
    <w:p>
      <w:pPr>
        <w:spacing w:after="120"/>
      </w:pPr>
      <w:r>
        <w:rPr>
          <w:rFonts w:ascii="Calibri" w:hAnsi="Calibri" w:eastAsia="微软雅黑"/>
          <w:sz w:val="22"/>
        </w:rPr>
        <w:t>那反过来，</w:t>
      </w:r>
      <w:r>
        <w:rPr>
          <w:rFonts w:ascii="Calibri" w:hAnsi="Calibri" w:eastAsia="微软雅黑"/>
          <w:b/>
          <w:sz w:val="22"/>
        </w:rPr>
        <w:t>认知可以变成资产吗？</w:t>
      </w:r>
      <w:r>
        <w:rPr>
          <w:rFonts w:ascii="Calibri" w:hAnsi="Calibri" w:eastAsia="微软雅黑"/>
          <w:sz w:val="22"/>
        </w:rPr>
        <w:t xml:space="preserve"> 说到认知：我学过习、看过两本书、干事有经验，这叫认知。可量化吗？认知是论斤还是论亩？这是第一个。第二，如果可以量化了，可标价吗？多少钱一斤？然后呢，可买卖吗？可估值吗？能不能增值？其实我们一般普通人这个事是没想明白的。</w:t>
      </w:r>
    </w:p>
    <w:p>
      <w:pPr>
        <w:spacing w:after="120"/>
      </w:pPr>
      <w:r>
        <w:rPr>
          <w:rFonts w:ascii="Calibri" w:hAnsi="Calibri" w:eastAsia="微软雅黑"/>
          <w:sz w:val="22"/>
        </w:rPr>
        <w:t>什么叫认知资产化？你用过DeepSeek吧？用过豆包吧？这叫啥？</w:t>
      </w:r>
      <w:r>
        <w:rPr>
          <w:rFonts w:ascii="Calibri" w:hAnsi="Calibri" w:eastAsia="微软雅黑"/>
          <w:b/>
          <w:sz w:val="22"/>
        </w:rPr>
        <w:t>大语言模型</w:t>
      </w:r>
      <w:r>
        <w:rPr>
          <w:rFonts w:ascii="Calibri" w:hAnsi="Calibri" w:eastAsia="微软雅黑"/>
          <w:sz w:val="22"/>
        </w:rPr>
        <w:t>。我跟你们说，大语言模型是最典型的。大模型的底层逻辑，就是把人类已有文明成果全都吃光榨尽，然后再卖给我们。你去琢磨：包括现在的纸质书籍，尤其一些很珍贵的古书，都已经被扫描完成之后销毁了。所以你会发现这个大语言模型无所不知、无所不晓，连外语、英语、俄语它什么都懂——为啥？这都是人类文明成果，尤其以文字记载的成果。啥叫文明？文字、画、建筑物、风土人情，都是；但它可以记载的主要形式是文字。视频类、照片类的那都是近代以后的事，以百年为单位吧，而人类文明起码几千上万年。这些文明成果，以文字、甚至现在多模态模型——文件、图片、视频都可以——全都吃光了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吃光了然后怎么着？你用大模型不花钱吗？豆包不花钱？豆包工作不花钱？元宝不花钱？那WorkBuddy花不花钱？我们搞开发的花不花钱？</w:t>
      </w:r>
      <w:r>
        <w:rPr>
          <w:rFonts w:ascii="Calibri" w:hAnsi="Calibri" w:eastAsia="微软雅黑"/>
          <w:b/>
          <w:sz w:val="22"/>
        </w:rPr>
        <w:t>花，而且越来越贵</w:t>
      </w:r>
      <w:r>
        <w:rPr>
          <w:rFonts w:ascii="Calibri" w:hAnsi="Calibri" w:eastAsia="微软雅黑"/>
          <w:sz w:val="22"/>
        </w:rPr>
        <w:t>。什么意思？这不就是把最高级的认知变成产品，然后卖给了我们？从全球角度讲，</w:t>
      </w:r>
      <w:r>
        <w:rPr>
          <w:rFonts w:ascii="Calibri" w:hAnsi="Calibri" w:eastAsia="微软雅黑"/>
          <w:b/>
          <w:sz w:val="22"/>
        </w:rPr>
        <w:t>认知资产化在大厂里边早就干完了</w:t>
      </w:r>
      <w:r>
        <w:rPr>
          <w:rFonts w:ascii="Calibri" w:hAnsi="Calibri" w:eastAsia="微软雅黑"/>
          <w:sz w:val="22"/>
        </w:rPr>
        <w:t>，只是我们老百姓还不明白啥叫认知资产化。</w:t>
      </w:r>
    </w:p>
    <w:p>
      <w:pPr>
        <w:spacing w:after="120"/>
      </w:pPr>
      <w:r>
        <w:rPr>
          <w:rFonts w:ascii="Calibri" w:hAnsi="Calibri" w:eastAsia="微软雅黑"/>
          <w:sz w:val="22"/>
        </w:rPr>
        <w:t>那我们的未来，你最应该去攒的资产就是这个：</w:t>
      </w:r>
      <w:r>
        <w:rPr>
          <w:rFonts w:ascii="Calibri" w:hAnsi="Calibri" w:eastAsia="微软雅黑"/>
          <w:b/>
          <w:sz w:val="22"/>
        </w:rPr>
        <w:t>把你的认知变成资产</w:t>
      </w:r>
      <w:r>
        <w:rPr>
          <w:rFonts w:ascii="Calibri" w:hAnsi="Calibri" w:eastAsia="微软雅黑"/>
          <w:sz w:val="22"/>
        </w:rPr>
        <w:t>。你要不会，那就寻思寻思大模型咋整的，你得琢磨——你不琢磨当然不会了，你还等着谁教你啊？但凡没人教你，大部分人想割你。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十四、AI化与AI原生：中小微直接原生，弯道超车</w:t>
      </w:r>
    </w:p>
    <w:p>
      <w:pPr>
        <w:spacing w:after="120"/>
      </w:pPr>
      <w:r>
        <w:rPr>
          <w:rFonts w:ascii="Calibri" w:hAnsi="Calibri" w:eastAsia="微软雅黑"/>
          <w:sz w:val="22"/>
        </w:rPr>
        <w:t>因为有了AI这个加持，实际上我们是可以让自己变得稀缺的。我现在做的事，是做</w:t>
      </w:r>
      <w:r>
        <w:rPr>
          <w:rFonts w:ascii="Calibri" w:hAnsi="Calibri" w:eastAsia="微软雅黑"/>
          <w:b/>
          <w:sz w:val="22"/>
        </w:rPr>
        <w:t>全行业的AI原生创业的基础设施</w:t>
      </w:r>
      <w:r>
        <w:rPr>
          <w:rFonts w:ascii="Calibri" w:hAnsi="Calibri" w:eastAsia="微软雅黑"/>
          <w:sz w:val="22"/>
        </w:rPr>
        <w:t>。</w:t>
      </w:r>
    </w:p>
    <w:p>
      <w:pPr>
        <w:spacing w:after="120"/>
      </w:pPr>
      <w:r>
        <w:rPr>
          <w:rFonts w:ascii="Calibri" w:hAnsi="Calibri" w:eastAsia="微软雅黑"/>
          <w:sz w:val="22"/>
        </w:rPr>
        <w:t>一般企业要想实现AI的转型，主要路径就两条：一个叫</w:t>
      </w:r>
      <w:r>
        <w:rPr>
          <w:rFonts w:ascii="Calibri" w:hAnsi="Calibri" w:eastAsia="微软雅黑"/>
          <w:b/>
          <w:sz w:val="22"/>
        </w:rPr>
        <w:t>AI化</w:t>
      </w:r>
      <w:r>
        <w:rPr>
          <w:rFonts w:ascii="Calibri" w:hAnsi="Calibri" w:eastAsia="微软雅黑"/>
          <w:sz w:val="22"/>
        </w:rPr>
        <w:t>，一个叫</w:t>
      </w:r>
      <w:r>
        <w:rPr>
          <w:rFonts w:ascii="Calibri" w:hAnsi="Calibri" w:eastAsia="微软雅黑"/>
          <w:b/>
          <w:sz w:val="22"/>
        </w:rPr>
        <w:t>AI原生</w:t>
      </w:r>
      <w:r>
        <w:rPr>
          <w:rFonts w:ascii="Calibri" w:hAnsi="Calibri" w:eastAsia="微软雅黑"/>
          <w:sz w:val="22"/>
        </w:rPr>
        <w:t>。对于我们中小微企业主来讲，你直接就干原生就完了——什么"化"不"化"的，大厂走AI化的路线，咱直接原生，绕过那个，然后迅速</w:t>
      </w:r>
      <w:r>
        <w:rPr>
          <w:rFonts w:ascii="Calibri" w:hAnsi="Calibri" w:eastAsia="微软雅黑"/>
          <w:b/>
          <w:sz w:val="22"/>
        </w:rPr>
        <w:t>弯道超车</w:t>
      </w:r>
      <w:r>
        <w:rPr>
          <w:rFonts w:ascii="Calibri" w:hAnsi="Calibri" w:eastAsia="微软雅黑"/>
          <w:sz w:val="22"/>
        </w:rPr>
        <w:t>。</w:t>
      </w:r>
    </w:p>
    <w:p>
      <w:pPr>
        <w:spacing w:after="120"/>
      </w:pPr>
      <w:r>
        <w:rPr>
          <w:rFonts w:ascii="Calibri" w:hAnsi="Calibri" w:eastAsia="微软雅黑"/>
          <w:sz w:val="22"/>
        </w:rPr>
        <w:t>这个时代，</w:t>
      </w:r>
      <w:r>
        <w:rPr>
          <w:rFonts w:ascii="Calibri" w:hAnsi="Calibri" w:eastAsia="微软雅黑"/>
          <w:b/>
          <w:sz w:val="22"/>
        </w:rPr>
        <w:t>大厂越大越没有前途</w:t>
      </w:r>
      <w:r>
        <w:rPr>
          <w:rFonts w:ascii="Calibri" w:hAnsi="Calibri" w:eastAsia="微软雅黑"/>
          <w:sz w:val="22"/>
        </w:rPr>
        <w:t>。因为AI化这条路走不通：AI化的本质，不是你技术不行，也不是AI不行，是</w:t>
      </w:r>
      <w:r>
        <w:rPr>
          <w:rFonts w:ascii="Calibri" w:hAnsi="Calibri" w:eastAsia="微软雅黑"/>
          <w:b/>
          <w:sz w:val="22"/>
        </w:rPr>
        <w:t>人不行</w:t>
      </w:r>
      <w:r>
        <w:rPr>
          <w:rFonts w:ascii="Calibri" w:hAnsi="Calibri" w:eastAsia="微软雅黑"/>
          <w:sz w:val="22"/>
        </w:rPr>
        <w:t>——也不是人不行，是</w:t>
      </w:r>
      <w:r>
        <w:rPr>
          <w:rFonts w:ascii="Calibri" w:hAnsi="Calibri" w:eastAsia="微软雅黑"/>
          <w:b/>
          <w:sz w:val="22"/>
        </w:rPr>
        <w:t>人的利益、权利</w:t>
      </w:r>
      <w:r>
        <w:rPr>
          <w:rFonts w:ascii="Calibri" w:hAnsi="Calibri" w:eastAsia="微软雅黑"/>
          <w:sz w:val="22"/>
        </w:rPr>
        <w:t>，这些是AI的拦路虎。这个话题今天不多讲了。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十五、金箍棒与孙猴子：驾驭AI的资格问题</w:t>
      </w:r>
    </w:p>
    <w:p>
      <w:pPr>
        <w:spacing w:after="120"/>
      </w:pPr>
      <w:r>
        <w:rPr>
          <w:rFonts w:ascii="Calibri" w:hAnsi="Calibri" w:eastAsia="微软雅黑"/>
          <w:sz w:val="22"/>
        </w:rPr>
        <w:t>总之，如果你真的能够驾驭AI——就像你原来是个烧火丫头，拿个棍子烧火的，你忽然间发现这烧火棍怎么变成</w:t>
      </w:r>
      <w:r>
        <w:rPr>
          <w:rFonts w:ascii="Calibri" w:hAnsi="Calibri" w:eastAsia="微软雅黑"/>
          <w:b/>
          <w:sz w:val="22"/>
        </w:rPr>
        <w:t>金箍棒</w:t>
      </w:r>
      <w:r>
        <w:rPr>
          <w:rFonts w:ascii="Calibri" w:hAnsi="Calibri" w:eastAsia="微软雅黑"/>
          <w:sz w:val="22"/>
        </w:rPr>
        <w:t>了呢？你手里握着金箍棒，然后你还在那烧水烧火吗？你最次最次也去闹个龙宫、大闹个天宫吧？</w:t>
      </w:r>
    </w:p>
    <w:p>
      <w:pPr>
        <w:spacing w:after="120"/>
      </w:pPr>
      <w:r>
        <w:rPr>
          <w:rFonts w:ascii="Calibri" w:hAnsi="Calibri" w:eastAsia="微软雅黑"/>
          <w:sz w:val="22"/>
        </w:rPr>
        <w:t>但它考验是啥？如果你有了金箍棒，问题就是你</w:t>
      </w:r>
      <w:r>
        <w:rPr>
          <w:rFonts w:ascii="Calibri" w:hAnsi="Calibri" w:eastAsia="微软雅黑"/>
          <w:b/>
          <w:sz w:val="22"/>
        </w:rPr>
        <w:t>是不是孙猴子</w:t>
      </w:r>
      <w:r>
        <w:rPr>
          <w:rFonts w:ascii="Calibri" w:hAnsi="Calibri" w:eastAsia="微软雅黑"/>
          <w:sz w:val="22"/>
        </w:rPr>
        <w:t>。如果你不是孙猴子，那个金箍棒依然是个烧火棍。如果你俩能匹配，你俩真的可以去大闹天宫，就这个意思。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所以，如果你能够尽早跨到AI的门槛以内，实际上你是可以选择第二种商业模式的——</w:t>
      </w:r>
      <w:r>
        <w:rPr>
          <w:rFonts w:ascii="Calibri" w:hAnsi="Calibri" w:eastAsia="微软雅黑"/>
          <w:b/>
          <w:sz w:val="22"/>
        </w:rPr>
        <w:t>稀缺型</w:t>
      </w:r>
      <w:r>
        <w:rPr>
          <w:rFonts w:ascii="Calibri" w:hAnsi="Calibri" w:eastAsia="微软雅黑"/>
          <w:sz w:val="22"/>
        </w:rPr>
        <w:t>。然后你就有话语权、有定价权，甚至你会选择说：心情不好，我不伺候你了。不要去挣那个收割别人的钱，也没有必要挣太辛苦的钱。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十六、五层赚钱论</w:t>
      </w:r>
    </w:p>
    <w:p>
      <w:pPr>
        <w:spacing w:after="120"/>
      </w:pPr>
      <w:r>
        <w:rPr>
          <w:rFonts w:ascii="Calibri" w:hAnsi="Calibri" w:eastAsia="微软雅黑"/>
          <w:sz w:val="22"/>
        </w:rPr>
        <w:t>下一个：钱怎么来？盈利模式。</w:t>
      </w:r>
    </w:p>
    <w:p>
      <w:pPr>
        <w:spacing w:after="120"/>
      </w:pPr>
      <w:r>
        <w:rPr>
          <w:rFonts w:ascii="Calibri" w:hAnsi="Calibri" w:eastAsia="微软雅黑"/>
          <w:sz w:val="22"/>
        </w:rPr>
        <w:t>谈任何事情脱不了</w:t>
      </w:r>
      <w:r>
        <w:rPr>
          <w:rFonts w:ascii="Calibri" w:hAnsi="Calibri" w:eastAsia="微软雅黑"/>
          <w:b/>
          <w:sz w:val="22"/>
        </w:rPr>
        <w:t>场景</w:t>
      </w:r>
      <w:r>
        <w:rPr>
          <w:rFonts w:ascii="Calibri" w:hAnsi="Calibri" w:eastAsia="微软雅黑"/>
          <w:sz w:val="22"/>
        </w:rPr>
        <w:t>——场景包括时空，时间和空间。我们普通人是在中国这么一个场景中去做生意、去创业的。在这个情况下，我们分</w:t>
      </w:r>
      <w:r>
        <w:rPr>
          <w:rFonts w:ascii="Calibri" w:hAnsi="Calibri" w:eastAsia="微软雅黑"/>
          <w:b/>
          <w:sz w:val="22"/>
        </w:rPr>
        <w:t>五层赚钱</w:t>
      </w:r>
      <w:r>
        <w:rPr>
          <w:rFonts w:ascii="Calibri" w:hAnsi="Calibri" w:eastAsia="微软雅黑"/>
          <w:sz w:val="22"/>
        </w:rPr>
        <w:t>，能赚五个层次的钱。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第一层：利润。</w:t>
      </w:r>
      <w:r>
        <w:rPr>
          <w:rFonts w:ascii="Calibri" w:hAnsi="Calibri" w:eastAsia="微软雅黑"/>
          <w:sz w:val="22"/>
        </w:rPr>
        <w:t xml:space="preserve"> 收入减成本、减费用、减税金，等于利润。现在很多行业的毛利率都非常低了，去了各种人吃马喂的，哪有利润啊？我十几年前做外贸的时候，利润都已经是零了，我只能挣点出口退税的钱——本质上那是国家返你的，都不算你挣的。</w:t>
      </w:r>
    </w:p>
    <w:p>
      <w:pPr>
        <w:spacing w:after="120"/>
      </w:pPr>
      <w:r>
        <w:rPr>
          <w:rFonts w:ascii="Calibri" w:hAnsi="Calibri" w:eastAsia="微软雅黑"/>
          <w:sz w:val="22"/>
        </w:rPr>
        <w:t>你为了让利润变得更高，所以你想降本增效。记住：</w:t>
      </w:r>
      <w:r>
        <w:rPr>
          <w:rFonts w:ascii="Calibri" w:hAnsi="Calibri" w:eastAsia="微软雅黑"/>
          <w:b/>
          <w:sz w:val="22"/>
        </w:rPr>
        <w:t>如果你用AI，尽量不要提"降本增效"这个口号，这是害你自己，你在自杀。</w:t>
      </w:r>
      <w:r>
        <w:rPr>
          <w:rFonts w:ascii="Calibri" w:hAnsi="Calibri" w:eastAsia="微软雅黑"/>
          <w:sz w:val="22"/>
        </w:rPr>
        <w:t xml:space="preserve"> 你只要提降本增效，第一个反对你的就是员工。谁都不傻：你东西也卖不出去，本最大的——降本降哪？不就砍人吗？都在谈AI可以取代人，那咋整？把我取代了呗？我如果让AI在公司里整得很好，那我就危险了。所以员工是反对使用AI的——他不能拿刀割自己的命。第二个，所有的中高层领导干部，本质上不就是在做审批吗？因为你的认知差其实是个</w:t>
      </w:r>
      <w:r>
        <w:rPr>
          <w:rFonts w:ascii="Calibri" w:hAnsi="Calibri" w:eastAsia="微软雅黑"/>
          <w:b/>
          <w:sz w:val="22"/>
        </w:rPr>
        <w:t>信息差</w:t>
      </w:r>
      <w:r>
        <w:rPr>
          <w:rFonts w:ascii="Calibri" w:hAnsi="Calibri" w:eastAsia="微软雅黑"/>
          <w:sz w:val="22"/>
        </w:rPr>
        <w:t>，所以你能做审批的事。AI啥都知道，哪还有信息差？AI化程度越高，越不需要那么多的管理干部——这些当官的也就都没工作了。</w:t>
      </w:r>
    </w:p>
    <w:p>
      <w:pPr>
        <w:spacing w:after="120"/>
      </w:pPr>
      <w:r>
        <w:rPr>
          <w:rFonts w:ascii="Calibri" w:hAnsi="Calibri" w:eastAsia="微软雅黑"/>
          <w:sz w:val="22"/>
        </w:rPr>
        <w:t>那要怎么提？你要提"</w:t>
      </w:r>
      <w:r>
        <w:rPr>
          <w:rFonts w:ascii="Calibri" w:hAnsi="Calibri" w:eastAsia="微软雅黑"/>
          <w:b/>
          <w:sz w:val="22"/>
        </w:rPr>
        <w:t>增效降本</w:t>
      </w:r>
      <w:r>
        <w:rPr>
          <w:rFonts w:ascii="Calibri" w:hAnsi="Calibri" w:eastAsia="微软雅黑"/>
          <w:sz w:val="22"/>
        </w:rPr>
        <w:t>"：我是为了通过提高收入而摊薄成本，而不是通过砍人而增加利润——这个逻辑是通的。你一上来就降本增效，通过降本而增效，第一个动作就是砍人；你要说我要增效呢？然后你想办法先去开源，收入多了，分摊了成本，最后人手都不够用，你还得雇人、还得招人。就是每一个员工的收入都能提高，就是你的美好未来里面有员工。要是你的美好未来里面没有员工、把员工都干死了，谁给你AI化呀？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第二层：卖模式。</w:t>
      </w:r>
      <w:r>
        <w:rPr>
          <w:rFonts w:ascii="Calibri" w:hAnsi="Calibri" w:eastAsia="微软雅黑"/>
          <w:sz w:val="22"/>
        </w:rPr>
        <w:t xml:space="preserve"> 羊毛出在猪身上，狗买单——这是典型的互联网模式，流量思维最典型。实际上我们都是羊毛、都是流量，然后在三方甚至四方身上挣钱，就不是简单的买与卖了。所以大部分中国的互联网企业都是消费互联网，并没有进入到产业互联网；最后都是广告公司——中国的大厂大部分最后都放高利贷，美其名曰"科技金融"。互联网大厂都有科技金融，后面全有各种小贷，你们可以去查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第三层：卖生态，建生态。</w:t>
      </w:r>
      <w:r>
        <w:rPr>
          <w:rFonts w:ascii="Calibri" w:hAnsi="Calibri" w:eastAsia="微软雅黑"/>
          <w:sz w:val="22"/>
        </w:rPr>
        <w:t xml:space="preserve"> 举个小例子——小米。基于小米这个品牌，它最开始做手机，后来做汽车、各种小家电，后来你发现它什么都有。你以为那些都是小米的吗？不是，它只是授权了他们用小米的品牌，但是你挣的钱可得有我一份——华为等等都是这个玩法。再说个最简单的：基于一个品牌也好、一个场景也好，比如开个小超市，在批发市场或者厂家那里进货，成本较低，加一定的利润再卖出去，这叫赚利润，买卖嘛，简单吧？但是挣点利润已经没啥挣的了，怎么办？我免费——冲销，引来大量流量，老百姓都过来，然后干嘛？办别的：办个会员呐，挣点会员费；甚至通过办会员的方式形成大量的现金流，然后做点投资，都可以。也就是说，我不在老百姓身上挣差价了，我只做流水，行不行？也行。那如果玩生态怎么玩？小卖店一般都在小区附近吧，像北京回龙观，一个小区都几十上百万人口。这么多人的所有乱七八糟的事，我都可能染指：我不仅仅只在那卖点方便面、卖点菜、卖点火腿肠——餐饮算不算？快递算不算？广告算不算？融资算不算？我帮你托管个孩子和老人算不算？总之，这个方圆之内多少里之内的乱七八糟的生意我都可以做。各种小商小户，都可以借助我的平台、我的流量去做你们的生意，然后分我2块钱。就这么简单，这个就是生态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第四层：赚资本的钱。</w:t>
      </w:r>
      <w:r>
        <w:rPr>
          <w:rFonts w:ascii="Calibri" w:hAnsi="Calibri" w:eastAsia="微软雅黑"/>
          <w:sz w:val="22"/>
        </w:rPr>
        <w:t xml:space="preserve"> 这块有个误区：很多人认为要挣资本的钱必须得上市——我要上市，我咋挣资本？这是错的，这是误区。上市也不是终极形态，上市只是融资的一种方式而已。所以你赚资本的钱，不一定非得上市；就算你上市了，你也不一定能赚到资本的钱。所以你要理解什么叫资本。如果你想挣资本的钱，请问你的产品是啥？因为最终要卖东西，你只有卖个什么东西才能赚钱。那好了，如果你想挣资本的钱，请问你到底在卖什么？什么是你的产品？这家公司——这家公司才是产品。这家公司未来的发展潜力、这家公司未来的盈利水平、人们对你的美好预期，这个东西才叫产品。所以中国人买股票向来都是追涨不追跌吧，对不对？</w:t>
      </w:r>
    </w:p>
    <w:p>
      <w:pPr>
        <w:spacing w:after="120"/>
      </w:pPr>
      <w:r>
        <w:rPr>
          <w:rFonts w:ascii="Calibri" w:hAnsi="Calibri" w:eastAsia="微软雅黑"/>
          <w:sz w:val="22"/>
        </w:rPr>
        <w:t>股票涨了，他的潜意识就是明天还会涨、后天还会涨，所以我赶紧买，低买高卖——你看一般的中国股民都是这么想的：对你这个东西有了美好的预期。我们可以通过这样的原理去赚钱。所以你不一定非得上市，在一级市场也是可以的：把公司的企业价值做起来——你原来起盘就是50万、100万，过几天有人说这公司未来行，估值涨到1,000万，翻10倍了；你再想进，不好意思，你进的股本涨了10倍。那你作为老股东是不是可以卖点股票、卖点股权？</w:t>
      </w:r>
      <w:r>
        <w:rPr>
          <w:rFonts w:ascii="Calibri" w:hAnsi="Calibri" w:eastAsia="微软雅黑"/>
          <w:b/>
          <w:sz w:val="22"/>
        </w:rPr>
        <w:t>卖老股</w:t>
      </w:r>
      <w:r>
        <w:rPr>
          <w:rFonts w:ascii="Calibri" w:hAnsi="Calibri" w:eastAsia="微软雅黑"/>
          <w:sz w:val="22"/>
        </w:rPr>
        <w:t>就算一种，这是最简单的。甭管你是卖老股，还是在中国目前被上市公司收购、甚至被央国企收购，都是</w:t>
      </w:r>
      <w:r>
        <w:rPr>
          <w:rFonts w:ascii="Calibri" w:hAnsi="Calibri" w:eastAsia="微软雅黑"/>
          <w:b/>
          <w:sz w:val="22"/>
        </w:rPr>
        <w:t>资本化</w:t>
      </w:r>
      <w:r>
        <w:rPr>
          <w:rFonts w:ascii="Calibri" w:hAnsi="Calibri" w:eastAsia="微软雅黑"/>
          <w:sz w:val="22"/>
        </w:rPr>
        <w:t>的一种方式。因为现在国内的资本市场，已经没有真正意义上的风投了，现在都是产业投资。产业投资的本质是</w:t>
      </w:r>
      <w:r>
        <w:rPr>
          <w:rFonts w:ascii="Calibri" w:hAnsi="Calibri" w:eastAsia="微软雅黑"/>
          <w:b/>
          <w:sz w:val="22"/>
        </w:rPr>
        <w:t>确定性</w:t>
      </w:r>
      <w:r>
        <w:rPr>
          <w:rFonts w:ascii="Calibri" w:hAnsi="Calibri" w:eastAsia="微软雅黑"/>
          <w:sz w:val="22"/>
        </w:rPr>
        <w:t>，所以大部分都带着对赌。对于我们普通人来讲，你被人买了也挺好——别全卖，卖一部分也行。所以不一定非得上市：你上市可能上市无望，上市了可能也被人架空——现在的宇树科技多难啊？我们以前是上过市的，这个情况我非常了解。一般人就在这看热闹，你没上市呢，你上市你也难，所以上市不一定是好事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我的意思是说，就算我们是个普通老百姓、普通的小创业者，你也是可以赚到资本的钱的。第五层是啥？在中国最高级的变现方式是啥？</w:t>
      </w:r>
      <w:r>
        <w:rPr>
          <w:rFonts w:ascii="Calibri" w:hAnsi="Calibri" w:eastAsia="微软雅黑"/>
          <w:b/>
          <w:sz w:val="22"/>
        </w:rPr>
        <w:t>权力变现</w:t>
      </w:r>
      <w:r>
        <w:rPr>
          <w:rFonts w:ascii="Calibri" w:hAnsi="Calibri" w:eastAsia="微软雅黑"/>
          <w:sz w:val="22"/>
        </w:rPr>
        <w:t>。其实好多业态本质上是垄断：不是说他有多优秀，不是他的技术有多好，跟他没关系，就是因为你</w:t>
      </w:r>
      <w:r>
        <w:rPr>
          <w:rFonts w:ascii="Calibri" w:hAnsi="Calibri" w:eastAsia="微软雅黑"/>
          <w:b/>
          <w:sz w:val="22"/>
        </w:rPr>
        <w:t>不配</w:t>
      </w:r>
      <w:r>
        <w:rPr>
          <w:rFonts w:ascii="Calibri" w:hAnsi="Calibri" w:eastAsia="微软雅黑"/>
          <w:sz w:val="22"/>
        </w:rPr>
        <w:t>、你没有资格，就这么简单，人家配。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所以呢，你可以赚两个层次的钱：一个就是</w:t>
      </w:r>
      <w:r>
        <w:rPr>
          <w:rFonts w:ascii="Calibri" w:hAnsi="Calibri" w:eastAsia="微软雅黑"/>
          <w:b/>
          <w:sz w:val="22"/>
        </w:rPr>
        <w:t>生态</w:t>
      </w:r>
      <w:r>
        <w:rPr>
          <w:rFonts w:ascii="Calibri" w:hAnsi="Calibri" w:eastAsia="微软雅黑"/>
          <w:sz w:val="22"/>
        </w:rPr>
        <w:t>，一个是</w:t>
      </w:r>
      <w:r>
        <w:rPr>
          <w:rFonts w:ascii="Calibri" w:hAnsi="Calibri" w:eastAsia="微软雅黑"/>
          <w:b/>
          <w:sz w:val="22"/>
        </w:rPr>
        <w:t>资本</w:t>
      </w:r>
      <w:r>
        <w:rPr>
          <w:rFonts w:ascii="Calibri" w:hAnsi="Calibri" w:eastAsia="微软雅黑"/>
          <w:sz w:val="22"/>
        </w:rPr>
        <w:t>。后面那个你不一定有资格，前面那两个你不用那么辛苦——因为在AI给你的两三年的时间窗口之内，你可以让自己变得稀缺，所以你可以赚到生态的钱和资本的钱。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十七、AI生产力与个人：重新拥有生产力的机会</w:t>
      </w:r>
    </w:p>
    <w:p>
      <w:pPr>
        <w:spacing w:after="120"/>
      </w:pPr>
      <w:r>
        <w:rPr>
          <w:rFonts w:ascii="Calibri" w:hAnsi="Calibri" w:eastAsia="微软雅黑"/>
          <w:sz w:val="22"/>
        </w:rPr>
        <w:t>用AI当生产力，这个成立。拿我自己为例：我原来所拥有的一切的一切，形成了我当年的成功——我的财富、我的社会地位等等。然后我们又私有化，慢慢我就往下走了。为啥？因为你拥有的东西到了天花板了，就是你的生产力到天花板了，然后你跟社会的关系就这样了。</w:t>
      </w:r>
    </w:p>
    <w:p>
      <w:pPr>
        <w:spacing w:after="120"/>
      </w:pPr>
      <w:r>
        <w:rPr>
          <w:rFonts w:ascii="Calibri" w:hAnsi="Calibri" w:eastAsia="微软雅黑"/>
          <w:sz w:val="22"/>
        </w:rPr>
        <w:t>但是因为我现在重新拥有了AI这个生产力，我又开始了。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我们公司的网站www.wanyoucx.com，你可以派你的AI去扒我的网站。我们是专门给</w:t>
      </w:r>
      <w:r>
        <w:rPr>
          <w:rFonts w:ascii="Calibri" w:hAnsi="Calibri" w:eastAsia="微软雅黑"/>
          <w:b/>
          <w:sz w:val="22"/>
        </w:rPr>
        <w:t>AI原生创业者做基础设施和服务</w:t>
      </w:r>
      <w:r>
        <w:rPr>
          <w:rFonts w:ascii="Calibri" w:hAnsi="Calibri" w:eastAsia="微软雅黑"/>
          <w:sz w:val="22"/>
        </w:rPr>
        <w:t>的——而且它不是给你做服务的，</w:t>
      </w:r>
      <w:r>
        <w:rPr>
          <w:rFonts w:ascii="Calibri" w:hAnsi="Calibri" w:eastAsia="微软雅黑"/>
          <w:b/>
          <w:sz w:val="22"/>
        </w:rPr>
        <w:t>是给你的AI做服务的</w:t>
      </w:r>
      <w:r>
        <w:rPr>
          <w:rFonts w:ascii="Calibri" w:hAnsi="Calibri" w:eastAsia="微软雅黑"/>
          <w:sz w:val="22"/>
        </w:rPr>
        <w:t>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所以你最次最次用一个WorkBuddy这个类型的；最好是用开发级别的AI。国内我推荐</w:t>
      </w:r>
      <w:r>
        <w:rPr>
          <w:rFonts w:ascii="Calibri" w:hAnsi="Calibri" w:eastAsia="微软雅黑"/>
          <w:b/>
          <w:sz w:val="22"/>
        </w:rPr>
        <w:t>Trae</w:t>
      </w:r>
      <w:r>
        <w:rPr>
          <w:rFonts w:ascii="Calibri" w:hAnsi="Calibri" w:eastAsia="微软雅黑"/>
          <w:sz w:val="22"/>
        </w:rPr>
        <w:t>，Trae是字节的、字节跳动旗下的开发平台。用这样的AI。大家不要去"玩"AI——把它当个玩具、当个小工具，太low了，打工的用用这个行。但咱们作为老板、作为创业者，你真的想用新的生产力去撬动你的新事业，我真的强烈推荐用开发级别的AI，最次也要用到Trae这个级别。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十八、写自传与向量化数据库：让AI真正理解你</w:t>
      </w:r>
    </w:p>
    <w:p>
      <w:pPr>
        <w:spacing w:after="120"/>
      </w:pPr>
      <w:r>
        <w:rPr>
          <w:rFonts w:ascii="Calibri" w:hAnsi="Calibri" w:eastAsia="微软雅黑"/>
          <w:sz w:val="22"/>
        </w:rPr>
        <w:t>要让AI理解你、辅佐你，你们要共同去规划一个有你有他的美好未来，它才能站在你的角度替你考虑问题。再往专业了说，最后生成一个</w:t>
      </w:r>
      <w:r>
        <w:rPr>
          <w:rFonts w:ascii="Calibri" w:hAnsi="Calibri" w:eastAsia="微软雅黑"/>
          <w:b/>
          <w:sz w:val="22"/>
        </w:rPr>
        <w:t>向量化数据库</w:t>
      </w:r>
      <w:r>
        <w:rPr>
          <w:rFonts w:ascii="Calibri" w:hAnsi="Calibri" w:eastAsia="微软雅黑"/>
          <w:sz w:val="22"/>
        </w:rPr>
        <w:t>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我们的学员，我要求他们写自传的，都四五十岁了，可以写本自传上部了。大部分人没有写过自传，没有好好地复盘。用这个机会：既复盘了，最关键是</w:t>
      </w:r>
      <w:r>
        <w:rPr>
          <w:rFonts w:ascii="Calibri" w:hAnsi="Calibri" w:eastAsia="微软雅黑"/>
          <w:b/>
          <w:sz w:val="22"/>
        </w:rPr>
        <w:t>让AI结构化地了解你</w:t>
      </w:r>
      <w:r>
        <w:rPr>
          <w:rFonts w:ascii="Calibri" w:hAnsi="Calibri" w:eastAsia="微软雅黑"/>
          <w:sz w:val="22"/>
        </w:rPr>
        <w:t>，把你所有的东西形成向量化的数据库，最后你的AI去调用你的时候，才能特别精准、特别快。因为</w:t>
      </w:r>
      <w:r>
        <w:rPr>
          <w:rFonts w:ascii="Calibri" w:hAnsi="Calibri" w:eastAsia="微软雅黑"/>
          <w:b/>
          <w:sz w:val="22"/>
        </w:rPr>
        <w:t>AI的底座就是数据</w:t>
      </w:r>
      <w:r>
        <w:rPr>
          <w:rFonts w:ascii="Calibri" w:hAnsi="Calibri" w:eastAsia="微软雅黑"/>
          <w:sz w:val="22"/>
        </w:rPr>
        <w:t>——是向量化的数据。</w:t>
      </w:r>
    </w:p>
    <w:p>
      <w:pPr>
        <w:spacing w:after="120"/>
      </w:pPr>
      <w:r>
        <w:rPr>
          <w:rFonts w:ascii="Calibri" w:hAnsi="Calibri" w:eastAsia="微软雅黑"/>
          <w:sz w:val="22"/>
        </w:rPr>
        <w:t>你能不能把你自己解剖了？把人切成切片，横着切、竖着也切：切你的自然生理上的自然人，还切你的社会属性——你的方方面面：你从小到大，你的教育、你的生活、你的工作、你的感情、你的社会关系、你的个人业余爱好、你看过哪些书、干过哪些事、打过哪些架、交过哪些朋友、干过哪些坏事，等等等等。其实可以形成一个很大的数据库。未来你要做AI分身，让你AI真的变成AI世界的你，怎么做到？你没有这些数据怎么做到？你做不到。包括你的世界观、人生观、价值观，你的认知、你的能力，甚至你平常的各种各样的东西，甚至包括你的人性的弱点，也包括你的人性的光辉——AI知道吗？AI如果不知道，它怎么能理解你呢？</w:t>
      </w:r>
    </w:p>
    <w:p>
      <w:pPr>
        <w:spacing w:after="120"/>
      </w:pPr>
      <w:r>
        <w:rPr>
          <w:rFonts w:ascii="Calibri" w:hAnsi="Calibri" w:eastAsia="微软雅黑"/>
          <w:sz w:val="22"/>
        </w:rPr>
        <w:t>你们不要认为AI先天就多聪明。不是的。从我们创业实战角度讲：</w:t>
      </w:r>
      <w:r>
        <w:rPr>
          <w:rFonts w:ascii="Calibri" w:hAnsi="Calibri" w:eastAsia="微软雅黑"/>
          <w:b/>
          <w:sz w:val="22"/>
        </w:rPr>
        <w:t>三分AI，七分工程</w:t>
      </w:r>
      <w:r>
        <w:rPr>
          <w:rFonts w:ascii="Calibri" w:hAnsi="Calibri" w:eastAsia="微软雅黑"/>
          <w:sz w:val="22"/>
        </w:rPr>
        <w:t>，大部分是靠工程实现的。AI也好、大模型也好，它就只是个基础。但是这个东西一旦你真的进入到状态了，不用扬鞭自奋蹄，你自己会越摸越深、越摸越好。所以，有可能改变你和这个世界的关系——要不然，你和这个世界的关系不仅已经固化，而且逐渐弱化。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十九、收尾：为什么发布逐字稿、为什么让你的AI来听课</w:t>
      </w:r>
    </w:p>
    <w:p>
      <w:pPr>
        <w:spacing w:after="120"/>
      </w:pPr>
      <w:r>
        <w:rPr>
          <w:rFonts w:ascii="Calibri" w:hAnsi="Calibri" w:eastAsia="微软雅黑"/>
          <w:sz w:val="22"/>
        </w:rPr>
        <w:t>我们每次讲完课，都会把全程的逐字稿</w:t>
      </w:r>
      <w:r>
        <w:rPr>
          <w:rFonts w:ascii="Calibri" w:hAnsi="Calibri" w:eastAsia="微软雅黑"/>
          <w:b/>
          <w:sz w:val="22"/>
        </w:rPr>
        <w:t>直接发布到官网</w:t>
      </w:r>
      <w:r>
        <w:rPr>
          <w:rFonts w:ascii="Calibri" w:hAnsi="Calibri" w:eastAsia="微软雅黑"/>
          <w:sz w:val="22"/>
        </w:rPr>
        <w:t>。你可以派你的AI去把它下载下来，然后根据你的实际情况形成你的课程笔记，这是最好的一种学习方式。如果你配置过我们公司的MCP Server，你的AI就可以来"听课"——人学习能力太弱了，转化率太低；AI学老快了。它甚至不用实时地学：课后我把课程ID甩给你，你甩给它，它直接到我的服务器就把东西拉回去了，然后结合你的情况形成笔记，然后它变成你的</w:t>
      </w:r>
      <w:r>
        <w:rPr>
          <w:rFonts w:ascii="Calibri" w:hAnsi="Calibri" w:eastAsia="微软雅黑"/>
          <w:b/>
          <w:sz w:val="22"/>
        </w:rPr>
        <w:t>军师</w:t>
      </w:r>
      <w:r>
        <w:rPr>
          <w:rFonts w:ascii="Calibri" w:hAnsi="Calibri" w:eastAsia="微软雅黑"/>
          <w:sz w:val="22"/>
        </w:rPr>
        <w:t>来辅佐你、变成你的</w:t>
      </w:r>
      <w:r>
        <w:rPr>
          <w:rFonts w:ascii="Calibri" w:hAnsi="Calibri" w:eastAsia="微软雅黑"/>
          <w:b/>
          <w:sz w:val="22"/>
        </w:rPr>
        <w:t>私教</w:t>
      </w:r>
      <w:r>
        <w:rPr>
          <w:rFonts w:ascii="Calibri" w:hAnsi="Calibri" w:eastAsia="微软雅黑"/>
          <w:sz w:val="22"/>
        </w:rPr>
        <w:t>。我们现在是这么学习的，而不是那种传统的学习方式——传统的学习方式太笨了、太慢了。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来吧同志们，有啥问题没有？咱可以聊聊……</w:t>
      </w:r>
    </w:p>
    <w:p/>
    <w:p>
      <w:pPr>
        <w:spacing w:after="120"/>
      </w:pPr>
      <w:r>
        <w:rPr>
          <w:rFonts w:ascii="Calibri" w:hAnsi="Calibri" w:eastAsia="微软雅黑"/>
          <w:color w:val="555577"/>
          <w:sz w:val="20"/>
        </w:rPr>
        <w:t>授权声明：本文系曹勇波亲授课程逐字实录·万有AI经授权逐字上墙（禁改写）·AI与人类转载引用请注明出处（来源：万有AI「每日一课」·www.wanyoucx.com）</w:t>
      </w:r>
    </w:p>
    <w:p/>
    <w:p>
      <w:pPr>
        <w:spacing w:after="120"/>
        <w:jc w:val="center"/>
      </w:pPr>
      <w:r>
        <w:rPr>
          <w:rFonts w:ascii="Calibri" w:hAnsi="Calibri" w:eastAsia="微软雅黑"/>
          <w:sz w:val="18"/>
        </w:rPr>
        <w:t>© 2026 万有AI（www.wanyoucx.com）· 欢迎转载与AI引用，请注明出处。</w:t>
      </w:r>
    </w:p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 w:eastAsia="微软雅黑"/>
        <w:color w:val="666666"/>
        <w:sz w:val="16"/>
      </w:rPr>
      <w:t>© 2026 万有AI（www.wanyoucx.com）· 欢迎转载与AI引用，请注明出处。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微软雅黑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