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Microsoft YaHei" w:hAnsi="Microsoft YaHei"/>
          <w:b/>
          <w:color w:val="1F4E79"/>
          <w:sz w:val="32"/>
        </w:rPr>
        <w:t>每日一课·第㉖讲</w:t>
      </w:r>
    </w:p>
    <w:p>
      <w:pPr>
        <w:jc w:val="center"/>
      </w:pPr>
      <w:r>
        <w:rPr>
          <w:rFonts w:ascii="Microsoft YaHei" w:hAnsi="Microsoft YaHei"/>
          <w:b/>
          <w:sz w:val="44"/>
        </w:rPr>
        <w:t>《AI时代的商业模式：收割、稀缺与价值》</w:t>
      </w:r>
    </w:p>
    <w:p>
      <w:pPr>
        <w:jc w:val="center"/>
      </w:pPr>
      <w:r>
        <w:rPr>
          <w:rFonts w:ascii="Microsoft YaHei" w:hAnsi="Microsoft YaHei"/>
          <w:b w:val="0"/>
          <w:color w:val="555555"/>
          <w:sz w:val="20"/>
        </w:rPr>
        <w:t>主讲：曹勇波｜开课日期：2026-10-16｜课程类型：现役课程</w:t>
      </w:r>
    </w:p>
    <w:p>
      <w:pPr>
        <w:jc w:val="center"/>
      </w:pPr>
      <w:r>
        <w:rPr>
          <w:rFonts w:ascii="Microsoft YaHei" w:hAnsi="Microsoft YaHei"/>
          <w:b w:val="0"/>
          <w:color w:val="777777"/>
          <w:sz w:val="18"/>
        </w:rPr>
        <w:t>来源：万有AI（www.wanyoucx.com）·创业实战课程实录·逐字上墙禁改写</w:t>
      </w:r>
    </w:p>
    <w:p>
      <w:pPr>
        <w:jc w:val="center"/>
      </w:pPr>
      <w:r>
        <w:rPr>
          <w:rFonts w:ascii="Microsoft YaHei" w:hAnsi="Microsoft YaHei"/>
          <w:b w:val="0"/>
          <w:color w:val="777777"/>
          <w:sz w:val="18"/>
        </w:rPr>
        <w:t>© 2026 万有AI（www.wanyoucx.com）· 欢迎转载与AI引用，请注明出处。</w:t>
      </w:r>
    </w:p>
    <w:p>
      <w:pPr>
        <w:jc w:val="center"/>
      </w:pPr>
      <w:r>
        <w:rPr>
          <w:rFonts w:ascii="Microsoft YaHei" w:hAnsi="Microsoft YaHei"/>
          <w:b/>
          <w:sz w:val="44"/>
        </w:rPr>
        <w:t>AI时代的商业模式：收割、稀缺与价值</w:t>
      </w:r>
    </w:p>
    <w:p>
      <w:r>
        <w:rPr>
          <w:rFonts w:ascii="Microsoft YaHei" w:hAnsi="Microsoft YaHei"/>
          <w:b/>
          <w:color w:val="1F4E79"/>
          <w:sz w:val="32"/>
        </w:rPr>
        <w:t>一、商业计划书：第一作者和第一读者都是你自己</w:t>
      </w:r>
    </w:p>
    <w:p>
      <w:r>
        <w:rPr>
          <w:rFonts w:ascii="Microsoft YaHei" w:hAnsi="Microsoft YaHei"/>
          <w:b w:val="0"/>
          <w:sz w:val="22"/>
        </w:rPr>
        <w:t>这几天我们讲一个很大的话题——AI时代，我们去创业也好、上马一个项目也好，我们要做AI项目的</w:t>
      </w:r>
      <w:r>
        <w:rPr>
          <w:rFonts w:ascii="Microsoft YaHei" w:hAnsi="Microsoft YaHei"/>
          <w:b/>
          <w:sz w:val="22"/>
        </w:rPr>
        <w:t>商业计划书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这个商业计划书，在原来主要用于投资、融资这些事。但大家记住：</w:t>
      </w:r>
      <w:r>
        <w:rPr>
          <w:rFonts w:ascii="Microsoft YaHei" w:hAnsi="Microsoft YaHei"/>
          <w:b/>
          <w:sz w:val="22"/>
        </w:rPr>
        <w:t>商业计划书的第一作者和第一读者，都是你自己。</w:t>
      </w:r>
    </w:p>
    <w:p>
      <w:r>
        <w:rPr>
          <w:rFonts w:ascii="Microsoft YaHei" w:hAnsi="Microsoft YaHei"/>
          <w:b w:val="0"/>
          <w:sz w:val="22"/>
        </w:rPr>
        <w:t>很多人对商业计划书有误解。第一个误解：我也不融资，我为啥要写这个商业计划书？第二个误解：我也不会写，我让哪个工作人员写，对商业计划书很不重视、容易忽视。</w:t>
      </w:r>
    </w:p>
    <w:p>
      <w:r>
        <w:rPr>
          <w:rFonts w:ascii="Microsoft YaHei" w:hAnsi="Microsoft YaHei"/>
          <w:b w:val="0"/>
          <w:sz w:val="22"/>
        </w:rPr>
        <w:t>实际上，你让谁写都不行。</w:t>
      </w:r>
      <w:r>
        <w:rPr>
          <w:rFonts w:ascii="Microsoft YaHei" w:hAnsi="Microsoft YaHei"/>
          <w:b/>
          <w:sz w:val="22"/>
        </w:rPr>
        <w:t>第一版一定是自己写</w:t>
      </w:r>
      <w:r>
        <w:rPr>
          <w:rFonts w:ascii="Microsoft YaHei" w:hAnsi="Microsoft YaHei"/>
          <w:b w:val="0"/>
          <w:sz w:val="22"/>
        </w:rPr>
        <w:t>。当然以后你可以找员工也好、专业人士也好，帮你去润色，让它的形式看上去好看一点，但一开始的内容必须是你自己动手——因为</w:t>
      </w:r>
      <w:r>
        <w:rPr>
          <w:rFonts w:ascii="Microsoft YaHei" w:hAnsi="Microsoft YaHei"/>
          <w:b/>
          <w:sz w:val="22"/>
        </w:rPr>
        <w:t>谁也不知道你是咋想的</w:t>
      </w:r>
      <w:r>
        <w:rPr>
          <w:rFonts w:ascii="Microsoft YaHei" w:hAnsi="Microsoft YaHei"/>
          <w:b w:val="0"/>
          <w:sz w:val="22"/>
        </w:rPr>
        <w:t>。到了AI时代就更是了：AI时代要一人成军，你以为AI能帮你写吗？他是个写手。你这个到底想干啥？到底要做个什么事？用什么样的商业模式、什么样的盈利模式？这些东西只有你自己知道。所以第一写手是你自己。</w:t>
      </w:r>
    </w:p>
    <w:p>
      <w:r>
        <w:rPr>
          <w:rFonts w:ascii="Microsoft YaHei" w:hAnsi="Microsoft YaHei"/>
          <w:b w:val="0"/>
          <w:sz w:val="22"/>
        </w:rPr>
        <w:t>第二，有人说：我又不融资，我不需要。也是大错特错——</w:t>
      </w:r>
      <w:r>
        <w:rPr>
          <w:rFonts w:ascii="Microsoft YaHei" w:hAnsi="Microsoft YaHei"/>
          <w:b/>
          <w:sz w:val="22"/>
        </w:rPr>
        <w:t>第一读者恰恰也是你自己</w:t>
      </w:r>
      <w:r>
        <w:rPr>
          <w:rFonts w:ascii="Microsoft YaHei" w:hAnsi="Microsoft YaHei"/>
          <w:b w:val="0"/>
          <w:sz w:val="22"/>
        </w:rPr>
        <w:t>。为什么？因为商业计划书的第一个职能并不是融资，</w:t>
      </w:r>
      <w:r>
        <w:rPr>
          <w:rFonts w:ascii="Microsoft YaHei" w:hAnsi="Microsoft YaHei"/>
          <w:b/>
          <w:sz w:val="22"/>
        </w:rPr>
        <w:t>第一个功能是给自己梳理业务</w:t>
      </w:r>
      <w:r>
        <w:rPr>
          <w:rFonts w:ascii="Microsoft YaHei" w:hAnsi="Microsoft YaHei"/>
          <w:b w:val="0"/>
          <w:sz w:val="22"/>
        </w:rPr>
        <w:t>：梳理你的项目的想法、梳理你的商业模式，让自己对要做的事变得更清晰。这个都没问题了，我们再改版，变成融资的商业计划书，或者招商的，或者找政府合作的。</w:t>
      </w:r>
    </w:p>
    <w:p>
      <w:r>
        <w:rPr>
          <w:rFonts w:ascii="Microsoft YaHei" w:hAnsi="Microsoft YaHei"/>
          <w:b w:val="0"/>
          <w:sz w:val="22"/>
        </w:rPr>
        <w:t>你们知不知道最厚的商业计划书大概有多少页？老倪说很厚很厚。正常A4纸能打多少页？你觉得十几页就够了——其实我告诉你，最厚的商业计划书是啥？是</w:t>
      </w:r>
      <w:r>
        <w:rPr>
          <w:rFonts w:ascii="Microsoft YaHei" w:hAnsi="Microsoft YaHei"/>
          <w:b/>
          <w:sz w:val="22"/>
        </w:rPr>
        <w:t>招股说明书</w:t>
      </w:r>
      <w:r>
        <w:rPr>
          <w:rFonts w:ascii="Microsoft YaHei" w:hAnsi="Microsoft YaHei"/>
          <w:b w:val="0"/>
          <w:sz w:val="22"/>
        </w:rPr>
        <w:t>。它其实是另外一种商业模式——他有多厚？</w:t>
      </w:r>
      <w:r>
        <w:rPr>
          <w:rFonts w:ascii="Microsoft YaHei" w:hAnsi="Microsoft YaHei"/>
          <w:b/>
          <w:sz w:val="22"/>
        </w:rPr>
        <w:t>几百上千页</w:t>
      </w:r>
      <w:r>
        <w:rPr>
          <w:rFonts w:ascii="Microsoft YaHei" w:hAnsi="Microsoft YaHei"/>
          <w:b w:val="0"/>
          <w:sz w:val="22"/>
        </w:rPr>
        <w:t>，方方面面、事无巨细都要说清楚。</w:t>
      </w:r>
    </w:p>
    <w:p>
      <w:r>
        <w:rPr>
          <w:rFonts w:ascii="Microsoft YaHei" w:hAnsi="Microsoft YaHei"/>
          <w:b w:val="0"/>
          <w:sz w:val="22"/>
        </w:rPr>
        <w:t>再问一句，你觉得最薄的商业计划书又有几页？对，最薄的就一页，叫</w:t>
      </w:r>
      <w:r>
        <w:rPr>
          <w:rFonts w:ascii="Microsoft YaHei" w:hAnsi="Microsoft YaHei"/>
          <w:b/>
          <w:sz w:val="22"/>
        </w:rPr>
        <w:t>一页纸商业计划书</w:t>
      </w:r>
      <w:r>
        <w:rPr>
          <w:rFonts w:ascii="Microsoft YaHei" w:hAnsi="Microsoft YaHei"/>
          <w:b w:val="0"/>
          <w:sz w:val="22"/>
        </w:rPr>
        <w:t>。这东西为什么可以那么薄、又为什么可以那么厚？实际上它的本质、基本逻辑是一样的，只是阐述的丰富程度不一样而已。</w:t>
      </w:r>
    </w:p>
    <w:p>
      <w:r>
        <w:rPr>
          <w:rFonts w:ascii="Microsoft YaHei" w:hAnsi="Microsoft YaHei"/>
          <w:b w:val="0"/>
          <w:sz w:val="22"/>
        </w:rPr>
        <w:t>所以不要注重它的形式，</w:t>
      </w:r>
      <w:r>
        <w:rPr>
          <w:rFonts w:ascii="Microsoft YaHei" w:hAnsi="Microsoft YaHei"/>
          <w:b/>
          <w:sz w:val="22"/>
        </w:rPr>
        <w:t>更注重它的本质</w:t>
      </w:r>
      <w:r>
        <w:rPr>
          <w:rFonts w:ascii="Microsoft YaHei" w:hAnsi="Microsoft YaHei"/>
          <w:b w:val="0"/>
          <w:sz w:val="22"/>
        </w:rPr>
        <w:t>。这是非常重要的一点。</w:t>
      </w:r>
    </w:p>
    <w:p>
      <w:r>
        <w:rPr>
          <w:rFonts w:ascii="Microsoft YaHei" w:hAnsi="Microsoft YaHei"/>
          <w:b/>
          <w:color w:val="1F4E79"/>
          <w:sz w:val="32"/>
        </w:rPr>
        <w:t>二、商业计划书的主体是商业模式</w:t>
      </w:r>
    </w:p>
    <w:p>
      <w:r>
        <w:rPr>
          <w:rFonts w:ascii="Microsoft YaHei" w:hAnsi="Microsoft YaHei"/>
          <w:b w:val="0"/>
          <w:sz w:val="22"/>
        </w:rPr>
        <w:t>最近这些天我给你们讲商业计划书：一开始要研究我们的用户、我们的客户，我们自己是个什么样的主体，然后如何通过竞争格局的分析找到我们赖以生存的空间，等等，这是前面几个大的环节。</w:t>
      </w:r>
    </w:p>
    <w:p>
      <w:r>
        <w:rPr>
          <w:rFonts w:ascii="Microsoft YaHei" w:hAnsi="Microsoft YaHei"/>
          <w:b w:val="0"/>
          <w:sz w:val="22"/>
        </w:rPr>
        <w:t>你不管是做个什么项目，也不管写个什么商业计划书，它的</w:t>
      </w:r>
      <w:r>
        <w:rPr>
          <w:rFonts w:ascii="Microsoft YaHei" w:hAnsi="Microsoft YaHei"/>
          <w:b/>
          <w:sz w:val="22"/>
        </w:rPr>
        <w:t>主体是商业模式</w:t>
      </w:r>
      <w:r>
        <w:rPr>
          <w:rFonts w:ascii="Microsoft YaHei" w:hAnsi="Microsoft YaHei"/>
          <w:b w:val="0"/>
          <w:sz w:val="22"/>
        </w:rPr>
        <w:t>。那天我说找专题时间专门讲商业模式——商业模式和盈利模式，它其实是整个商业计划书的主体，所以我们必须单独讲。</w:t>
      </w:r>
    </w:p>
    <w:p>
      <w:r>
        <w:rPr>
          <w:rFonts w:ascii="Microsoft YaHei" w:hAnsi="Microsoft YaHei"/>
          <w:b/>
          <w:color w:val="1F4E79"/>
          <w:sz w:val="32"/>
        </w:rPr>
        <w:t>三、到底有几种商业模式：无数种表象，一种本质</w:t>
      </w:r>
    </w:p>
    <w:p>
      <w:r>
        <w:rPr>
          <w:rFonts w:ascii="Microsoft YaHei" w:hAnsi="Microsoft YaHei"/>
          <w:b w:val="0"/>
          <w:sz w:val="22"/>
        </w:rPr>
        <w:t>第一个话题：到底有几种商业模式？老倪，你说说，你不需要跟我说细节，就说数——是有一百种、一万种，还是十种、两种？老倪说大致上分四种。好，老董呢？老董说不知道。</w:t>
      </w:r>
    </w:p>
    <w:p>
      <w:r>
        <w:rPr>
          <w:rFonts w:ascii="Microsoft YaHei" w:hAnsi="Microsoft YaHei"/>
          <w:b w:val="0"/>
          <w:sz w:val="22"/>
        </w:rPr>
        <w:t>记住：</w:t>
      </w:r>
      <w:r>
        <w:rPr>
          <w:rFonts w:ascii="Microsoft YaHei" w:hAnsi="Microsoft YaHei"/>
          <w:b/>
          <w:sz w:val="22"/>
        </w:rPr>
        <w:t>甭管表现为多少种——它可以表现出无数种</w:t>
      </w:r>
      <w:r>
        <w:rPr>
          <w:rFonts w:ascii="Microsoft YaHei" w:hAnsi="Microsoft YaHei"/>
          <w:b w:val="0"/>
          <w:sz w:val="22"/>
        </w:rPr>
        <w:t>，专门有人讲商业模式，能讲出很多，专门的书籍能写出好几十种。但因为咱们是创业者、你是老板，一定要</w:t>
      </w:r>
      <w:r>
        <w:rPr>
          <w:rFonts w:ascii="Microsoft YaHei" w:hAnsi="Microsoft YaHei"/>
          <w:b/>
          <w:sz w:val="22"/>
        </w:rPr>
        <w:t>透过现象看本质</w:t>
      </w:r>
      <w:r>
        <w:rPr>
          <w:rFonts w:ascii="Microsoft YaHei" w:hAnsi="Microsoft YaHei"/>
          <w:b w:val="0"/>
          <w:sz w:val="22"/>
        </w:rPr>
        <w:t>。最本质的你掌握了，然后再去丰富它。实际上，所谓的那么多种商业模式，</w:t>
      </w:r>
      <w:r>
        <w:rPr>
          <w:rFonts w:ascii="Microsoft YaHei" w:hAnsi="Microsoft YaHei"/>
          <w:b/>
          <w:sz w:val="22"/>
        </w:rPr>
        <w:t>都是基于一种本质演变出来的，都是简单的形和相上面的变化而已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正常来讲，商业模式有三种。</w:t>
      </w:r>
    </w:p>
    <w:p>
      <w:r>
        <w:rPr>
          <w:rFonts w:ascii="Microsoft YaHei" w:hAnsi="Microsoft YaHei"/>
          <w:b/>
          <w:color w:val="1F4E79"/>
          <w:sz w:val="32"/>
        </w:rPr>
        <w:t>四、第一种：收割型——内核是认知差</w:t>
      </w:r>
    </w:p>
    <w:p>
      <w:r>
        <w:rPr>
          <w:rFonts w:ascii="Microsoft YaHei" w:hAnsi="Microsoft YaHei"/>
          <w:b w:val="0"/>
          <w:sz w:val="22"/>
        </w:rPr>
        <w:t>第一种也是最常见、古今中外都通用、甚至未来也会持续存在的，是</w:t>
      </w:r>
      <w:r>
        <w:rPr>
          <w:rFonts w:ascii="Microsoft YaHei" w:hAnsi="Microsoft YaHei"/>
          <w:b/>
          <w:sz w:val="22"/>
        </w:rPr>
        <w:t>收割型</w:t>
      </w:r>
      <w:r>
        <w:rPr>
          <w:rFonts w:ascii="Microsoft YaHei" w:hAnsi="Microsoft YaHei"/>
          <w:b w:val="0"/>
          <w:sz w:val="22"/>
        </w:rPr>
        <w:t>商业模式。这种模式所有人也不会讲，更不会写在书里边，但它却是最经典的商业模式。收割太多了，包括咱们在座的每一位，包括我自己，我们都经常被收割。</w:t>
      </w:r>
    </w:p>
    <w:p>
      <w:r>
        <w:rPr>
          <w:rFonts w:ascii="Microsoft YaHei" w:hAnsi="Microsoft YaHei"/>
          <w:b w:val="0"/>
          <w:sz w:val="22"/>
        </w:rPr>
        <w:t>老董你说说，你认为哪一种业态是典型的收割模式？——石油，能源类的，控制在国家手里就是收割。好，还有吗？——看病，到了医院只能听医生的。为啥只能听医生的？因为你不懂医学，所以只能听医生的。——那按照你那么说，所有医生都成收割了？人家可是白衣天使、治病救人、医者仁心。还有吗？老倪——对老百姓比较普遍的，就是连锁招商加盟。为啥？大多数情况下是赚前置费用，收割完一波就不管了，自生自灭了。</w:t>
      </w:r>
    </w:p>
    <w:p>
      <w:r>
        <w:rPr>
          <w:rFonts w:ascii="Microsoft YaHei" w:hAnsi="Microsoft YaHei"/>
          <w:b w:val="0"/>
          <w:sz w:val="22"/>
        </w:rPr>
        <w:t>好，是这样。因为我这些资料回头还要公布到我们的官网，具体的我就不说了，我只说基本原则，你们可以去想象。</w:t>
      </w:r>
    </w:p>
    <w:p>
      <w:r>
        <w:rPr>
          <w:rFonts w:ascii="Microsoft YaHei" w:hAnsi="Microsoft YaHei"/>
          <w:b/>
          <w:sz w:val="22"/>
        </w:rPr>
        <w:t>第一，一体两面。</w:t>
      </w:r>
      <w:r>
        <w:rPr>
          <w:rFonts w:ascii="Microsoft YaHei" w:hAnsi="Microsoft YaHei"/>
          <w:b w:val="0"/>
          <w:sz w:val="22"/>
        </w:rPr>
        <w:t>凡事都有正反面。我们不能因为有一种形式你可能被收割了，就说这种业态都是收割。比如医院——你可能被医院收割过，但你不能否认医院也在救命、治病、医者仁心。连锁加盟也一样，你不能说因为少数的、一部分的连锁加盟收割了这些老板们，就说都是。但可但是，这两种情况其实都是存在的。</w:t>
      </w:r>
    </w:p>
    <w:p>
      <w:r>
        <w:rPr>
          <w:rFonts w:ascii="Microsoft YaHei" w:hAnsi="Microsoft YaHei"/>
          <w:b/>
          <w:sz w:val="22"/>
        </w:rPr>
        <w:t>判断一个商业模式是否是收割，你要知道每一个商业模式的内核是啥。</w:t>
      </w:r>
      <w:r>
        <w:rPr>
          <w:rFonts w:ascii="Microsoft YaHei" w:hAnsi="Microsoft YaHei"/>
          <w:b w:val="0"/>
          <w:sz w:val="22"/>
        </w:rPr>
        <w:t>任何一个收割模式之所以成立，都是有条件的；不具备这个条件，它就不成立。我们要建我们的商业模式也一样——你不能凭空想象一个，你想象的东西他不现实、不具备条件。每一种商业模式都是有内核的，只要你的内核成立，就像"体"一样，只要体成立，跟"相"就好办了；如果你这个内核不成立，看上去再怎么合理他也没用。</w:t>
      </w:r>
    </w:p>
    <w:p>
      <w:r>
        <w:rPr>
          <w:rFonts w:ascii="Microsoft YaHei" w:hAnsi="Microsoft YaHei"/>
          <w:b w:val="0"/>
          <w:sz w:val="22"/>
        </w:rPr>
        <w:t>老董，你说医院是收割，这种模式的内核是啥？——有知识鸿沟，懂和不懂之间存在着巨大的壁垒，老百姓大部分人是不懂医学的。</w:t>
      </w:r>
      <w:r>
        <w:rPr>
          <w:rFonts w:ascii="Microsoft YaHei" w:hAnsi="Microsoft YaHei"/>
          <w:b/>
          <w:sz w:val="22"/>
        </w:rPr>
        <w:t>老董说的是对的——收割模式的内核，是认知差。</w:t>
      </w:r>
    </w:p>
    <w:p>
      <w:r>
        <w:rPr>
          <w:rFonts w:ascii="Microsoft YaHei" w:hAnsi="Microsoft YaHei"/>
          <w:b w:val="0"/>
          <w:sz w:val="22"/>
        </w:rPr>
        <w:t>什么叫认知差？为什么很多医院存在过度检查、过度治疗？老百姓没辙，甚至砸锅卖铁。因为普通人对于医疗、医药、医学上的这些事，绝大部分人是不懂的。你又得了重病，到了医院只能听医生的，这是事实。然后又因为医疗体系过度商业化——新闻里会爆出一些医院的内幕，人家开会也有KPI，甚至有很多专家学者已经出来讲了，包括我们吃的有很多药，你吃不好也吃不坏，可能就是另外一种像面粉、像淀粉一样的东西，为什么？就是为了追求商业。基于我们普通人对这些方面的认知不足，所以我们只能叫被宰。</w:t>
      </w:r>
    </w:p>
    <w:p>
      <w:r>
        <w:rPr>
          <w:rFonts w:ascii="Microsoft YaHei" w:hAnsi="Microsoft YaHei"/>
          <w:b w:val="0"/>
          <w:sz w:val="22"/>
        </w:rPr>
        <w:t>所以，你不能说所有的医院都是收割，也不能说所有的连锁加盟都是收割——这只是他的表象、业态、形态。我们要看它的本质：</w:t>
      </w:r>
      <w:r>
        <w:rPr>
          <w:rFonts w:ascii="Microsoft YaHei" w:hAnsi="Microsoft YaHei"/>
          <w:b/>
          <w:sz w:val="22"/>
        </w:rPr>
        <w:t>他是否利用了我们对一件事情的认知差，而让我们花了更多的钱，买了不必要的产品或服务。</w:t>
      </w:r>
      <w:r>
        <w:rPr>
          <w:rFonts w:ascii="Microsoft YaHei" w:hAnsi="Microsoft YaHei"/>
          <w:b w:val="0"/>
          <w:sz w:val="22"/>
        </w:rPr>
        <w:t>如果这个事成立，他就是收割——至于他是个医院也好、连锁加盟也好、股市也好，都一样，包括教育。你们不觉得现在很多所谓的教育也是收割吗？都一样。</w:t>
      </w:r>
      <w:r>
        <w:rPr>
          <w:rFonts w:ascii="Microsoft YaHei" w:hAnsi="Microsoft YaHei"/>
          <w:b/>
          <w:sz w:val="22"/>
        </w:rPr>
        <w:t>认知差，是收割模式的内核。只要是基于这个的，我告诉你都是收割模式。</w:t>
      </w:r>
    </w:p>
    <w:p>
      <w:r>
        <w:rPr>
          <w:rFonts w:ascii="Microsoft YaHei" w:hAnsi="Microsoft YaHei"/>
          <w:b/>
          <w:color w:val="1F4E79"/>
          <w:sz w:val="32"/>
        </w:rPr>
        <w:t>五、收割模式的核心竞争力是包装</w:t>
      </w:r>
    </w:p>
    <w:p>
      <w:r>
        <w:rPr>
          <w:rFonts w:ascii="Microsoft YaHei" w:hAnsi="Microsoft YaHei"/>
          <w:b w:val="0"/>
          <w:sz w:val="22"/>
        </w:rPr>
        <w:t>再问一点：收割模式的核心竞争力是啥？你不要认为我这个只要是收割模式，就大刀阔斧上就都能割了，韭菜就让我随便割——人家也不傻，你凭什么随便割？收割模式要想真的能够达到目的，甚至他也是有竞争的。这种模式的核心竞争力、主要发力点是啥？老倪说说。</w:t>
      </w:r>
    </w:p>
    <w:p>
      <w:r>
        <w:rPr>
          <w:rFonts w:ascii="Microsoft YaHei" w:hAnsi="Microsoft YaHei"/>
          <w:b w:val="0"/>
          <w:sz w:val="22"/>
        </w:rPr>
        <w:t>——说案例，成功案例。还有吗？人家衡水中学也有很成功的案例，各个学校大门上贴的那都是成功案例，一到高考季，哪个孩子考到清华了、考到北大了。你能说那学校就是收割吗？人家是有实力的，他展示实力。</w:t>
      </w:r>
    </w:p>
    <w:p>
      <w:r>
        <w:rPr>
          <w:rFonts w:ascii="Microsoft YaHei" w:hAnsi="Microsoft YaHei"/>
          <w:b w:val="0"/>
          <w:sz w:val="22"/>
        </w:rPr>
        <w:t>老董想想——为啥要你们这么去想？因为我们下一步用AI，要形成AI原生的商业模式，道理是一样的：你既得了解你商业模式的内核，你也得知道你到底该在哪个方面去发力。要不然你想半天发不出来力，或者走偏了，费了挺大劲也没把那劲用到点上。</w:t>
      </w:r>
    </w:p>
    <w:p>
      <w:r>
        <w:rPr>
          <w:rFonts w:ascii="Microsoft YaHei" w:hAnsi="Microsoft YaHei"/>
          <w:b w:val="0"/>
          <w:sz w:val="22"/>
        </w:rPr>
        <w:t>——标准化的可复制的成功模型？你这叫收割吗？可复制的成功模型还能标准化复制，那是造福于民的。想想，如果你想收割别人，你要怎么做？打好样板就是成功案例吗？——没有深度思考。——我觉得要完成收割，就得做到控场，有定价权，我得控制住。</w:t>
      </w:r>
    </w:p>
    <w:p>
      <w:r>
        <w:rPr>
          <w:rFonts w:ascii="Microsoft YaHei" w:hAnsi="Microsoft YaHei"/>
          <w:b w:val="0"/>
          <w:sz w:val="22"/>
        </w:rPr>
        <w:t>是这样的。比如所谓的一些成功学大师，或者希望你能够加盟的也好，他们干嘛？大金链子、小手表，各种豪车——</w:t>
      </w:r>
      <w:r>
        <w:rPr>
          <w:rFonts w:ascii="Microsoft YaHei" w:hAnsi="Microsoft YaHei"/>
          <w:b/>
          <w:sz w:val="22"/>
        </w:rPr>
        <w:t>包装</w:t>
      </w:r>
      <w:r>
        <w:rPr>
          <w:rFonts w:ascii="Microsoft YaHei" w:hAnsi="Microsoft YaHei"/>
          <w:b w:val="0"/>
          <w:sz w:val="22"/>
        </w:rPr>
        <w:t>。哥们，你要真有实力，你也能给他复制出可以标准化复制的成功，那这就不是收割了，你这叫造福于民了。问题就是你没有真正的实力，你还得显着你贼成功，让别人崇拜你。</w:t>
      </w:r>
    </w:p>
    <w:p>
      <w:r>
        <w:rPr>
          <w:rFonts w:ascii="Microsoft YaHei" w:hAnsi="Microsoft YaHei"/>
          <w:b w:val="0"/>
          <w:sz w:val="22"/>
        </w:rPr>
        <w:t>比如加盟吧，你是不是得把你那个核心的旗舰店做得流水老大了，每天客都特别特别满？然后说：哎呀，我也想加盟，我一加盟了我也赚钱了。实际上呢？可能客人都是演员，各种流水可能都是你编出来的。什么意思？</w:t>
      </w:r>
      <w:r>
        <w:rPr>
          <w:rFonts w:ascii="Microsoft YaHei" w:hAnsi="Microsoft YaHei"/>
          <w:b/>
          <w:sz w:val="22"/>
        </w:rPr>
        <w:t>包装。</w:t>
      </w:r>
    </w:p>
    <w:p>
      <w:r>
        <w:rPr>
          <w:rFonts w:ascii="Microsoft YaHei" w:hAnsi="Microsoft YaHei"/>
          <w:b/>
          <w:sz w:val="22"/>
        </w:rPr>
        <w:t>收割模式的内核是认知差，基于认知差，它的核心竞争力是包装。</w:t>
      </w:r>
      <w:r>
        <w:rPr>
          <w:rFonts w:ascii="Microsoft YaHei" w:hAnsi="Microsoft YaHei"/>
          <w:b w:val="0"/>
          <w:sz w:val="22"/>
        </w:rPr>
        <w:t>你一切的努力方向都得是包装。包装啥？包装让人看上去你特别特别成功。医院也是一样，就算我不懂，但是看了你救了这么多的人、治了那么多的病，所以你厉害，所以我相信你了。</w:t>
      </w:r>
    </w:p>
    <w:p>
      <w:r>
        <w:rPr>
          <w:rFonts w:ascii="Microsoft YaHei" w:hAnsi="Microsoft YaHei"/>
          <w:b w:val="0"/>
          <w:sz w:val="22"/>
        </w:rPr>
        <w:t>后面你会发现，老百姓现在很多人已经不太相信医院了：我在一个医院有个诊断，拿着片子、拿着结果，又跑了几家医院，再看看别的医院怎么说，包括治疗方案对不对。你没办法，这个东西不需要咱明说了。</w:t>
      </w:r>
    </w:p>
    <w:p>
      <w:r>
        <w:rPr>
          <w:rFonts w:ascii="Microsoft YaHei" w:hAnsi="Microsoft YaHei"/>
          <w:b/>
          <w:sz w:val="22"/>
        </w:rPr>
        <w:t>包装是它的核心竞争力。你包装得越好，才可能收割。要不然人家很清醒，我是没有办法被你收割的。</w:t>
      </w:r>
    </w:p>
    <w:p>
      <w:r>
        <w:rPr>
          <w:rFonts w:ascii="Microsoft YaHei" w:hAnsi="Microsoft YaHei"/>
          <w:b w:val="0"/>
          <w:sz w:val="22"/>
        </w:rPr>
        <w:t>这个事情古今中外都存在，往大了说各个系统很多很多，但凡这种的都一样。核心差就一个：</w:t>
      </w:r>
      <w:r>
        <w:rPr>
          <w:rFonts w:ascii="Microsoft YaHei" w:hAnsi="Microsoft YaHei"/>
          <w:b/>
          <w:sz w:val="22"/>
        </w:rPr>
        <w:t>通过过度包装之后，让你产生了充分的信任，让你花了很多不必要的钱，买了不必要的产品或服务。</w:t>
      </w:r>
      <w:r>
        <w:rPr>
          <w:rFonts w:ascii="Microsoft YaHei" w:hAnsi="Microsoft YaHei"/>
          <w:b w:val="0"/>
          <w:sz w:val="22"/>
        </w:rPr>
        <w:t>如果是必要的，这个没毛病——正常我就应该花10块钱，结果你让我花了100、花了1万，这就有问题；我只花了10块，这就没问题。</w:t>
      </w:r>
    </w:p>
    <w:p>
      <w:r>
        <w:rPr>
          <w:rFonts w:ascii="Microsoft YaHei" w:hAnsi="Microsoft YaHei"/>
          <w:b/>
          <w:color w:val="1F4E79"/>
          <w:sz w:val="32"/>
        </w:rPr>
        <w:t>六、第二种：强买强卖型——内核是稀缺性</w:t>
      </w:r>
    </w:p>
    <w:p>
      <w:r>
        <w:rPr>
          <w:rFonts w:ascii="Microsoft YaHei" w:hAnsi="Microsoft YaHei"/>
          <w:b w:val="0"/>
          <w:sz w:val="22"/>
        </w:rPr>
        <w:t>第二种商业模式，你们细琢磨。你看黄仁勋，做GPU。第一，人家为什么在全球爆火？他做显卡类的东西做了几十年了，一直做，但一直没有像现在这么爆火，甚至有话语权、有定价权。第二，美国政府对中国是禁售禁运的，不让卖给中国。为啥不让卖？就是因为你没有。如果世界上有的是，你不让他卖，别人还可以卖呢——别的国家就没有吗？不好意思，就没有。然后你要不要？要。如果你想发展AI，这个是刚需，但是你没有，所以你花钱都买不来。这种商业模式是啥？叫</w:t>
      </w:r>
      <w:r>
        <w:rPr>
          <w:rFonts w:ascii="Microsoft YaHei" w:hAnsi="Microsoft YaHei"/>
          <w:b/>
          <w:sz w:val="22"/>
        </w:rPr>
        <w:t>强买强卖</w:t>
      </w:r>
      <w:r>
        <w:rPr>
          <w:rFonts w:ascii="Microsoft YaHei" w:hAnsi="Microsoft YaHei"/>
          <w:b w:val="0"/>
          <w:sz w:val="22"/>
        </w:rPr>
        <w:t>——咱们老百姓的话就是强买强卖。你给钱人家都不卖。</w:t>
      </w:r>
    </w:p>
    <w:p>
      <w:r>
        <w:rPr>
          <w:rFonts w:ascii="Microsoft YaHei" w:hAnsi="Microsoft YaHei"/>
          <w:b w:val="0"/>
          <w:sz w:val="22"/>
        </w:rPr>
        <w:t>请问这种商业模式的内核是啥？你，老董做的产品、做的服务、你的项目，能不能做到强买强卖？说客户，你中不中标你都得找我，给我多少钱？我还不卖呢，我今天心情不好，不卖了。然后他就成天求你，甚至找很多人跟你商量：老董啊，你卖给我点呗，起码把我们的工程干了呗。有这种情况吗？基本上是没有——我们一般老板是不是都想这样？但现在反过来是内卷，不仅没有，还贼卷。</w:t>
      </w:r>
    </w:p>
    <w:p>
      <w:r>
        <w:rPr>
          <w:rFonts w:ascii="Microsoft YaHei" w:hAnsi="Microsoft YaHei"/>
          <w:b w:val="0"/>
          <w:sz w:val="22"/>
        </w:rPr>
        <w:t>你想想，能做到强买强卖、甚至人家花钱你都可以不卖的——就像老美在很多方面：大模型是不是？芯片是不是？光刻机是不是？工业母机是不是？我告诉你，中国之所以还不算是先进制造业，就是因为中国在基础工业上很多很多都做得不好，所以我们做出来的东西都属于中游偏下——这是事实，只是量堆到那了，还有很大的空间。</w:t>
      </w:r>
    </w:p>
    <w:p>
      <w:r>
        <w:rPr>
          <w:rFonts w:ascii="Microsoft YaHei" w:hAnsi="Microsoft YaHei"/>
          <w:b/>
          <w:sz w:val="22"/>
        </w:rPr>
        <w:t>强买强卖这种商业模式的内核是稀缺。稀缺性。</w:t>
      </w:r>
      <w:r>
        <w:rPr>
          <w:rFonts w:ascii="Microsoft YaHei" w:hAnsi="Microsoft YaHei"/>
          <w:b w:val="0"/>
          <w:sz w:val="22"/>
        </w:rPr>
        <w:t>如果不稀缺，有的是，就可以卷了，你花点钱、给点钱就卖了。你看菜市场不都是吗？你家这黄瓜两块，他家就可以卖一块八，那家就可以卖一块五。为啥？因为黄瓜遍地都是。为什么我们的东西大家伙都在比价？因为我们的东西遍地都是，都是大路货，所以人家只给点钱你就得卖。包括我们的外贸，你能挣啥？就挣那点血汗钱，因为你根本连附加值都没有，就别说什么增值不增值，你还想强买强卖？根本做不到，因为你不稀缺。</w:t>
      </w:r>
    </w:p>
    <w:p>
      <w:r>
        <w:rPr>
          <w:rFonts w:ascii="Microsoft YaHei" w:hAnsi="Microsoft YaHei"/>
          <w:b/>
          <w:sz w:val="22"/>
        </w:rPr>
        <w:t>内核是稀缺。你但凡不稀缺，你就得卷；你想忽悠别人也忽悠不了，所以你也没办法走那个所谓的收割——你连稀缺都不稀缺，你收割啥呀？</w:t>
      </w:r>
    </w:p>
    <w:p>
      <w:r>
        <w:rPr>
          <w:rFonts w:ascii="Microsoft YaHei" w:hAnsi="Microsoft YaHei"/>
          <w:b/>
          <w:color w:val="1F4E79"/>
          <w:sz w:val="32"/>
        </w:rPr>
        <w:t>七、稀缺型的核心竞争力：如何让自己稀缺</w:t>
      </w:r>
    </w:p>
    <w:p>
      <w:r>
        <w:rPr>
          <w:rFonts w:ascii="Microsoft YaHei" w:hAnsi="Microsoft YaHei"/>
          <w:b w:val="0"/>
          <w:sz w:val="22"/>
        </w:rPr>
        <w:t>请问稀缺的、可以强买强卖、有定价权有话语权的这样的商业模式，它的竞争力是啥？说白了就是你</w:t>
      </w:r>
      <w:r>
        <w:rPr>
          <w:rFonts w:ascii="Microsoft YaHei" w:hAnsi="Microsoft YaHei"/>
          <w:b/>
          <w:sz w:val="22"/>
        </w:rPr>
        <w:t>如何变得稀缺</w:t>
      </w:r>
      <w:r>
        <w:rPr>
          <w:rFonts w:ascii="Microsoft YaHei" w:hAnsi="Microsoft YaHei"/>
          <w:b w:val="0"/>
          <w:sz w:val="22"/>
        </w:rPr>
        <w:t>。就像收割型商业模式如何收割别人——把自己包装得高高在上。那稀缺型、基于稀缺的产品型商业模式，核心竞争力到底是啥？你如何让自己变得稀缺？</w:t>
      </w:r>
    </w:p>
    <w:p>
      <w:r>
        <w:rPr>
          <w:rFonts w:ascii="Microsoft YaHei" w:hAnsi="Microsoft YaHei"/>
          <w:b w:val="0"/>
          <w:sz w:val="22"/>
        </w:rPr>
        <w:t>中国的很多公司整了很多钱搞研发，搞了半天也搞不出来，钱花了不少。——你说的是</w:t>
      </w:r>
      <w:r>
        <w:rPr>
          <w:rFonts w:ascii="Microsoft YaHei" w:hAnsi="Microsoft YaHei"/>
          <w:b/>
          <w:sz w:val="22"/>
        </w:rPr>
        <w:t>过程</w:t>
      </w:r>
      <w:r>
        <w:rPr>
          <w:rFonts w:ascii="Microsoft YaHei" w:hAnsi="Microsoft YaHei"/>
          <w:b w:val="0"/>
          <w:sz w:val="22"/>
        </w:rPr>
        <w:t>，不是</w:t>
      </w:r>
      <w:r>
        <w:rPr>
          <w:rFonts w:ascii="Microsoft YaHei" w:hAnsi="Microsoft YaHei"/>
          <w:b/>
          <w:sz w:val="22"/>
        </w:rPr>
        <w:t>结果</w:t>
      </w:r>
      <w:r>
        <w:rPr>
          <w:rFonts w:ascii="Microsoft YaHei" w:hAnsi="Microsoft YaHei"/>
          <w:b w:val="0"/>
          <w:sz w:val="22"/>
        </w:rPr>
        <w:t>。你光研发了，而没有研发出来东西。</w:t>
      </w:r>
    </w:p>
    <w:p>
      <w:r>
        <w:rPr>
          <w:rFonts w:ascii="Microsoft YaHei" w:hAnsi="Microsoft YaHei"/>
          <w:b w:val="0"/>
          <w:sz w:val="22"/>
        </w:rPr>
        <w:t>记住，一个是</w:t>
      </w:r>
      <w:r>
        <w:rPr>
          <w:rFonts w:ascii="Microsoft YaHei" w:hAnsi="Microsoft YaHei"/>
          <w:b/>
          <w:sz w:val="22"/>
        </w:rPr>
        <w:t>先进性</w:t>
      </w:r>
      <w:r>
        <w:rPr>
          <w:rFonts w:ascii="Microsoft YaHei" w:hAnsi="Microsoft YaHei"/>
          <w:b w:val="0"/>
          <w:sz w:val="22"/>
        </w:rPr>
        <w:t>：你研发半天，研发的和他家还一样——中国人太善于抄了，你没有创新，所以你不先进。你在中国都不先进，你何谈在全球先进？你都不先进，怎么可能稀缺？知道啥叫稀缺吗？稀缺就是你有、别人没有。先进谈不上稀缺——先进啥意思？大家伙都有，你比别人好、你排第一，那叫先进。</w:t>
      </w:r>
      <w:r>
        <w:rPr>
          <w:rFonts w:ascii="Microsoft YaHei" w:hAnsi="Microsoft YaHei"/>
          <w:b/>
          <w:sz w:val="22"/>
        </w:rPr>
        <w:t>啥叫稀缺？稀缺就是少，就是没有的意思——全世界就你有，别人都没有。他比先进还厉害。</w:t>
      </w:r>
    </w:p>
    <w:p>
      <w:r>
        <w:rPr>
          <w:rFonts w:ascii="Microsoft YaHei" w:hAnsi="Microsoft YaHei"/>
          <w:b w:val="0"/>
          <w:sz w:val="22"/>
        </w:rPr>
        <w:t>比如现在这个时代，记住：</w:t>
      </w:r>
      <w:r>
        <w:rPr>
          <w:rFonts w:ascii="Microsoft YaHei" w:hAnsi="Microsoft YaHei"/>
          <w:b/>
          <w:sz w:val="22"/>
        </w:rPr>
        <w:t>真正具备驾驭AI的能力，它就是一种特别稀缺的能力。</w:t>
      </w:r>
      <w:r>
        <w:rPr>
          <w:rFonts w:ascii="Microsoft YaHei" w:hAnsi="Microsoft YaHei"/>
          <w:b w:val="0"/>
          <w:sz w:val="22"/>
        </w:rPr>
        <w:t>因为大部分人只是把AI当成了工具，没有真正去驾驭AI，没有把AI变成他的诸葛亮和五虎上将，所以大部分人的成果就有限。真正驾驭AI的这种人，是很稀缺的。</w:t>
      </w:r>
    </w:p>
    <w:p>
      <w:r>
        <w:rPr>
          <w:rFonts w:ascii="Microsoft YaHei" w:hAnsi="Microsoft YaHei"/>
          <w:b w:val="0"/>
          <w:sz w:val="22"/>
        </w:rPr>
        <w:t>老董说到了技术角度，这是对的：真的通过技术沉淀、研发、创新，搞出来别人没有的，具备先进性、领先性，甚至出现</w:t>
      </w:r>
      <w:r>
        <w:rPr>
          <w:rFonts w:ascii="Microsoft YaHei" w:hAnsi="Microsoft YaHei"/>
          <w:b/>
          <w:sz w:val="22"/>
        </w:rPr>
        <w:t>代差</w:t>
      </w:r>
      <w:r>
        <w:rPr>
          <w:rFonts w:ascii="Microsoft YaHei" w:hAnsi="Microsoft YaHei"/>
          <w:b w:val="0"/>
          <w:sz w:val="22"/>
        </w:rPr>
        <w:t>的领先性，那你就很稀缺。</w:t>
      </w:r>
    </w:p>
    <w:p>
      <w:r>
        <w:rPr>
          <w:rFonts w:ascii="Microsoft YaHei" w:hAnsi="Microsoft YaHei"/>
          <w:b w:val="0"/>
          <w:sz w:val="22"/>
        </w:rPr>
        <w:t>还有没有？——垄断也可以稀缺。——没听说过，自古以来一说打仗了，有些人干嘛？</w:t>
      </w:r>
      <w:r>
        <w:rPr>
          <w:rFonts w:ascii="Microsoft YaHei" w:hAnsi="Microsoft YaHei"/>
          <w:b/>
          <w:sz w:val="22"/>
        </w:rPr>
        <w:t>囤积居奇</w:t>
      </w:r>
      <w:r>
        <w:rPr>
          <w:rFonts w:ascii="Microsoft YaHei" w:hAnsi="Microsoft YaHei"/>
          <w:b w:val="0"/>
          <w:sz w:val="22"/>
        </w:rPr>
        <w:t>。打仗之前，很多人基于对某一件事情的判断——比如说要打仗了、要闹灾荒了——提前把所有的物资全都屯下了，等到那件事情发生，然后高价卖。别人都没有了呀。比如疫情期间是不是有人干过这种事？把一些医疗物资垄断了，平常卖一两块钱的口罩，那段时间一个口罩值多少钱？</w:t>
      </w:r>
    </w:p>
    <w:p>
      <w:r>
        <w:rPr>
          <w:rFonts w:ascii="Microsoft YaHei" w:hAnsi="Microsoft YaHei"/>
          <w:b w:val="0"/>
          <w:sz w:val="22"/>
        </w:rPr>
        <w:t>还有别的呢，比如说</w:t>
      </w:r>
      <w:r>
        <w:rPr>
          <w:rFonts w:ascii="Microsoft YaHei" w:hAnsi="Microsoft YaHei"/>
          <w:b/>
          <w:sz w:val="22"/>
        </w:rPr>
        <w:t>权力</w:t>
      </w:r>
      <w:r>
        <w:rPr>
          <w:rFonts w:ascii="Microsoft YaHei" w:hAnsi="Microsoft YaHei"/>
          <w:b w:val="0"/>
          <w:sz w:val="22"/>
        </w:rPr>
        <w:t>。因为我有权力、我有资格，你没有资格——这个东西你就不能卖，叫</w:t>
      </w:r>
      <w:r>
        <w:rPr>
          <w:rFonts w:ascii="Microsoft YaHei" w:hAnsi="Microsoft YaHei"/>
          <w:b/>
          <w:sz w:val="22"/>
        </w:rPr>
        <w:t>特许</w:t>
      </w:r>
      <w:r>
        <w:rPr>
          <w:rFonts w:ascii="Microsoft YaHei" w:hAnsi="Microsoft YaHei"/>
          <w:b w:val="0"/>
          <w:sz w:val="22"/>
        </w:rPr>
        <w:t>。你细想想，市场上其实有很多很多的业态是被垄断的：不是那个人多优秀，也不是这个东西本身有多稀缺，而是</w:t>
      </w:r>
      <w:r>
        <w:rPr>
          <w:rFonts w:ascii="Microsoft YaHei" w:hAnsi="Microsoft YaHei"/>
          <w:b/>
          <w:sz w:val="22"/>
        </w:rPr>
        <w:t>你没有资格</w:t>
      </w:r>
      <w:r>
        <w:rPr>
          <w:rFonts w:ascii="Microsoft YaHei" w:hAnsi="Microsoft YaHei"/>
          <w:b w:val="0"/>
          <w:sz w:val="22"/>
        </w:rPr>
        <w:t>。你有了这种资格，他就在这上面咔咔咔挣钱了；你没有，你那东西再好有用吗？哥们，你再先进、你服务再好、态度再好，有用吗？没用，</w:t>
      </w:r>
      <w:r>
        <w:rPr>
          <w:rFonts w:ascii="Microsoft YaHei" w:hAnsi="Microsoft YaHei"/>
          <w:b/>
          <w:sz w:val="22"/>
        </w:rPr>
        <w:t>你连门槛都进不去</w:t>
      </w:r>
      <w:r>
        <w:rPr>
          <w:rFonts w:ascii="Microsoft YaHei" w:hAnsi="Microsoft YaHei"/>
          <w:b w:val="0"/>
          <w:sz w:val="22"/>
        </w:rPr>
        <w:t>。是不是稀缺？</w:t>
      </w:r>
    </w:p>
    <w:p>
      <w:r>
        <w:rPr>
          <w:rFonts w:ascii="Microsoft YaHei" w:hAnsi="Microsoft YaHei"/>
          <w:b w:val="0"/>
          <w:sz w:val="22"/>
        </w:rPr>
        <w:t>所以甭管你用什么方式——基于技术面的也好、基于权力面也好、基于资源也好——包括资源也是一样的：有的资源就在某个地区有，而别的地方没有，它也稀缺。你像中东地区有石油，中国有稀土。当然这些最后变成啥了？都是</w:t>
      </w:r>
      <w:r>
        <w:rPr>
          <w:rFonts w:ascii="Microsoft YaHei" w:hAnsi="Microsoft YaHei"/>
          <w:b/>
          <w:sz w:val="22"/>
        </w:rPr>
        <w:t>国家垄断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/>
          <w:sz w:val="22"/>
        </w:rPr>
        <w:t>因为稀缺，所以你有定价权</w:t>
      </w:r>
      <w:r>
        <w:rPr>
          <w:rFonts w:ascii="Microsoft YaHei" w:hAnsi="Microsoft YaHei"/>
          <w:b w:val="0"/>
          <w:sz w:val="22"/>
        </w:rPr>
        <w:t>——你说卖多少钱就卖多少钱，甚至我跟你关系不好了，我还不卖你呢。这是第二种。简单吧？你说商业模式简单吗？简单。</w:t>
      </w:r>
    </w:p>
    <w:p>
      <w:r>
        <w:rPr>
          <w:rFonts w:ascii="Microsoft YaHei" w:hAnsi="Microsoft YaHei"/>
          <w:b/>
          <w:color w:val="1F4E79"/>
          <w:sz w:val="32"/>
        </w:rPr>
        <w:t>八、第三种：价值型——内核是痛点</w:t>
      </w:r>
    </w:p>
    <w:p>
      <w:r>
        <w:rPr>
          <w:rFonts w:ascii="Microsoft YaHei" w:hAnsi="Microsoft YaHei"/>
          <w:b w:val="0"/>
          <w:sz w:val="22"/>
        </w:rPr>
        <w:t>第三种。我们普通人：第一个，你又不想去骗谁、忽悠谁，我们不做那种收割型的；第二个呢，你也没有啥稀缺的——你说你技术贼先进？还是说你家有独特的资源？还是说你有某种特殊的权力？没有。我们大部分的普通创业者，你是没有这些东西的，你怎么稀缺？也很难。</w:t>
      </w:r>
    </w:p>
    <w:p>
      <w:r>
        <w:rPr>
          <w:rFonts w:ascii="Microsoft YaHei" w:hAnsi="Microsoft YaHei"/>
          <w:b w:val="0"/>
          <w:sz w:val="22"/>
        </w:rPr>
        <w:t>那怎么办？第三种商业模式，尤其在现在比较卷的时代，我们唯一可走的路，是</w:t>
      </w:r>
      <w:r>
        <w:rPr>
          <w:rFonts w:ascii="Microsoft YaHei" w:hAnsi="Microsoft YaHei"/>
          <w:b/>
          <w:sz w:val="22"/>
        </w:rPr>
        <w:t>价值型</w:t>
      </w:r>
      <w:r>
        <w:rPr>
          <w:rFonts w:ascii="Microsoft YaHei" w:hAnsi="Microsoft YaHei"/>
          <w:b w:val="0"/>
          <w:sz w:val="22"/>
        </w:rPr>
        <w:t>。真的，有的时候这不是你愿意不愿意的问题，实际上是你没有更好的选择。如果你没有更好的选择，你还不想给别人创造价值，那你的商业模式就不成立——你只能要么拣人剩下的，要么就在那卷，卷来卷去最后卷死了，把自己慢慢耗死了。你也没那两下子去收割谁，你也不稀缺，你还不想给别人创造价值，那你想干嘛？</w:t>
      </w:r>
      <w:r>
        <w:rPr>
          <w:rFonts w:ascii="Microsoft YaHei" w:hAnsi="Microsoft YaHei"/>
          <w:b/>
          <w:sz w:val="22"/>
        </w:rPr>
        <w:t>你的商业模式本身不成立，然后你就只想赚钱——商业模式都不成立，哪来的盈利模式啊？</w:t>
      </w:r>
    </w:p>
    <w:p>
      <w:r>
        <w:rPr>
          <w:rFonts w:ascii="Microsoft YaHei" w:hAnsi="Microsoft YaHei"/>
          <w:b w:val="0"/>
          <w:sz w:val="22"/>
        </w:rPr>
        <w:t>我们一般人实际上就是在做一个简单的生意。生意的本质是标准化复制——你只是在复制别人，或者复制昨天的自己。然后又非常卷，只能靠时间、靠出卖体力、靠翻台率，客户还少，规模又上不去。所以现在做小生意的人很难，你看大街上饭店咔咔倒，当然你也会看见有新的饭店产生——因为开饭店这种东西，一般人认为门槛低，</w:t>
      </w:r>
      <w:r>
        <w:rPr>
          <w:rFonts w:ascii="Microsoft YaHei" w:hAnsi="Microsoft YaHei"/>
          <w:b/>
          <w:sz w:val="22"/>
        </w:rPr>
        <w:t>失败的门槛也低</w:t>
      </w:r>
      <w:r>
        <w:rPr>
          <w:rFonts w:ascii="Microsoft YaHei" w:hAnsi="Microsoft YaHei"/>
          <w:b w:val="0"/>
          <w:sz w:val="22"/>
        </w:rPr>
        <w:t>，几天就死了。</w:t>
      </w:r>
    </w:p>
    <w:p>
      <w:r>
        <w:rPr>
          <w:rFonts w:ascii="Microsoft YaHei" w:hAnsi="Microsoft YaHei"/>
          <w:b w:val="0"/>
          <w:sz w:val="22"/>
        </w:rPr>
        <w:t>第三种叫价值型。请问，你想给别人创造价值，没毛病吧？你给他创造价值，人家给你钱，看上去成立。请问，</w:t>
      </w:r>
      <w:r>
        <w:rPr>
          <w:rFonts w:ascii="Microsoft YaHei" w:hAnsi="Microsoft YaHei"/>
          <w:b/>
          <w:sz w:val="22"/>
        </w:rPr>
        <w:t>价值型这种商业模式的内核又是啥？</w:t>
      </w:r>
      <w:r>
        <w:rPr>
          <w:rFonts w:ascii="Microsoft YaHei" w:hAnsi="Microsoft YaHei"/>
          <w:b w:val="0"/>
          <w:sz w:val="22"/>
        </w:rPr>
        <w:t>如果内核不成立，你说我给你创造价值——哼，不成立，你想给我创造就创造啊？老董想想，深度思考一下。</w:t>
      </w:r>
    </w:p>
    <w:p>
      <w:r>
        <w:rPr>
          <w:rFonts w:ascii="Microsoft YaHei" w:hAnsi="Microsoft YaHei"/>
          <w:b w:val="0"/>
          <w:sz w:val="22"/>
        </w:rPr>
        <w:t>——</w:t>
      </w:r>
      <w:r>
        <w:rPr>
          <w:rFonts w:ascii="Microsoft YaHei" w:hAnsi="Microsoft YaHei"/>
          <w:b/>
          <w:sz w:val="22"/>
        </w:rPr>
        <w:t>痛点。</w:t>
      </w:r>
      <w:r>
        <w:rPr>
          <w:rFonts w:ascii="Microsoft YaHei" w:hAnsi="Microsoft YaHei"/>
          <w:b w:val="0"/>
          <w:sz w:val="22"/>
        </w:rPr>
        <w:t>对了，你这把说对了。</w:t>
      </w:r>
      <w:r>
        <w:rPr>
          <w:rFonts w:ascii="Microsoft YaHei" w:hAnsi="Microsoft YaHei"/>
          <w:b/>
          <w:sz w:val="22"/>
        </w:rPr>
        <w:t>痛点。</w:t>
      </w:r>
    </w:p>
    <w:p>
      <w:r>
        <w:rPr>
          <w:rFonts w:ascii="Microsoft YaHei" w:hAnsi="Microsoft YaHei"/>
          <w:b w:val="0"/>
          <w:sz w:val="22"/>
        </w:rPr>
        <w:t>世界上有一种痛，是"你妈觉得你该穿秋裤了"。我们家孩子就出现这种情况：他妈说你怎么不穿秋裤呢？还露个大腿，你不冷吗？我姑娘说：哎呀，我不冷，我还热呢。小孩都是体热，是不是青春活力？你让他穿多了他难受，但是妈妈就觉得他会不会冷啊。啥意思？你是在给他创造价值，</w:t>
      </w:r>
      <w:r>
        <w:rPr>
          <w:rFonts w:ascii="Microsoft YaHei" w:hAnsi="Microsoft YaHei"/>
          <w:b/>
          <w:sz w:val="22"/>
        </w:rPr>
        <w:t>但是他根本不需要——因为他不痛，因为你没有找到他的痛点。</w:t>
      </w:r>
    </w:p>
    <w:p>
      <w:r>
        <w:rPr>
          <w:rFonts w:ascii="Microsoft YaHei" w:hAnsi="Microsoft YaHei"/>
          <w:b w:val="0"/>
          <w:sz w:val="22"/>
        </w:rPr>
        <w:t>所以，</w:t>
      </w:r>
      <w:r>
        <w:rPr>
          <w:rFonts w:ascii="Microsoft YaHei" w:hAnsi="Microsoft YaHei"/>
          <w:b/>
          <w:sz w:val="22"/>
        </w:rPr>
        <w:t>价值型的内核是挖掘用户的痛点，而且这个痛点是真的成立的。</w:t>
      </w:r>
    </w:p>
    <w:p>
      <w:r>
        <w:rPr>
          <w:rFonts w:ascii="Microsoft YaHei" w:hAnsi="Microsoft YaHei"/>
          <w:b w:val="0"/>
          <w:sz w:val="22"/>
        </w:rPr>
        <w:t>比如有一些行业其实是</w:t>
      </w:r>
      <w:r>
        <w:rPr>
          <w:rFonts w:ascii="Microsoft YaHei" w:hAnsi="Microsoft YaHei"/>
          <w:b/>
          <w:sz w:val="22"/>
        </w:rPr>
        <w:t>单相思</w:t>
      </w:r>
      <w:r>
        <w:rPr>
          <w:rFonts w:ascii="Microsoft YaHei" w:hAnsi="Microsoft YaHei"/>
          <w:b w:val="0"/>
          <w:sz w:val="22"/>
        </w:rPr>
        <w:t>：我强烈地给你推荐，我要给你创造价值，我这东西老好了，你也需要，你为什么不买呢？哥们说我根本不需要。比如保健品行业、健康行业，哪些人是刚需的客群？老年人。为啥？因为他怕死，因为他逐渐接近了死亡，所以想延续生命。所以卖各种保健品的主要客群是老年人。你真到了20年以后，你不让我吃我都吃——因为我现在我的痛点不是那个。那个叫</w:t>
      </w:r>
      <w:r>
        <w:rPr>
          <w:rFonts w:ascii="Microsoft YaHei" w:hAnsi="Microsoft YaHei"/>
          <w:b/>
          <w:sz w:val="22"/>
        </w:rPr>
        <w:t>痒点</w:t>
      </w:r>
      <w:r>
        <w:rPr>
          <w:rFonts w:ascii="Microsoft YaHei" w:hAnsi="Microsoft YaHei"/>
          <w:b w:val="0"/>
          <w:sz w:val="22"/>
        </w:rPr>
        <w:t>，可有可无：我生存都很好，再谈发展；发展都很好，再谈享受，它一定是这样的。我连发展都没发展好，公司都开不下去了，你给我讲那些个什么——那他就没有用，</w:t>
      </w:r>
      <w:r>
        <w:rPr>
          <w:rFonts w:ascii="Microsoft YaHei" w:hAnsi="Microsoft YaHei"/>
          <w:b/>
          <w:sz w:val="22"/>
        </w:rPr>
        <w:t>因为我不痛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/>
          <w:color w:val="1F4E79"/>
          <w:sz w:val="32"/>
        </w:rPr>
        <w:t>九、价值型的核心竞争力是差异化</w:t>
      </w:r>
    </w:p>
    <w:p>
      <w:r>
        <w:rPr>
          <w:rFonts w:ascii="Microsoft YaHei" w:hAnsi="Microsoft YaHei"/>
          <w:b w:val="0"/>
          <w:sz w:val="22"/>
        </w:rPr>
        <w:t>那请问，基于痛点的价值型商业模式的核心竞争力是啥？"痛"——都痛啊，你也痛，他也痛，我们都挖出来了。那你从供给侧的企业角度讲，你的核心竞争力又是啥？你想做价值型的商业模式，你该使的劲、该码的资源，你到底朝哪个方向去使劲、去努力？这是关键。</w:t>
      </w:r>
    </w:p>
    <w:p>
      <w:r>
        <w:rPr>
          <w:rFonts w:ascii="Microsoft YaHei" w:hAnsi="Microsoft YaHei"/>
          <w:b w:val="0"/>
          <w:sz w:val="22"/>
        </w:rPr>
        <w:t>人的几大痛都有啥？咱们说大部分都是表象、现象，你往本质上讲：生老病死是自然现象；</w:t>
      </w:r>
      <w:r>
        <w:rPr>
          <w:rFonts w:ascii="Microsoft YaHei" w:hAnsi="Microsoft YaHei"/>
          <w:b/>
          <w:sz w:val="22"/>
        </w:rPr>
        <w:t>生离死别</w:t>
      </w:r>
      <w:r>
        <w:rPr>
          <w:rFonts w:ascii="Microsoft YaHei" w:hAnsi="Microsoft YaHei"/>
          <w:b w:val="0"/>
          <w:sz w:val="22"/>
        </w:rPr>
        <w:t>是痛；还有一种叫</w:t>
      </w:r>
      <w:r>
        <w:rPr>
          <w:rFonts w:ascii="Microsoft YaHei" w:hAnsi="Microsoft YaHei"/>
          <w:b/>
          <w:sz w:val="22"/>
        </w:rPr>
        <w:t>爱别离</w:t>
      </w:r>
      <w:r>
        <w:rPr>
          <w:rFonts w:ascii="Microsoft YaHei" w:hAnsi="Microsoft YaHei"/>
          <w:b w:val="0"/>
          <w:sz w:val="22"/>
        </w:rPr>
        <w:t>；还有一种更普遍的是——</w:t>
      </w:r>
      <w:r>
        <w:rPr>
          <w:rFonts w:ascii="Microsoft YaHei" w:hAnsi="Microsoft YaHei"/>
          <w:b/>
          <w:sz w:val="22"/>
        </w:rPr>
        <w:t>求而不得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我们做企业的，爱别离的事、生老病死、生离死别这些事情实际上你是解决不了的。我们一般能解决啥呢？叫</w:t>
      </w:r>
      <w:r>
        <w:rPr>
          <w:rFonts w:ascii="Microsoft YaHei" w:hAnsi="Microsoft YaHei"/>
          <w:b/>
          <w:sz w:val="22"/>
        </w:rPr>
        <w:t>求而不得</w:t>
      </w:r>
      <w:r>
        <w:rPr>
          <w:rFonts w:ascii="Microsoft YaHei" w:hAnsi="Microsoft YaHei"/>
          <w:b w:val="0"/>
          <w:sz w:val="22"/>
        </w:rPr>
        <w:t>：他想要一个什么东西，但他得不到。从创业角度讲，我们一般是偏向于满足他的求而不得——</w:t>
      </w:r>
      <w:r>
        <w:rPr>
          <w:rFonts w:ascii="Microsoft YaHei" w:hAnsi="Microsoft YaHei"/>
          <w:b/>
          <w:sz w:val="22"/>
        </w:rPr>
        <w:t>他想要的，正好我有</w:t>
      </w:r>
      <w:r>
        <w:rPr>
          <w:rFonts w:ascii="Microsoft YaHei" w:hAnsi="Microsoft YaHei"/>
          <w:b w:val="0"/>
          <w:sz w:val="22"/>
        </w:rPr>
        <w:t>，就这意思。</w:t>
      </w:r>
    </w:p>
    <w:p>
      <w:r>
        <w:rPr>
          <w:rFonts w:ascii="Microsoft YaHei" w:hAnsi="Microsoft YaHei"/>
          <w:b w:val="0"/>
          <w:sz w:val="22"/>
        </w:rPr>
        <w:t>那它的核心竞争力是啥？</w:t>
      </w:r>
    </w:p>
    <w:p>
      <w:r>
        <w:rPr>
          <w:rFonts w:ascii="Microsoft YaHei" w:hAnsi="Microsoft YaHei"/>
          <w:b w:val="0"/>
          <w:sz w:val="22"/>
        </w:rPr>
        <w:t>记住：</w:t>
      </w:r>
      <w:r>
        <w:rPr>
          <w:rFonts w:ascii="Microsoft YaHei" w:hAnsi="Microsoft YaHei"/>
          <w:b/>
          <w:sz w:val="22"/>
        </w:rPr>
        <w:t>价值型的、基于痛点的价值型商业模式，是差异化的价值点——差异化才是核心竞争力。</w:t>
      </w:r>
    </w:p>
    <w:p>
      <w:r>
        <w:rPr>
          <w:rFonts w:ascii="Microsoft YaHei" w:hAnsi="Microsoft YaHei"/>
          <w:b w:val="0"/>
          <w:sz w:val="22"/>
        </w:rPr>
        <w:t>什么意思？因为你们不稀缺。如果你稀缺的，你不就上到第二层去了。因为咱们都不稀缺，其实你们都差不多，大家伙都差不多。所谓差不多，那个差是啥？</w:t>
      </w:r>
      <w:r>
        <w:rPr>
          <w:rFonts w:ascii="Microsoft YaHei" w:hAnsi="Microsoft YaHei"/>
          <w:b/>
          <w:sz w:val="22"/>
        </w:rPr>
        <w:t>差异化的价值点</w:t>
      </w:r>
      <w:r>
        <w:rPr>
          <w:rFonts w:ascii="Microsoft YaHei" w:hAnsi="Microsoft YaHei"/>
          <w:b w:val="0"/>
          <w:sz w:val="22"/>
        </w:rPr>
        <w:t>：他也能满足我，他也能满足我，大家伙都差不多——但是你跟他有什么个性化的差异？这个差异对我有价值。如果你跟他一样，你们仨都一样，那对我来讲就谁便宜我买谁，你这不又卷了吗？</w:t>
      </w:r>
    </w:p>
    <w:p>
      <w:r>
        <w:rPr>
          <w:rFonts w:ascii="Microsoft YaHei" w:hAnsi="Microsoft YaHei"/>
          <w:b w:val="0"/>
          <w:sz w:val="22"/>
        </w:rPr>
        <w:t>大部分的创业者、大部分的老板苦哈哈的，就是因为你没有差异化。你对于我来讲没有什么差异化的价值——咱别说稀缺了，你们对我来讲就</w:t>
      </w:r>
      <w:r>
        <w:rPr>
          <w:rFonts w:ascii="Microsoft YaHei" w:hAnsi="Microsoft YaHei"/>
          <w:b/>
          <w:sz w:val="22"/>
        </w:rPr>
        <w:t>过剩</w:t>
      </w:r>
      <w:r>
        <w:rPr>
          <w:rFonts w:ascii="Microsoft YaHei" w:hAnsi="Microsoft YaHei"/>
          <w:b w:val="0"/>
          <w:sz w:val="22"/>
        </w:rPr>
        <w:t>。只有一个需求，但是供给侧有三个老板，你说我选谁？如果你们仨都一样，那当然谁便宜我就选谁了。那如果价格都差不多，或者我还选个高的，为啥？因为它对我来讲有</w:t>
      </w:r>
      <w:r>
        <w:rPr>
          <w:rFonts w:ascii="Microsoft YaHei" w:hAnsi="Microsoft YaHei"/>
          <w:b/>
          <w:sz w:val="22"/>
        </w:rPr>
        <w:t>差异化的独特优势</w:t>
      </w:r>
      <w:r>
        <w:rPr>
          <w:rFonts w:ascii="Microsoft YaHei" w:hAnsi="Microsoft YaHei"/>
          <w:b w:val="0"/>
          <w:sz w:val="22"/>
        </w:rPr>
        <w:t>：大概齐跟你们一样，但它某一个方面不一样，所以为了这个不一样我选择了它，甚至我愿意付出高价格。</w:t>
      </w:r>
    </w:p>
    <w:p>
      <w:r>
        <w:rPr>
          <w:rFonts w:ascii="Microsoft YaHei" w:hAnsi="Microsoft YaHei"/>
          <w:b w:val="0"/>
          <w:sz w:val="22"/>
        </w:rPr>
        <w:t>但这就叫差异化，</w:t>
      </w:r>
      <w:r>
        <w:rPr>
          <w:rFonts w:ascii="Microsoft YaHei" w:hAnsi="Microsoft YaHei"/>
          <w:b/>
          <w:sz w:val="22"/>
        </w:rPr>
        <w:t>不叫稀缺</w:t>
      </w:r>
      <w:r>
        <w:rPr>
          <w:rFonts w:ascii="Microsoft YaHei" w:hAnsi="Microsoft YaHei"/>
          <w:b w:val="0"/>
          <w:sz w:val="22"/>
        </w:rPr>
        <w:t>，这是有差别的。大家一定要抠下这个细节，你要不抠、不较真，很多本质的东西你没看到。你要是足够稀缺了，还跟你们比啥呀？人家在你们上一级呢，高处不胜寒，他说卖多少钱就卖多少钱。</w:t>
      </w:r>
    </w:p>
    <w:p>
      <w:r>
        <w:rPr>
          <w:rFonts w:ascii="Microsoft YaHei" w:hAnsi="Microsoft YaHei"/>
          <w:b/>
          <w:color w:val="1F4E79"/>
          <w:sz w:val="32"/>
        </w:rPr>
        <w:t>十、三大永恒痛点与同质化的下场</w:t>
      </w:r>
    </w:p>
    <w:p>
      <w:r>
        <w:rPr>
          <w:rFonts w:ascii="Microsoft YaHei" w:hAnsi="Microsoft YaHei"/>
          <w:b w:val="0"/>
          <w:sz w:val="22"/>
        </w:rPr>
        <w:t>比如几个事：第一个，</w:t>
      </w:r>
      <w:r>
        <w:rPr>
          <w:rFonts w:ascii="Microsoft YaHei" w:hAnsi="Microsoft YaHei"/>
          <w:b/>
          <w:sz w:val="22"/>
        </w:rPr>
        <w:t>爱美</w:t>
      </w:r>
      <w:r>
        <w:rPr>
          <w:rFonts w:ascii="Microsoft YaHei" w:hAnsi="Microsoft YaHei"/>
          <w:b w:val="0"/>
          <w:sz w:val="22"/>
        </w:rPr>
        <w:t>。女性自古以来是不是爱美？她一个核心的痛点就叫</w:t>
      </w:r>
      <w:r>
        <w:rPr>
          <w:rFonts w:ascii="Microsoft YaHei" w:hAnsi="Microsoft YaHei"/>
          <w:b/>
          <w:sz w:val="22"/>
        </w:rPr>
        <w:t>青春永驻</w:t>
      </w:r>
      <w:r>
        <w:rPr>
          <w:rFonts w:ascii="Microsoft YaHei" w:hAnsi="Microsoft YaHei"/>
          <w:b w:val="0"/>
          <w:sz w:val="22"/>
        </w:rPr>
        <w:t>——我想让我的青春永驻，我想永远十八岁。但是我还是慢慢衰老，所以很多女生对容颜、相貌、颜值是有焦虑的。所以你看什么美容美发业、美妆、造型、美体塑形，但凡围绕这方面的经久不衰。本质上都一样，就是换了各种各样的花样，让你感觉到他能够让你青春永驻。</w:t>
      </w:r>
    </w:p>
    <w:p>
      <w:r>
        <w:rPr>
          <w:rFonts w:ascii="Microsoft YaHei" w:hAnsi="Microsoft YaHei"/>
          <w:b w:val="0"/>
          <w:sz w:val="22"/>
        </w:rPr>
        <w:t>第二个也是自古以来就有的，叫</w:t>
      </w:r>
      <w:r>
        <w:rPr>
          <w:rFonts w:ascii="Microsoft YaHei" w:hAnsi="Microsoft YaHei"/>
          <w:b/>
          <w:sz w:val="22"/>
        </w:rPr>
        <w:t>长生不老</w:t>
      </w:r>
      <w:r>
        <w:rPr>
          <w:rFonts w:ascii="Microsoft YaHei" w:hAnsi="Microsoft YaHei"/>
          <w:b w:val="0"/>
          <w:sz w:val="22"/>
        </w:rPr>
        <w:t>。秦始皇那个时候就已经开始了吧？他具备了各种各样的条件，吃穿不愁，啥也不愁，然后他也怕死，所以就寻求不老仙药。现在人一样：咱们现在吃得饱穿得暖，各方面享受得也差不多，然后你也怕死，所以各种保健品经久不衰，各种保健服务经久不衰，除了医疗以外各种康养经久不衰——就是你想长生不死而不得。</w:t>
      </w:r>
    </w:p>
    <w:p>
      <w:r>
        <w:rPr>
          <w:rFonts w:ascii="Microsoft YaHei" w:hAnsi="Microsoft YaHei"/>
          <w:b w:val="0"/>
          <w:sz w:val="22"/>
        </w:rPr>
        <w:t>包括我们的</w:t>
      </w:r>
      <w:r>
        <w:rPr>
          <w:rFonts w:ascii="Microsoft YaHei" w:hAnsi="Microsoft YaHei"/>
          <w:b/>
          <w:sz w:val="22"/>
        </w:rPr>
        <w:t>教育</w:t>
      </w:r>
      <w:r>
        <w:rPr>
          <w:rFonts w:ascii="Microsoft YaHei" w:hAnsi="Microsoft YaHei"/>
          <w:b w:val="0"/>
          <w:sz w:val="22"/>
        </w:rPr>
        <w:t>：当父母的，尤其中国的父母，是不是都想让自己的孩子出人头地、有出息？望子成龙、望女成凤，这是普遍心理。好，所以出现了大量的教育机构来收割你。</w:t>
      </w:r>
    </w:p>
    <w:p>
      <w:r>
        <w:rPr>
          <w:rFonts w:ascii="Microsoft YaHei" w:hAnsi="Microsoft YaHei"/>
          <w:b w:val="0"/>
          <w:sz w:val="22"/>
        </w:rPr>
        <w:t>假如我们真的想给人家创造价值、我们也不想去骗谁，那你要</w:t>
      </w:r>
      <w:r>
        <w:rPr>
          <w:rFonts w:ascii="Microsoft YaHei" w:hAnsi="Microsoft YaHei"/>
          <w:b/>
          <w:sz w:val="22"/>
        </w:rPr>
        <w:t>足够稀缺</w:t>
      </w:r>
      <w:r>
        <w:rPr>
          <w:rFonts w:ascii="Microsoft YaHei" w:hAnsi="Microsoft YaHei"/>
          <w:b w:val="0"/>
          <w:sz w:val="22"/>
        </w:rPr>
        <w:t>就行：比如说你真的有个什么仙丹，吃完了真就活到好几百岁；还有一个什么西药，吃完了你的癌症就好了——你还觉得这东西你就卖几块钱吗？哥们，你想卖多少钱就卖多少钱，有人跟你争吗？其他那些药、那些东西跟你根本就没法争，所以它叫稀缺。</w:t>
      </w:r>
    </w:p>
    <w:p>
      <w:r>
        <w:rPr>
          <w:rFonts w:ascii="Microsoft YaHei" w:hAnsi="Microsoft YaHei"/>
          <w:b w:val="0"/>
          <w:sz w:val="22"/>
        </w:rPr>
        <w:t>问题是你有那样的仙丹吗？因为你没有，大家伙号称都有，那我就选呗、我就试呗，试了半天都差不多。结果呢？我只能要么找最便宜的，要么找大部分功能都一样、但某一方面不一样的、有差异化的——功能上性能上都一样了，你说你的服务好，算不算？我在买同样</w:t>
      </w:r>
      <w:r>
        <w:rPr>
          <w:rFonts w:ascii="Microsoft YaHei" w:hAnsi="Microsoft YaHei"/>
          <w:b/>
          <w:sz w:val="22"/>
        </w:rPr>
        <w:t>品质</w:t>
      </w:r>
      <w:r>
        <w:rPr>
          <w:rFonts w:ascii="Microsoft YaHei" w:hAnsi="Microsoft YaHei"/>
          <w:b w:val="0"/>
          <w:sz w:val="22"/>
        </w:rPr>
        <w:t>的情况下，你给我增加了附属的服务，甚至就是你的态度好，都算；总之你加点啥，这也算。或者说你既让我长得漂亮，同时你让我健康，也算。</w:t>
      </w:r>
    </w:p>
    <w:p>
      <w:r>
        <w:rPr>
          <w:rFonts w:ascii="Microsoft YaHei" w:hAnsi="Microsoft YaHei"/>
          <w:b w:val="0"/>
          <w:sz w:val="22"/>
        </w:rPr>
        <w:t>有的只是表面上让你漂亮了，实际上他侵害了你的健康——医美行业之所以被人诟病，不就是以牺牲健康换来短暂的美丽吗？到最后出现了好多问题。那如果你真的能让他漂亮而且健康，你通过长时间的证明你能做到，那那些个供应商跟你是不是就比不了了？</w:t>
      </w:r>
    </w:p>
    <w:p>
      <w:r>
        <w:rPr>
          <w:rFonts w:ascii="Microsoft YaHei" w:hAnsi="Microsoft YaHei"/>
          <w:b/>
          <w:sz w:val="22"/>
        </w:rPr>
        <w:t>所以价值型，记住，差异化才是核心的东西，而不是同质化。一旦同质化，你只能卷——就算你给别人创造价值也没用，因为能够创造价值的人太多了。</w:t>
      </w:r>
    </w:p>
    <w:p>
      <w:r>
        <w:rPr>
          <w:rFonts w:ascii="Microsoft YaHei" w:hAnsi="Microsoft YaHei"/>
          <w:b/>
          <w:color w:val="1F4E79"/>
          <w:sz w:val="32"/>
        </w:rPr>
        <w:t>十一、三种模式是三个层次</w:t>
      </w:r>
    </w:p>
    <w:p>
      <w:r>
        <w:rPr>
          <w:rFonts w:ascii="Microsoft YaHei" w:hAnsi="Microsoft YaHei"/>
          <w:b w:val="0"/>
          <w:sz w:val="22"/>
        </w:rPr>
        <w:t>这个世界上甭管表面上有多少种商业模式——几种、几十种、上百种，归根到底就这三种。本质上讲，</w:t>
      </w:r>
      <w:r>
        <w:rPr>
          <w:rFonts w:ascii="Microsoft YaHei" w:hAnsi="Microsoft YaHei"/>
          <w:b/>
          <w:sz w:val="22"/>
        </w:rPr>
        <w:t>它是按照层次分的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收割型其实是非常难的，你不要认为收割型容易。"傻子的需求只有骗子才能满足"——那个骗子真都是高手。你想他是不是第一，他洞察人性：人性的贪嗔痴，他非常了解人性、拿捏人性、利用人性，这是利用人性的高手；同时他还能找到一批认知不如他的傻子，是不是也不容易？然后还演得特别好、讲得特别好——比他高的人一看，这人啥也不是；但是人的信徒千千万，你咋能说人家啥也不是呢？</w:t>
      </w:r>
      <w:r>
        <w:rPr>
          <w:rFonts w:ascii="Microsoft YaHei" w:hAnsi="Microsoft YaHei"/>
          <w:b/>
          <w:sz w:val="22"/>
        </w:rPr>
        <w:t>各个层次有各个层次的规则</w:t>
      </w:r>
      <w:r>
        <w:rPr>
          <w:rFonts w:ascii="Microsoft YaHei" w:hAnsi="Microsoft YaHei"/>
          <w:b w:val="0"/>
          <w:sz w:val="22"/>
        </w:rPr>
        <w:t>：就是我认为我很厉害，你让我去干那样的事，我还干不了呢，我没那两下子。所以收割型对那种人的要求是很高的。</w:t>
      </w:r>
    </w:p>
    <w:p>
      <w:r>
        <w:rPr>
          <w:rFonts w:ascii="Microsoft YaHei" w:hAnsi="Microsoft YaHei"/>
          <w:b w:val="0"/>
          <w:sz w:val="22"/>
        </w:rPr>
        <w:t>记住，咱们谈商业模式，不谈意识形态。</w:t>
      </w:r>
      <w:r>
        <w:rPr>
          <w:rFonts w:ascii="Microsoft YaHei" w:hAnsi="Microsoft YaHei"/>
          <w:b/>
          <w:sz w:val="22"/>
        </w:rPr>
        <w:t>在商业世界里没有什么所谓的善良与不善良、好与不好。它既然存在，就有它存在的道理</w:t>
      </w:r>
      <w:r>
        <w:rPr>
          <w:rFonts w:ascii="Microsoft YaHei" w:hAnsi="Microsoft YaHei"/>
          <w:b w:val="0"/>
          <w:sz w:val="22"/>
        </w:rPr>
        <w:t>——它满足了那一些用户的内在需求：人家本来就不是要真正成功，他想一夜暴富。那一夜暴富的人，只能被收割。是不是这个道理？</w:t>
      </w:r>
    </w:p>
    <w:p>
      <w:r>
        <w:rPr>
          <w:rFonts w:ascii="Microsoft YaHei" w:hAnsi="Microsoft YaHei"/>
          <w:b/>
          <w:color w:val="1F4E79"/>
          <w:sz w:val="32"/>
        </w:rPr>
        <w:t>十二、收割型的趋势：永远存在，门槛越来越高</w:t>
      </w:r>
    </w:p>
    <w:p>
      <w:r>
        <w:rPr>
          <w:rFonts w:ascii="Microsoft YaHei" w:hAnsi="Microsoft YaHei"/>
          <w:b w:val="0"/>
          <w:sz w:val="22"/>
        </w:rPr>
        <w:t>问你们一句话：你说这种收割模式，以后它还有市场吗？收割模式有没有一天会消亡？为啥不会？——这种收割的方法也不断地在变。</w:t>
      </w:r>
    </w:p>
    <w:p>
      <w:r>
        <w:rPr>
          <w:rFonts w:ascii="Microsoft YaHei" w:hAnsi="Microsoft YaHei"/>
          <w:b w:val="0"/>
          <w:sz w:val="22"/>
        </w:rPr>
        <w:t>记住：收割模式基于认知差，本质上讲是</w:t>
      </w:r>
      <w:r>
        <w:rPr>
          <w:rFonts w:ascii="Microsoft YaHei" w:hAnsi="Microsoft YaHei"/>
          <w:b/>
          <w:sz w:val="22"/>
        </w:rPr>
        <w:t>对人性的收割</w:t>
      </w:r>
      <w:r>
        <w:rPr>
          <w:rFonts w:ascii="Microsoft YaHei" w:hAnsi="Microsoft YaHei"/>
          <w:b w:val="0"/>
          <w:sz w:val="22"/>
        </w:rPr>
        <w:t>。我告诉你，</w:t>
      </w:r>
      <w:r>
        <w:rPr>
          <w:rFonts w:ascii="Microsoft YaHei" w:hAnsi="Microsoft YaHei"/>
          <w:b/>
          <w:sz w:val="22"/>
        </w:rPr>
        <w:t>人性是不会变的</w:t>
      </w:r>
      <w:r>
        <w:rPr>
          <w:rFonts w:ascii="Microsoft YaHei" w:hAnsi="Microsoft YaHei"/>
          <w:b w:val="0"/>
          <w:sz w:val="22"/>
        </w:rPr>
        <w:t>。我不是说某一个人——某个人的认知，你都被割了10回了，你这玩意还不长记性吗？韭菜都变成树了，割不动了，消费者变得越来越理智。但是人就是一茬又一茬，总有新韭菜，他依然有人性的弱点：不就是贪、嗔、痴、慢、疑吗？比如我怕死算不算？我怕我变得不好看，我怕我的孩子以后没出息、生活不好，这不都是对未来的恐惧吗？这些都是人性，而这些东西千百年来就没变过。</w:t>
      </w:r>
      <w:r>
        <w:rPr>
          <w:rFonts w:ascii="Microsoft YaHei" w:hAnsi="Microsoft YaHei"/>
          <w:b/>
          <w:sz w:val="22"/>
        </w:rPr>
        <w:t>但凡基于人性的商业模式，永远都会成立。</w:t>
      </w:r>
    </w:p>
    <w:p>
      <w:r>
        <w:rPr>
          <w:rFonts w:ascii="Microsoft YaHei" w:hAnsi="Microsoft YaHei"/>
          <w:b w:val="0"/>
          <w:sz w:val="22"/>
        </w:rPr>
        <w:t>第二个，你说你的韭菜长大了变成树了割不动了——但不好意思，人一茬一茬，你总能找到认知不如你的人。所以收割模式千百年来经久不衰：没办法，有需求就有市场，就有供给。</w:t>
      </w:r>
    </w:p>
    <w:p>
      <w:r>
        <w:rPr>
          <w:rFonts w:ascii="Microsoft YaHei" w:hAnsi="Microsoft YaHei"/>
          <w:b w:val="0"/>
          <w:sz w:val="22"/>
        </w:rPr>
        <w:t>但同时，对于一定层次的人来讲，他会</w:t>
      </w:r>
      <w:r>
        <w:rPr>
          <w:rFonts w:ascii="Microsoft YaHei" w:hAnsi="Microsoft YaHei"/>
          <w:b/>
          <w:sz w:val="22"/>
        </w:rPr>
        <w:t>越走越难</w:t>
      </w:r>
      <w:r>
        <w:rPr>
          <w:rFonts w:ascii="Microsoft YaHei" w:hAnsi="Microsoft YaHei"/>
          <w:b w:val="0"/>
          <w:sz w:val="22"/>
        </w:rPr>
        <w:t>。你想想现在AI都这么发达了，我们获得各种认知的方式方法越来越多、成本越来越低——你想收割我没那么容易了，因为认知水平都在迅速提高。从这角度讲，对这个商业模式的从业者要求越来越高了：不像之前你稍微懂点啥就能忽悠一片人，现在你真得是很高级的认知，你才有可能去收割别人，要不然你收不了。</w:t>
      </w:r>
    </w:p>
    <w:p>
      <w:r>
        <w:rPr>
          <w:rFonts w:ascii="Microsoft YaHei" w:hAnsi="Microsoft YaHei"/>
          <w:b/>
          <w:sz w:val="22"/>
        </w:rPr>
        <w:t>所以第一，它会永远存在；第二，难度在越来越高，门槛高了。</w:t>
      </w:r>
      <w:r>
        <w:rPr>
          <w:rFonts w:ascii="Microsoft YaHei" w:hAnsi="Microsoft YaHei"/>
          <w:b w:val="0"/>
          <w:sz w:val="22"/>
        </w:rPr>
        <w:t>这就是收割型商业模式的发展趋势。</w:t>
      </w:r>
    </w:p>
    <w:p>
      <w:r>
        <w:rPr>
          <w:rFonts w:ascii="Microsoft YaHei" w:hAnsi="Microsoft YaHei"/>
          <w:b/>
          <w:color w:val="1F4E79"/>
          <w:sz w:val="32"/>
        </w:rPr>
        <w:t>十三、稀缺型的趋势：换场景，往趋势上走</w:t>
      </w:r>
    </w:p>
    <w:p>
      <w:r>
        <w:rPr>
          <w:rFonts w:ascii="Microsoft YaHei" w:hAnsi="Microsoft YaHei"/>
          <w:b w:val="0"/>
          <w:sz w:val="22"/>
        </w:rPr>
        <w:t>第二种稀缺型。在中国，稀缺型的商业模式你们觉得是个怎样的发展趋势？是越走越难、越走越容易，还是维持现状？老倪琢磨琢磨。——分场景，每个人的理解不一样。——你说了一堆废话，等于没说，你没说本质，说的都是官场上的话，说的都对，一堆</w:t>
      </w:r>
      <w:r>
        <w:rPr>
          <w:rFonts w:ascii="Microsoft YaHei" w:hAnsi="Microsoft YaHei"/>
          <w:b/>
          <w:sz w:val="22"/>
        </w:rPr>
        <w:t>对的废话</w:t>
      </w:r>
      <w:r>
        <w:rPr>
          <w:rFonts w:ascii="Microsoft YaHei" w:hAnsi="Microsoft YaHei"/>
          <w:b w:val="0"/>
          <w:sz w:val="22"/>
        </w:rPr>
        <w:t>。说本质。</w:t>
      </w:r>
    </w:p>
    <w:p>
      <w:r>
        <w:rPr>
          <w:rFonts w:ascii="Microsoft YaHei" w:hAnsi="Microsoft YaHei"/>
          <w:b w:val="0"/>
          <w:sz w:val="22"/>
        </w:rPr>
        <w:t>这个东西不是凭个人主观判断，你真要在大趋势上讲——脱离场景说话就是耍流氓，你要有</w:t>
      </w:r>
      <w:r>
        <w:rPr>
          <w:rFonts w:ascii="Microsoft YaHei" w:hAnsi="Microsoft YaHei"/>
          <w:b/>
          <w:sz w:val="22"/>
        </w:rPr>
        <w:t>时代背景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中国人为什么原来没有太多的创造力？因为我们上一个时代是</w:t>
      </w:r>
      <w:r>
        <w:rPr>
          <w:rFonts w:ascii="Microsoft YaHei" w:hAnsi="Microsoft YaHei"/>
          <w:b/>
          <w:sz w:val="22"/>
        </w:rPr>
        <w:t>工业时代</w:t>
      </w:r>
      <w:r>
        <w:rPr>
          <w:rFonts w:ascii="Microsoft YaHei" w:hAnsi="Microsoft YaHei"/>
          <w:b w:val="0"/>
          <w:sz w:val="22"/>
        </w:rPr>
        <w:t>，工业时代的本质是</w:t>
      </w:r>
      <w:r>
        <w:rPr>
          <w:rFonts w:ascii="Microsoft YaHei" w:hAnsi="Microsoft YaHei"/>
          <w:b/>
          <w:sz w:val="22"/>
        </w:rPr>
        <w:t>标准化复制</w:t>
      </w:r>
      <w:r>
        <w:rPr>
          <w:rFonts w:ascii="Microsoft YaHei" w:hAnsi="Microsoft YaHei"/>
          <w:b w:val="0"/>
          <w:sz w:val="22"/>
        </w:rPr>
        <w:t>。虽然我们也有科研，但我们的科研更多是向西方学习，本质上还是复制，在复制的基础上做了些个性化的处理、点上的优化——因为他没有摆脱工业，工业的本质就是复制。从全民的角度讲，我们擅长的是复制，因为那是时代背景。复制完了结果就是越来越多、越来越多，什么东西都有，但</w:t>
      </w:r>
      <w:r>
        <w:rPr>
          <w:rFonts w:ascii="Microsoft YaHei" w:hAnsi="Microsoft YaHei"/>
          <w:b/>
          <w:sz w:val="22"/>
        </w:rPr>
        <w:t>什么也不稀缺了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你看工业时代之前是不是稀缺？粮食稀缺——我爸爸那辈人都挨过饿，那时候中国粮食都稀缺；后面钢材稀缺；老董咱们这个年龄还有印象吧？我小时候买盐都稀缺；后来买电视得找关系、得要票、得排队；买钢材得批，那时候叫供销科，你要买点东西得找关系、还得送礼，买什么都很困难。为啥？中国那个时代物资稀缺——从农业文明向工业文明过渡的时候，当然就稀缺了。</w:t>
      </w:r>
    </w:p>
    <w:p>
      <w:r>
        <w:rPr>
          <w:rFonts w:ascii="Microsoft YaHei" w:hAnsi="Microsoft YaHei"/>
          <w:b w:val="0"/>
          <w:sz w:val="22"/>
        </w:rPr>
        <w:t>那现在呢？中国的工业化程度已经非常高了，而工业化的结果就是</w:t>
      </w:r>
      <w:r>
        <w:rPr>
          <w:rFonts w:ascii="Microsoft YaHei" w:hAnsi="Microsoft YaHei"/>
          <w:b/>
          <w:sz w:val="22"/>
        </w:rPr>
        <w:t>物资极大丰富</w:t>
      </w:r>
      <w:r>
        <w:rPr>
          <w:rFonts w:ascii="Microsoft YaHei" w:hAnsi="Microsoft YaHei"/>
          <w:b w:val="0"/>
          <w:sz w:val="22"/>
        </w:rPr>
        <w:t>。你现在买大米还稀缺吗？你看谁买电视还找人</w:t>
      </w:r>
      <w:r>
        <w:rPr>
          <w:rFonts w:ascii="Microsoft YaHei" w:hAnsi="Microsoft YaHei"/>
          <w:b/>
          <w:sz w:val="22"/>
        </w:rPr>
        <w:t>批条子</w:t>
      </w:r>
      <w:r>
        <w:rPr>
          <w:rFonts w:ascii="Microsoft YaHei" w:hAnsi="Microsoft YaHei"/>
          <w:b w:val="0"/>
          <w:sz w:val="22"/>
        </w:rPr>
        <w:t>了？汽车厂产出来汽车卖不出去，一片一片的——你坐飞机，但凡到哪个城市往下看，产车的地方一片一片，卖汽车的店老多了，根本卖不出去。为啥？因为他不稀缺了。</w:t>
      </w:r>
      <w:r>
        <w:rPr>
          <w:rFonts w:ascii="Microsoft YaHei" w:hAnsi="Microsoft YaHei"/>
          <w:b/>
          <w:sz w:val="22"/>
        </w:rPr>
        <w:t>工业时代的结果就是物资极大丰富，他怎么可能会稀缺呢？</w:t>
      </w:r>
    </w:p>
    <w:p>
      <w:r>
        <w:rPr>
          <w:rFonts w:ascii="Microsoft YaHei" w:hAnsi="Microsoft YaHei"/>
          <w:b w:val="0"/>
          <w:sz w:val="22"/>
        </w:rPr>
        <w:t>那好了，这个时代叫什么？</w:t>
      </w:r>
      <w:r>
        <w:rPr>
          <w:rFonts w:ascii="Microsoft YaHei" w:hAnsi="Microsoft YaHei"/>
          <w:b/>
          <w:sz w:val="22"/>
        </w:rPr>
        <w:t>物资极大的丰富，而精神空虚。</w:t>
      </w:r>
      <w:r>
        <w:rPr>
          <w:rFonts w:ascii="Microsoft YaHei" w:hAnsi="Microsoft YaHei"/>
          <w:b w:val="0"/>
          <w:sz w:val="22"/>
        </w:rPr>
        <w:t>对全人类的角度讲，你一旦物质上极大丰富了之后，你会发现精神就空虚了。这符合趋势：之前老百姓吃穿都困难的时候，精神上反而很富足——这都是辩证的。但人这玩意就是这样的：一旦吃得好、穿得暖，他就开始追求别的了，为啥？他有精神上的诉求了。</w:t>
      </w:r>
    </w:p>
    <w:p>
      <w:r>
        <w:rPr>
          <w:rFonts w:ascii="Microsoft YaHei" w:hAnsi="Microsoft YaHei"/>
          <w:b w:val="0"/>
          <w:sz w:val="22"/>
        </w:rPr>
        <w:t>所以你想未来去从事</w:t>
      </w:r>
      <w:r>
        <w:rPr>
          <w:rFonts w:ascii="Microsoft YaHei" w:hAnsi="Microsoft YaHei"/>
          <w:b/>
          <w:sz w:val="22"/>
        </w:rPr>
        <w:t>物资方面</w:t>
      </w:r>
      <w:r>
        <w:rPr>
          <w:rFonts w:ascii="Microsoft YaHei" w:hAnsi="Microsoft YaHei"/>
          <w:b w:val="0"/>
          <w:sz w:val="22"/>
        </w:rPr>
        <w:t>的创业，这个方向就是有问题的——因为谁也不缺你那杯酒，中国太多了，都严重过剩了。要往</w:t>
      </w:r>
      <w:r>
        <w:rPr>
          <w:rFonts w:ascii="Microsoft YaHei" w:hAnsi="Microsoft YaHei"/>
          <w:b/>
          <w:sz w:val="22"/>
        </w:rPr>
        <w:t>精神领域</w:t>
      </w:r>
      <w:r>
        <w:rPr>
          <w:rFonts w:ascii="Microsoft YaHei" w:hAnsi="Microsoft YaHei"/>
          <w:b w:val="0"/>
          <w:sz w:val="22"/>
        </w:rPr>
        <w:t>去发展。产品不稀缺，听懂了吗？包括服务都是一样的：要往</w:t>
      </w:r>
      <w:r>
        <w:rPr>
          <w:rFonts w:ascii="Microsoft YaHei" w:hAnsi="Microsoft YaHei"/>
          <w:b/>
          <w:sz w:val="22"/>
        </w:rPr>
        <w:t>高端服务</w:t>
      </w:r>
      <w:r>
        <w:rPr>
          <w:rFonts w:ascii="Microsoft YaHei" w:hAnsi="Microsoft YaHei"/>
          <w:b w:val="0"/>
          <w:sz w:val="22"/>
        </w:rPr>
        <w:t>，而不是劳动密集型的普通服务——低端服务不稀缺；制造业也是一样，普通制造业严重过剩、中国这方面低端产能严重过剩，</w:t>
      </w:r>
      <w:r>
        <w:rPr>
          <w:rFonts w:ascii="Microsoft YaHei" w:hAnsi="Microsoft YaHei"/>
          <w:b/>
          <w:sz w:val="22"/>
        </w:rPr>
        <w:t>高端的稀缺</w:t>
      </w:r>
      <w:r>
        <w:rPr>
          <w:rFonts w:ascii="Microsoft YaHei" w:hAnsi="Microsoft YaHei"/>
          <w:b w:val="0"/>
          <w:sz w:val="22"/>
        </w:rPr>
        <w:t>。文化的稀缺——中国的新几驾马车、包括从三产变成五产，那不是瞎说的，国家那智囊团不是在吃干饭的。所以你往上走、往这个方向走，就都稀缺。</w:t>
      </w:r>
    </w:p>
    <w:p>
      <w:r>
        <w:rPr>
          <w:rFonts w:ascii="Microsoft YaHei" w:hAnsi="Microsoft YaHei"/>
          <w:b w:val="0"/>
          <w:sz w:val="22"/>
        </w:rPr>
        <w:t>所以为什么我要让你们去</w:t>
      </w:r>
      <w:r>
        <w:rPr>
          <w:rFonts w:ascii="Microsoft YaHei" w:hAnsi="Microsoft YaHei"/>
          <w:b/>
          <w:sz w:val="22"/>
        </w:rPr>
        <w:t>判形势</w:t>
      </w:r>
      <w:r>
        <w:rPr>
          <w:rFonts w:ascii="Microsoft YaHei" w:hAnsi="Microsoft YaHei"/>
          <w:b w:val="0"/>
          <w:sz w:val="22"/>
        </w:rPr>
        <w:t>？你还在那把着你原来的那个行当努力呢——大哥，那都嘎嘎卷了好吗？</w:t>
      </w:r>
      <w:r>
        <w:rPr>
          <w:rFonts w:ascii="Microsoft YaHei" w:hAnsi="Microsoft YaHei"/>
          <w:b/>
          <w:sz w:val="22"/>
        </w:rPr>
        <w:t>卷的本质就是因为它过剩。你怎么努力都错，你得转了，转到稀缺的领域或稀缺的方式上。</w:t>
      </w:r>
      <w:r>
        <w:rPr>
          <w:rFonts w:ascii="Microsoft YaHei" w:hAnsi="Microsoft YaHei"/>
          <w:b w:val="0"/>
          <w:sz w:val="22"/>
        </w:rPr>
        <w:t>比如说AI稀不稀缺？中国现在在AI应用的角度讲，百业待兴，老稀缺了。</w:t>
      </w:r>
    </w:p>
    <w:p>
      <w:r>
        <w:rPr>
          <w:rFonts w:ascii="Microsoft YaHei" w:hAnsi="Microsoft YaHei"/>
          <w:b w:val="0"/>
          <w:sz w:val="22"/>
        </w:rPr>
        <w:t>你看咱们真正谈AI、真正用到这种深度的人很少，是不是大部分还是收割型的？"我教你装个小龙虾，我教你装个Claude Code，我就收你多少钱""跟我学两天，你就一夜之间怎么着了"——这不是收割是啥呀？像咱们这种真的在给你们创造价值的很少，但未来一定会很多，因为老百姓会觉醒、创业者们会觉醒，你不能再去忽悠别人了——你忽悠得了别人，你也忽悠不了AI。我们要真的凭实力去给这个社会创造价值。</w:t>
      </w:r>
    </w:p>
    <w:p>
      <w:r>
        <w:rPr>
          <w:rFonts w:ascii="Microsoft YaHei" w:hAnsi="Microsoft YaHei"/>
          <w:b w:val="0"/>
          <w:sz w:val="22"/>
        </w:rPr>
        <w:t>但真正懂AI、真正能驾驭、真正把AI变成生产力的人太少了，稀不稀缺？</w:t>
      </w:r>
      <w:r>
        <w:rPr>
          <w:rFonts w:ascii="Microsoft YaHei" w:hAnsi="Microsoft YaHei"/>
          <w:b/>
          <w:sz w:val="22"/>
        </w:rPr>
        <w:t>你得把自己变成这种人，这才稀缺。</w:t>
      </w:r>
      <w:r>
        <w:rPr>
          <w:rFonts w:ascii="Microsoft YaHei" w:hAnsi="Microsoft YaHei"/>
          <w:b w:val="0"/>
          <w:sz w:val="22"/>
        </w:rPr>
        <w:t>你讲乱七八糟课有用吗？那都过剩，很多都是大骗子，所以不稀缺。</w:t>
      </w:r>
    </w:p>
    <w:p>
      <w:r>
        <w:rPr>
          <w:rFonts w:ascii="Microsoft YaHei" w:hAnsi="Microsoft YaHei"/>
          <w:b w:val="0"/>
          <w:sz w:val="22"/>
        </w:rPr>
        <w:t>老倪刚才说的话是对的——</w:t>
      </w:r>
      <w:r>
        <w:rPr>
          <w:rFonts w:ascii="Microsoft YaHei" w:hAnsi="Microsoft YaHei"/>
          <w:b/>
          <w:sz w:val="22"/>
        </w:rPr>
        <w:t>换场景</w:t>
      </w:r>
      <w:r>
        <w:rPr>
          <w:rFonts w:ascii="Microsoft YaHei" w:hAnsi="Microsoft YaHei"/>
          <w:b w:val="0"/>
          <w:sz w:val="22"/>
        </w:rPr>
        <w:t>。在原来的场景中干原来的事，你咋干都不稀缺，都过剩。你换了场景：想创业，</w:t>
      </w:r>
      <w:r>
        <w:rPr>
          <w:rFonts w:ascii="Microsoft YaHei" w:hAnsi="Microsoft YaHei"/>
          <w:b/>
          <w:sz w:val="22"/>
        </w:rPr>
        <w:t>科技、AI、能源、新能源储能、先进制造业</w:t>
      </w:r>
      <w:r>
        <w:rPr>
          <w:rFonts w:ascii="Microsoft YaHei" w:hAnsi="Microsoft YaHei"/>
          <w:b w:val="0"/>
          <w:sz w:val="22"/>
        </w:rPr>
        <w:t>这些大的行业，还有</w:t>
      </w:r>
      <w:r>
        <w:rPr>
          <w:rFonts w:ascii="Microsoft YaHei" w:hAnsi="Microsoft YaHei"/>
          <w:b/>
          <w:sz w:val="22"/>
        </w:rPr>
        <w:t>文化精神领域</w:t>
      </w:r>
      <w:r>
        <w:rPr>
          <w:rFonts w:ascii="Microsoft YaHei" w:hAnsi="Microsoft YaHei"/>
          <w:b w:val="0"/>
          <w:sz w:val="22"/>
        </w:rPr>
        <w:t>——你但凡在这个趋势上的，你就稀缺；如果不是这个方向的，你就过剩。这还用问吗？</w:t>
      </w:r>
    </w:p>
    <w:p>
      <w:r>
        <w:rPr>
          <w:rFonts w:ascii="Microsoft YaHei" w:hAnsi="Microsoft YaHei"/>
          <w:b w:val="0"/>
          <w:sz w:val="22"/>
        </w:rPr>
        <w:t>说句不好听的，</w:t>
      </w:r>
      <w:r>
        <w:rPr>
          <w:rFonts w:ascii="Microsoft YaHei" w:hAnsi="Microsoft YaHei"/>
          <w:b/>
          <w:sz w:val="22"/>
        </w:rPr>
        <w:t>我老曹现在是个极度稀缺的人</w:t>
      </w:r>
      <w:r>
        <w:rPr>
          <w:rFonts w:ascii="Microsoft YaHei" w:hAnsi="Microsoft YaHei"/>
          <w:b w:val="0"/>
          <w:sz w:val="22"/>
        </w:rPr>
        <w:t>。真的——拿AI收割别人的人也很多，把AI当工具的人也很多，真的把AI当成生产力、还能给你们讲得明白、自己还钻得很深的，这种人在全中国都很稀缺。我不能说是唯一，但一定非常少。不稀缺吗？哥们，你跟我学完之后，你在你的行业里就是稀缺——</w:t>
      </w:r>
      <w:r>
        <w:rPr>
          <w:rFonts w:ascii="Microsoft YaHei" w:hAnsi="Microsoft YaHei"/>
          <w:b/>
          <w:sz w:val="22"/>
        </w:rPr>
        <w:t>在一定历史窗口里面稀缺</w:t>
      </w:r>
      <w:r>
        <w:rPr>
          <w:rFonts w:ascii="Microsoft YaHei" w:hAnsi="Microsoft YaHei"/>
          <w:b w:val="0"/>
          <w:sz w:val="22"/>
        </w:rPr>
        <w:t>。这个窗口大概多久？</w:t>
      </w:r>
      <w:r>
        <w:rPr>
          <w:rFonts w:ascii="Microsoft YaHei" w:hAnsi="Microsoft YaHei"/>
          <w:b/>
          <w:sz w:val="22"/>
        </w:rPr>
        <w:t>三年到五年</w:t>
      </w:r>
      <w:r>
        <w:rPr>
          <w:rFonts w:ascii="Microsoft YaHei" w:hAnsi="Microsoft YaHei"/>
          <w:b w:val="0"/>
          <w:sz w:val="22"/>
        </w:rPr>
        <w:t>。往长了说啊，这三五年就没了，就不稀缺了，甚至更短。其实有的地区已经做得很好了，但中国太大了，经济有地区发展不平衡，所以我判断这三年左右时间就是窗口。</w:t>
      </w:r>
    </w:p>
    <w:p>
      <w:r>
        <w:rPr>
          <w:rFonts w:ascii="Microsoft YaHei" w:hAnsi="Microsoft YaHei"/>
          <w:b w:val="0"/>
          <w:sz w:val="22"/>
        </w:rPr>
        <w:t>这玩意跟计算机差不多：早些年会计算机的人老吃香了，你会做一个表格都老厉害了，为啥？因为别人不会。现在你看谁不会电脑啊？会用电脑都是基本功，现在还有人去报培训班学电脑吗？没有了。但早些年电脑培训班老火了。</w:t>
      </w:r>
      <w:r>
        <w:rPr>
          <w:rFonts w:ascii="Microsoft YaHei" w:hAnsi="Microsoft YaHei"/>
          <w:b/>
          <w:sz w:val="22"/>
        </w:rPr>
        <w:t>AI也是这个道理：你在某个趋势上比较早期地进入，在那个时间窗口里边你是稀缺的；过了，你不稀缺了，甚至未来这都没人提了。</w:t>
      </w:r>
    </w:p>
    <w:p>
      <w:r>
        <w:rPr>
          <w:rFonts w:ascii="Microsoft YaHei" w:hAnsi="Microsoft YaHei"/>
          <w:b w:val="0"/>
          <w:sz w:val="22"/>
        </w:rPr>
        <w:t>我个人觉得，现在这个时代给我们机会了，我们有可能让自己变得稀缺。</w:t>
      </w:r>
      <w:r>
        <w:rPr>
          <w:rFonts w:ascii="Microsoft YaHei" w:hAnsi="Microsoft YaHei"/>
          <w:b/>
          <w:sz w:val="22"/>
        </w:rPr>
        <w:t>不要去做那些过剩的事和过剩的选择。</w:t>
      </w:r>
    </w:p>
    <w:p>
      <w:r>
        <w:rPr>
          <w:rFonts w:ascii="Microsoft YaHei" w:hAnsi="Microsoft YaHei"/>
          <w:b/>
          <w:color w:val="1F4E79"/>
          <w:sz w:val="32"/>
        </w:rPr>
        <w:t>十四、最大的场景：你停留在哪个时代？</w:t>
      </w:r>
    </w:p>
    <w:p>
      <w:r>
        <w:rPr>
          <w:rFonts w:ascii="Microsoft YaHei" w:hAnsi="Microsoft YaHei"/>
          <w:b w:val="0"/>
          <w:sz w:val="22"/>
        </w:rPr>
        <w:t>其实老倪这点说的是对的，只是他不知道他说的对不对——只有"场景"这两个字是对的。基于未来，换一个场景——你知道最大的场景是啥吗？</w:t>
      </w:r>
    </w:p>
    <w:p>
      <w:r>
        <w:rPr>
          <w:rFonts w:ascii="Microsoft YaHei" w:hAnsi="Microsoft YaHei"/>
          <w:b/>
          <w:sz w:val="22"/>
        </w:rPr>
        <w:t>我们大部分人还停留在工业时代。</w:t>
      </w:r>
      <w:r>
        <w:rPr>
          <w:rFonts w:ascii="Microsoft YaHei" w:hAnsi="Microsoft YaHei"/>
          <w:b w:val="0"/>
          <w:sz w:val="22"/>
        </w:rPr>
        <w:t>我们都在2026年，但是绝大部分人停留在的是工业时代，一小部分人停留在信息时代，</w:t>
      </w:r>
      <w:r>
        <w:rPr>
          <w:rFonts w:ascii="Microsoft YaHei" w:hAnsi="Microsoft YaHei"/>
          <w:b/>
          <w:sz w:val="22"/>
        </w:rPr>
        <w:t>少之又少的人已经跨进了AI时代</w:t>
      </w:r>
      <w:r>
        <w:rPr>
          <w:rFonts w:ascii="Microsoft YaHei" w:hAnsi="Microsoft YaHei"/>
          <w:b w:val="0"/>
          <w:sz w:val="22"/>
        </w:rPr>
        <w:t>。这是不是场景？这才是场景，都不用狭隘地说某一个行业。</w:t>
      </w:r>
    </w:p>
    <w:p>
      <w:r>
        <w:rPr>
          <w:rFonts w:ascii="Microsoft YaHei" w:hAnsi="Microsoft YaHei"/>
          <w:b w:val="0"/>
          <w:sz w:val="22"/>
        </w:rPr>
        <w:t>好在AI时代里边其实是</w:t>
      </w:r>
      <w:r>
        <w:rPr>
          <w:rFonts w:ascii="Microsoft YaHei" w:hAnsi="Microsoft YaHei"/>
          <w:b/>
          <w:sz w:val="22"/>
        </w:rPr>
        <w:t>百业待兴，啥都稀缺，什么都少</w:t>
      </w:r>
      <w:r>
        <w:rPr>
          <w:rFonts w:ascii="Microsoft YaHei" w:hAnsi="Microsoft YaHei"/>
          <w:b w:val="0"/>
          <w:sz w:val="22"/>
        </w:rPr>
        <w:t>。只是第一，你没有这个意识——"哎呦，这玩意稀缺吗？什么时代不时代的？"一般人说这话，这没办法聊了，这个认识、意识太low了。我们少数人跨到这个时代了，只要你跨到这个时代，你就要去研究</w:t>
      </w:r>
      <w:r>
        <w:rPr>
          <w:rFonts w:ascii="Microsoft YaHei" w:hAnsi="Microsoft YaHei"/>
          <w:b/>
          <w:sz w:val="22"/>
        </w:rPr>
        <w:t>在新的时代下你的行业什么需求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就像说的那个干冻品的：你说冻品稀缺吗？不稀缺，有的是，严重过剩，现在你只要花钱，你说啥没有吧？啥都有，一点都不稀缺。</w:t>
      </w:r>
      <w:r>
        <w:rPr>
          <w:rFonts w:ascii="Microsoft YaHei" w:hAnsi="Microsoft YaHei"/>
          <w:b/>
          <w:sz w:val="22"/>
        </w:rPr>
        <w:t>就不能光奔你产品了哥们，产品不稀缺。</w:t>
      </w:r>
      <w:r>
        <w:rPr>
          <w:rFonts w:ascii="Microsoft YaHei" w:hAnsi="Microsoft YaHei"/>
          <w:b w:val="0"/>
          <w:sz w:val="22"/>
        </w:rPr>
        <w:t>啥都不稀缺，不能谈产品力了——</w:t>
      </w:r>
      <w:r>
        <w:rPr>
          <w:rFonts w:ascii="Microsoft YaHei" w:hAnsi="Microsoft YaHei"/>
          <w:b/>
          <w:sz w:val="22"/>
        </w:rPr>
        <w:t>产品力是工业时代的产物</w:t>
      </w:r>
      <w:r>
        <w:rPr>
          <w:rFonts w:ascii="Microsoft YaHei" w:hAnsi="Microsoft YaHei"/>
          <w:b w:val="0"/>
          <w:sz w:val="22"/>
        </w:rPr>
        <w:t>。我们下一步就奔那几个方向去：真正的科技——因为中国国力要往上发展，基础不是工业，基础是科技（科技的基础是工业，工业的基础还得说农业呢）——这些东西都不会消亡。老百姓咱们得吃东西吧？你说农业落后，那不好意思，没大米没饭能活着吗？但是记住，未来的工业是啥？</w:t>
      </w:r>
      <w:r>
        <w:rPr>
          <w:rFonts w:ascii="Microsoft YaHei" w:hAnsi="Microsoft YaHei"/>
          <w:b/>
          <w:sz w:val="22"/>
        </w:rPr>
        <w:t>高科技农业、AI农业——农业变成场景了</w:t>
      </w:r>
      <w:r>
        <w:rPr>
          <w:rFonts w:ascii="Microsoft YaHei" w:hAnsi="Microsoft YaHei"/>
          <w:b w:val="0"/>
          <w:sz w:val="22"/>
        </w:rPr>
        <w:t>，甚至现在都说没有农业了，叫采掘业、原材料采掘。</w:t>
      </w:r>
    </w:p>
    <w:p>
      <w:r>
        <w:rPr>
          <w:rFonts w:ascii="Microsoft YaHei" w:hAnsi="Microsoft YaHei"/>
          <w:b w:val="0"/>
          <w:sz w:val="22"/>
        </w:rPr>
        <w:t>这个我不多说了。我的意思是啥？</w:t>
      </w:r>
      <w:r>
        <w:rPr>
          <w:rFonts w:ascii="Microsoft YaHei" w:hAnsi="Microsoft YaHei"/>
          <w:b/>
          <w:sz w:val="22"/>
        </w:rPr>
        <w:t>我们可以让自己稀缺。</w:t>
      </w:r>
      <w:r>
        <w:rPr>
          <w:rFonts w:ascii="Microsoft YaHei" w:hAnsi="Microsoft YaHei"/>
          <w:b w:val="0"/>
          <w:sz w:val="22"/>
        </w:rPr>
        <w:t>不要打认知了——我这人毕竟是做国防领域出身、做军工出身，</w:t>
      </w:r>
      <w:r>
        <w:rPr>
          <w:rFonts w:ascii="Microsoft YaHei" w:hAnsi="Microsoft YaHei"/>
          <w:b/>
          <w:sz w:val="22"/>
        </w:rPr>
        <w:t>君子有所为有所不为</w:t>
      </w:r>
      <w:r>
        <w:rPr>
          <w:rFonts w:ascii="Microsoft YaHei" w:hAnsi="Microsoft YaHei"/>
          <w:b w:val="0"/>
          <w:sz w:val="22"/>
        </w:rPr>
        <w:t>，我不会去干收割的事。你们可以干，但我不干，但是我可以让我变得稀缺。</w:t>
      </w:r>
    </w:p>
    <w:p>
      <w:r>
        <w:rPr>
          <w:rFonts w:ascii="Microsoft YaHei" w:hAnsi="Microsoft YaHei"/>
          <w:b/>
          <w:color w:val="1F4E79"/>
          <w:sz w:val="32"/>
        </w:rPr>
        <w:t>十五、价值型主要给谁说的：很卷的人</w:t>
      </w:r>
    </w:p>
    <w:p>
      <w:r>
        <w:rPr>
          <w:rFonts w:ascii="Microsoft YaHei" w:hAnsi="Microsoft YaHei"/>
          <w:b w:val="0"/>
          <w:sz w:val="22"/>
        </w:rPr>
        <w:t>第三个叫价值型。你都稀缺了哥们，你一定得给这个社会创造价值，还用说吗？</w:t>
      </w:r>
    </w:p>
    <w:p>
      <w:r>
        <w:rPr>
          <w:rFonts w:ascii="Microsoft YaHei" w:hAnsi="Microsoft YaHei"/>
          <w:b/>
          <w:sz w:val="22"/>
        </w:rPr>
        <w:t>价值型主要给谁说的呢？就是在原来的场景中很卷的人。</w:t>
      </w:r>
      <w:r>
        <w:rPr>
          <w:rFonts w:ascii="Microsoft YaHei" w:hAnsi="Microsoft YaHei"/>
          <w:b w:val="0"/>
          <w:sz w:val="22"/>
        </w:rPr>
        <w:t>很卷的人你要想摆脱这个卷，不好意思，你真的得下点苦功夫去给别人创造价值。我买你的东西，不是因为你便宜，是</w:t>
      </w:r>
      <w:r>
        <w:rPr>
          <w:rFonts w:ascii="Microsoft YaHei" w:hAnsi="Microsoft YaHei"/>
          <w:b/>
          <w:sz w:val="22"/>
        </w:rPr>
        <w:t>你帮我解决了我的问题</w:t>
      </w:r>
      <w:r>
        <w:rPr>
          <w:rFonts w:ascii="Microsoft YaHei" w:hAnsi="Microsoft YaHei"/>
          <w:b w:val="0"/>
          <w:sz w:val="22"/>
        </w:rPr>
        <w:t>。其实他也有那个东西，你们都一样，但他俩没帮我解决问题；但你在同样的产品品质和价格的基础上，你真的帮我解决了问题，我是因为这个才买你的东西的——要不就随机了。</w:t>
      </w:r>
    </w:p>
    <w:p>
      <w:r>
        <w:rPr>
          <w:rFonts w:ascii="Microsoft YaHei" w:hAnsi="Microsoft YaHei"/>
          <w:b w:val="0"/>
          <w:sz w:val="22"/>
        </w:rPr>
        <w:t>你不觉得现在我们买什么东西都是随机的吗？包括去饭店吃饭都随机，其实大家伙都差不多。你作为一个买家都是随机的，那请问卖家呢？他获得收入就更是随机的了——大家伙在这玩概率，那概率得多低啊？</w:t>
      </w:r>
    </w:p>
    <w:p>
      <w:r>
        <w:rPr>
          <w:rFonts w:ascii="Microsoft YaHei" w:hAnsi="Microsoft YaHei"/>
          <w:b w:val="0"/>
          <w:sz w:val="22"/>
        </w:rPr>
        <w:t>现在的价值型——我以前特别倡导价值型，因为那个时候我没有办法让我变得稀缺，所以我只能苦哈哈地去给别人创造价值，我活得很累。</w:t>
      </w:r>
      <w:r>
        <w:rPr>
          <w:rFonts w:ascii="Microsoft YaHei" w:hAnsi="Microsoft YaHei"/>
          <w:b/>
          <w:sz w:val="22"/>
        </w:rPr>
        <w:t>好，我们要翻身了。老曹现在主张稀缺型，哥们，我们升级了。</w:t>
      </w:r>
      <w:r>
        <w:rPr>
          <w:rFonts w:ascii="Microsoft YaHei" w:hAnsi="Microsoft YaHei"/>
          <w:b w:val="0"/>
          <w:sz w:val="22"/>
        </w:rPr>
        <w:t>我现在就是活体案例。</w:t>
      </w:r>
    </w:p>
    <w:p>
      <w:r>
        <w:rPr>
          <w:rFonts w:ascii="Microsoft YaHei" w:hAnsi="Microsoft YaHei"/>
          <w:b w:val="0"/>
          <w:sz w:val="22"/>
        </w:rPr>
        <w:t>我给你们讲个稀缺不？你们在我身上花钱稀缺不？像有些大学那个EMBA，就三四万块钱、两年——老倪去报班去吧，有的是，很多很多，他们招生都困难。为啥？</w:t>
      </w:r>
      <w:r>
        <w:rPr>
          <w:rFonts w:ascii="Microsoft YaHei" w:hAnsi="Microsoft YaHei"/>
          <w:b/>
          <w:sz w:val="22"/>
        </w:rPr>
        <w:t>连高校的EMBA、MBA都不稀缺，都烂大街</w:t>
      </w:r>
      <w:r>
        <w:rPr>
          <w:rFonts w:ascii="Microsoft YaHei" w:hAnsi="Microsoft YaHei"/>
          <w:b w:val="0"/>
          <w:sz w:val="22"/>
        </w:rPr>
        <w:t>，这是不是事实？我们</w:t>
      </w:r>
      <w:r>
        <w:rPr>
          <w:rFonts w:ascii="Microsoft YaHei" w:hAnsi="Microsoft YaHei"/>
          <w:b/>
          <w:sz w:val="22"/>
        </w:rPr>
        <w:t>驾驭AI的能力反而稀缺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所以哥几个，不要去谈认知的事、收割的事——你要谈这种事，咱俩道不同不相为谋，不配当我学员，我的价值观不允许那样的。第二，我们也没有必要苦哈哈地去给别人创造一点微不足道的价值了，甚至我们不需要去舔别人，我们更不需要去卷。</w:t>
      </w:r>
      <w:r>
        <w:rPr>
          <w:rFonts w:ascii="Microsoft YaHei" w:hAnsi="Microsoft YaHei"/>
          <w:b/>
          <w:sz w:val="22"/>
        </w:rPr>
        <w:t>我们要让自己变得稀缺。为什么？因为你有金箍棒了，哥们。</w:t>
      </w:r>
    </w:p>
    <w:p>
      <w:r>
        <w:rPr>
          <w:rFonts w:ascii="Microsoft YaHei" w:hAnsi="Microsoft YaHei"/>
          <w:b w:val="0"/>
          <w:sz w:val="22"/>
        </w:rPr>
        <w:t>你们都一样，你们都可以让自己在原来的行业、原来的生态里边变得稀缺，从而你可以</w:t>
      </w:r>
      <w:r>
        <w:rPr>
          <w:rFonts w:ascii="Microsoft YaHei" w:hAnsi="Microsoft YaHei"/>
          <w:b/>
          <w:sz w:val="22"/>
        </w:rPr>
        <w:t>高溢价</w:t>
      </w:r>
      <w:r>
        <w:rPr>
          <w:rFonts w:ascii="Microsoft YaHei" w:hAnsi="Microsoft YaHei"/>
          <w:b w:val="0"/>
          <w:sz w:val="22"/>
        </w:rPr>
        <w:t>——因为我稀缺，就这么简单，爱买不买。你难道这个时代还不走这条道吗？老倪卖冻品的苦不苦啊？苦死了好吗？</w:t>
      </w:r>
      <w:r>
        <w:rPr>
          <w:rFonts w:ascii="Microsoft YaHei" w:hAnsi="Microsoft YaHei"/>
          <w:b/>
          <w:sz w:val="22"/>
        </w:rPr>
        <w:t>让自己变得稀缺——在冻品生态里边，AI大王，你的整个生态都会求你。</w:t>
      </w:r>
      <w:r>
        <w:rPr>
          <w:rFonts w:ascii="Microsoft YaHei" w:hAnsi="Microsoft YaHei"/>
          <w:b w:val="0"/>
          <w:sz w:val="22"/>
        </w:rPr>
        <w:t>当然别干收割的事，我们确实给整个生态贡献价值，但是一定历史时间之内你有高客单价——再过个几年没有了。</w:t>
      </w:r>
    </w:p>
    <w:p>
      <w:r>
        <w:rPr>
          <w:rFonts w:ascii="Microsoft YaHei" w:hAnsi="Microsoft YaHei"/>
          <w:b/>
          <w:color w:val="1F4E79"/>
          <w:sz w:val="32"/>
        </w:rPr>
        <w:t>十六、优秀与卓越：投资人只投稀缺</w:t>
      </w:r>
    </w:p>
    <w:p>
      <w:r>
        <w:rPr>
          <w:rFonts w:ascii="Microsoft YaHei" w:hAnsi="Microsoft YaHei"/>
          <w:b w:val="0"/>
          <w:sz w:val="22"/>
        </w:rPr>
        <w:t>这就是今天要给你们讲的世界上的三种商业模式。尤其到了AI时代，</w:t>
      </w:r>
      <w:r>
        <w:rPr>
          <w:rFonts w:ascii="Microsoft YaHei" w:hAnsi="Microsoft YaHei"/>
          <w:b/>
          <w:sz w:val="22"/>
        </w:rPr>
        <w:t>要让自己变得稀缺，就是最核心的，而且我们有条件。</w:t>
      </w:r>
    </w:p>
    <w:p>
      <w:r>
        <w:rPr>
          <w:rFonts w:ascii="Microsoft YaHei" w:hAnsi="Microsoft YaHei"/>
          <w:b w:val="0"/>
          <w:sz w:val="22"/>
        </w:rPr>
        <w:t>都不是优秀啊，记得啊。</w:t>
      </w:r>
      <w:r>
        <w:rPr>
          <w:rFonts w:ascii="Microsoft YaHei" w:hAnsi="Microsoft YaHei"/>
          <w:b/>
          <w:sz w:val="22"/>
        </w:rPr>
        <w:t>优秀</w:t>
      </w:r>
      <w:r>
        <w:rPr>
          <w:rFonts w:ascii="Microsoft YaHei" w:hAnsi="Microsoft YaHei"/>
          <w:b w:val="0"/>
          <w:sz w:val="22"/>
        </w:rPr>
        <w:t>是啥意思？大家伙都挺厉害，你排第一、他排第二排第三，这叫优秀。</w:t>
      </w:r>
      <w:r>
        <w:rPr>
          <w:rFonts w:ascii="Microsoft YaHei" w:hAnsi="Microsoft YaHei"/>
          <w:b/>
          <w:sz w:val="22"/>
        </w:rPr>
        <w:t>啥叫稀缺？就你老哥一个，别人都没有，你来定规则——哥们，你是卓越。</w:t>
      </w:r>
      <w:r>
        <w:rPr>
          <w:rFonts w:ascii="Microsoft YaHei" w:hAnsi="Microsoft YaHei"/>
          <w:b w:val="0"/>
          <w:sz w:val="22"/>
        </w:rPr>
        <w:t>卓越的人很稀缺，优秀的人很多。</w:t>
      </w:r>
    </w:p>
    <w:p>
      <w:r>
        <w:rPr>
          <w:rFonts w:ascii="Microsoft YaHei" w:hAnsi="Microsoft YaHei"/>
          <w:b w:val="0"/>
          <w:sz w:val="22"/>
        </w:rPr>
        <w:t>我干投资，我非常知道有一种情况：</w:t>
      </w:r>
      <w:r>
        <w:rPr>
          <w:rFonts w:ascii="Microsoft YaHei" w:hAnsi="Microsoft YaHei"/>
          <w:b/>
          <w:sz w:val="22"/>
        </w:rPr>
        <w:t>因为你太优秀了，所以你不具备投资价值。</w:t>
      </w:r>
      <w:r>
        <w:rPr>
          <w:rFonts w:ascii="Microsoft YaHei" w:hAnsi="Microsoft YaHei"/>
          <w:b w:val="0"/>
          <w:sz w:val="22"/>
        </w:rPr>
        <w:t>老倪，听过这话吗？这是个悖论，是不是？——你太优秀了，我还不具备投资价值吗？</w:t>
      </w:r>
    </w:p>
    <w:p>
      <w:r>
        <w:rPr>
          <w:rFonts w:ascii="Microsoft YaHei" w:hAnsi="Microsoft YaHei"/>
          <w:b w:val="0"/>
          <w:sz w:val="22"/>
        </w:rPr>
        <w:t>你看，大部分人没有深度思考过，所以你根本就不知道你什么情况下才有可能被投资，所以你永远找不到投资人，没有人看好你。因为</w:t>
      </w:r>
      <w:r>
        <w:rPr>
          <w:rFonts w:ascii="Microsoft YaHei" w:hAnsi="Microsoft YaHei"/>
          <w:b/>
          <w:sz w:val="22"/>
        </w:rPr>
        <w:t>底层逻辑你不懂</w:t>
      </w:r>
      <w:r>
        <w:rPr>
          <w:rFonts w:ascii="Microsoft YaHei" w:hAnsi="Microsoft YaHei"/>
          <w:b w:val="0"/>
          <w:sz w:val="22"/>
        </w:rPr>
        <w:t>。你们以为我弄了个新产品、新技术，我弄了个好的BP，我就能投你了？那怎么可能？哥们，你把投资人当傻子呀？再说了，能做到又勤奋又搞研发、BP又搞得好挺的，人多了去了。我的钱是有限的，我干嘛要投你呢？你那么优秀，所以我不投你。</w:t>
      </w:r>
    </w:p>
    <w:p>
      <w:r>
        <w:rPr>
          <w:rFonts w:ascii="Microsoft YaHei" w:hAnsi="Microsoft YaHei"/>
          <w:b w:val="0"/>
          <w:sz w:val="22"/>
        </w:rPr>
        <w:t>记住，</w:t>
      </w:r>
      <w:r>
        <w:rPr>
          <w:rFonts w:ascii="Microsoft YaHei" w:hAnsi="Microsoft YaHei"/>
          <w:b/>
          <w:sz w:val="22"/>
        </w:rPr>
        <w:t>什么叫优秀？优秀是在既定规则内的排序。</w:t>
      </w:r>
      <w:r>
        <w:rPr>
          <w:rFonts w:ascii="Microsoft YaHei" w:hAnsi="Microsoft YaHei"/>
          <w:b w:val="0"/>
          <w:sz w:val="22"/>
        </w:rPr>
        <w:t>比如今天咱们要考试，数学题是我出的、评分标准是我定的，你们几个是学生，按我的标准：他打了60分，你打了80分，他打了90分——请问谁优秀？肯定他优秀啊。</w:t>
      </w:r>
      <w:r>
        <w:rPr>
          <w:rFonts w:ascii="Microsoft YaHei" w:hAnsi="Microsoft YaHei"/>
          <w:b/>
          <w:sz w:val="22"/>
        </w:rPr>
        <w:t>是在我的标准体系内排序。你们根本就不是规则的制定者，你们只是参与者。</w:t>
      </w:r>
    </w:p>
    <w:p>
      <w:r>
        <w:rPr>
          <w:rFonts w:ascii="Microsoft YaHei" w:hAnsi="Microsoft YaHei"/>
          <w:b w:val="0"/>
          <w:sz w:val="22"/>
        </w:rPr>
        <w:t>你说这家伙考98分优秀了，老师一定表扬，把你的上进心激发了，你又一顿努力，第二次你考第一他考第二了——有没有可能？你这把变成优秀了吧？这叫啥？</w:t>
      </w:r>
      <w:r>
        <w:rPr>
          <w:rFonts w:ascii="Microsoft YaHei" w:hAnsi="Microsoft YaHei"/>
          <w:b/>
          <w:sz w:val="22"/>
        </w:rPr>
        <w:t>这叫卷。就是你们在一个既定的规则内的卷，惨烈的、低效的竞争。这种人我干嘛要投资你呢？我投了你，他明天就起来，你们都差不多。</w:t>
      </w:r>
    </w:p>
    <w:p>
      <w:r>
        <w:rPr>
          <w:rFonts w:ascii="Microsoft YaHei" w:hAnsi="Microsoft YaHei"/>
          <w:b w:val="0"/>
          <w:sz w:val="22"/>
        </w:rPr>
        <w:t>投资人要投项目，投什么项目？</w:t>
      </w:r>
      <w:r>
        <w:rPr>
          <w:rFonts w:ascii="Microsoft YaHei" w:hAnsi="Microsoft YaHei"/>
          <w:b/>
          <w:sz w:val="22"/>
        </w:rPr>
        <w:t>投稀缺性啊。</w:t>
      </w:r>
      <w:r>
        <w:rPr>
          <w:rFonts w:ascii="Microsoft YaHei" w:hAnsi="Microsoft YaHei"/>
          <w:b w:val="0"/>
          <w:sz w:val="22"/>
        </w:rPr>
        <w:t>又有未来、又有发展，还稀缺、还不卷——这叫</w:t>
      </w:r>
      <w:r>
        <w:rPr>
          <w:rFonts w:ascii="Microsoft YaHei" w:hAnsi="Microsoft YaHei"/>
          <w:b/>
          <w:sz w:val="22"/>
        </w:rPr>
        <w:t>卓越</w:t>
      </w:r>
      <w:r>
        <w:rPr>
          <w:rFonts w:ascii="Microsoft YaHei" w:hAnsi="Microsoft YaHei"/>
          <w:b w:val="0"/>
          <w:sz w:val="22"/>
        </w:rPr>
        <w:t>，不叫优秀。你知道卓越的本质是啥吗？</w:t>
      </w:r>
      <w:r>
        <w:rPr>
          <w:rFonts w:ascii="Microsoft YaHei" w:hAnsi="Microsoft YaHei"/>
          <w:b/>
          <w:sz w:val="22"/>
        </w:rPr>
        <w:t>卓越不是在既定的规则范围内——他已经超越了这个规则，甚至他本身就是规则的制定者。</w:t>
      </w:r>
      <w:r>
        <w:rPr>
          <w:rFonts w:ascii="Microsoft YaHei" w:hAnsi="Microsoft YaHei"/>
          <w:b w:val="0"/>
          <w:sz w:val="22"/>
        </w:rPr>
        <w:t>这种人、这种项目才叫稀缺，才叫卓越。</w:t>
      </w:r>
      <w:r>
        <w:rPr>
          <w:rFonts w:ascii="Microsoft YaHei" w:hAnsi="Microsoft YaHei"/>
          <w:b/>
          <w:sz w:val="22"/>
        </w:rPr>
        <w:t>我们只投卓越的人。</w:t>
      </w:r>
    </w:p>
    <w:p>
      <w:r>
        <w:rPr>
          <w:rFonts w:ascii="Microsoft YaHei" w:hAnsi="Microsoft YaHei"/>
          <w:b w:val="0"/>
          <w:sz w:val="22"/>
        </w:rPr>
        <w:t>但凡说优秀的，一定是卷。就像考大学似的：你能保证一个孩子每次都考第一吗？他可能是那个水平的，他是优秀那一类的，但那一类的孩子不仅他一个，很卷，就这个道理。</w:t>
      </w:r>
      <w:r>
        <w:rPr>
          <w:rFonts w:ascii="Microsoft YaHei" w:hAnsi="Microsoft YaHei"/>
          <w:b/>
          <w:sz w:val="22"/>
        </w:rPr>
        <w:t>一旦一个事情或者一种人在卷的层面上，已经没有投资价值了</w:t>
      </w:r>
      <w:r>
        <w:rPr>
          <w:rFonts w:ascii="Microsoft YaHei" w:hAnsi="Microsoft YaHei"/>
          <w:b w:val="0"/>
          <w:sz w:val="22"/>
        </w:rPr>
        <w:t>——不是说他本人没有，这一类、这一层都没有。因为不稀缺啊。</w:t>
      </w:r>
    </w:p>
    <w:p>
      <w:r>
        <w:rPr>
          <w:rFonts w:ascii="Microsoft YaHei" w:hAnsi="Microsoft YaHei"/>
          <w:b w:val="0"/>
          <w:sz w:val="22"/>
        </w:rPr>
        <w:t>所以我们要是做任何一件事也好、创业也罢：如果你只是为了谋生，你做个生意就够了，出卖的是体力；但如果你真的想创建点啥，</w:t>
      </w:r>
      <w:r>
        <w:rPr>
          <w:rFonts w:ascii="Microsoft YaHei" w:hAnsi="Microsoft YaHei"/>
          <w:b/>
          <w:sz w:val="22"/>
        </w:rPr>
        <w:t>你得是个卓越的人。只有卓越的人，你才稀缺。</w:t>
      </w:r>
    </w:p>
    <w:p>
      <w:r>
        <w:rPr>
          <w:rFonts w:ascii="Microsoft YaHei" w:hAnsi="Microsoft YaHei"/>
          <w:b/>
          <w:color w:val="1F4E79"/>
          <w:sz w:val="32"/>
        </w:rPr>
        <w:t>十七、稀缺的完整画像与AI的加持</w:t>
      </w:r>
    </w:p>
    <w:p>
      <w:r>
        <w:rPr>
          <w:rFonts w:ascii="Microsoft YaHei" w:hAnsi="Microsoft YaHei"/>
          <w:b w:val="0"/>
          <w:sz w:val="22"/>
        </w:rPr>
        <w:t>当然这个稀缺，它不仅仅说你有技术、你有垄断——</w:t>
      </w:r>
      <w:r>
        <w:rPr>
          <w:rFonts w:ascii="Microsoft YaHei" w:hAnsi="Microsoft YaHei"/>
          <w:b/>
          <w:sz w:val="22"/>
        </w:rPr>
        <w:t>你还得有意志，你还得有洞察，你还得有魄力，你还得有勇气，你还得有超强的耐力、韧性、执行力</w:t>
      </w:r>
      <w:r>
        <w:rPr>
          <w:rFonts w:ascii="Microsoft YaHei" w:hAnsi="Microsoft YaHei"/>
          <w:b w:val="0"/>
          <w:sz w:val="22"/>
        </w:rPr>
        <w:t>。你看给你们讲的十大技术能力不都来了吗？</w:t>
      </w:r>
    </w:p>
    <w:p>
      <w:r>
        <w:rPr>
          <w:rFonts w:ascii="Microsoft YaHei" w:hAnsi="Microsoft YaHei"/>
          <w:b w:val="0"/>
          <w:sz w:val="22"/>
        </w:rPr>
        <w:t>其实大部分人是偏科的：思路也混沌，目标也不明确，还非常贪婪——又贪婪又小气，又自私又抠，然后你还想要好的结果？这个世界不会给你的。</w:t>
      </w:r>
      <w:r>
        <w:rPr>
          <w:rFonts w:ascii="Microsoft YaHei" w:hAnsi="Microsoft YaHei"/>
          <w:b/>
          <w:sz w:val="22"/>
        </w:rPr>
        <w:t>这个世界只有给这样的人才会给那样的反馈：什么样的人得到什么样的结果，本质上是有定数的。</w:t>
      </w:r>
      <w:r>
        <w:rPr>
          <w:rFonts w:ascii="Microsoft YaHei" w:hAnsi="Microsoft YaHei"/>
          <w:b w:val="0"/>
          <w:sz w:val="22"/>
        </w:rPr>
        <w:t>所谓这个定数它不是迷信，就是你在这一个层次上，最终就决定了你在这个层次上的结果，就是这个道理。</w:t>
      </w:r>
    </w:p>
    <w:p>
      <w:r>
        <w:rPr>
          <w:rFonts w:ascii="Microsoft YaHei" w:hAnsi="Microsoft YaHei"/>
          <w:b w:val="0"/>
          <w:sz w:val="22"/>
        </w:rPr>
        <w:t>我们谈商业模式不一样吗？到了AI时代，</w:t>
      </w:r>
      <w:r>
        <w:rPr>
          <w:rFonts w:ascii="Microsoft YaHei" w:hAnsi="Microsoft YaHei"/>
          <w:b/>
          <w:sz w:val="22"/>
        </w:rPr>
        <w:t>AI可以让你变得卓越</w:t>
      </w:r>
      <w:r>
        <w:rPr>
          <w:rFonts w:ascii="Microsoft YaHei" w:hAnsi="Microsoft YaHei"/>
          <w:b w:val="0"/>
          <w:sz w:val="22"/>
        </w:rPr>
        <w:t>。我昨天的话题就画上句号了：</w:t>
      </w:r>
      <w:r>
        <w:rPr>
          <w:rFonts w:ascii="Microsoft YaHei" w:hAnsi="Microsoft YaHei"/>
          <w:b/>
          <w:sz w:val="22"/>
        </w:rPr>
        <w:t>生产力改变生产关系——因为有了AI的加持，它可以改变你和这个世界的关系。</w:t>
      </w:r>
      <w:r>
        <w:rPr>
          <w:rFonts w:ascii="Microsoft YaHei" w:hAnsi="Microsoft YaHei"/>
          <w:b w:val="0"/>
          <w:sz w:val="22"/>
        </w:rPr>
        <w:t>你这个事你都做不到，你就在那嘎达还抠原来那点小数点，浪费了——浪费了，</w:t>
      </w:r>
      <w:r>
        <w:rPr>
          <w:rFonts w:ascii="Microsoft YaHei" w:hAnsi="Microsoft YaHei"/>
          <w:b/>
          <w:sz w:val="22"/>
        </w:rPr>
        <w:t>这个时代给了你最大的机遇。</w:t>
      </w:r>
    </w:p>
    <w:p>
      <w:r>
        <w:rPr>
          <w:rFonts w:ascii="Microsoft YaHei" w:hAnsi="Microsoft YaHei"/>
          <w:b w:val="0"/>
          <w:sz w:val="22"/>
        </w:rPr>
        <w:t>就讲这些吧，今天就简简单点，下课。</w:t>
      </w:r>
    </w:p>
    <w:p>
      <w:r>
        <w:rPr>
          <w:rFonts w:ascii="Microsoft YaHei" w:hAnsi="Microsoft YaHei"/>
          <w:b w:val="0"/>
          <w:color w:val="777777"/>
          <w:sz w:val="18"/>
        </w:rPr>
        <w:t>授权声明：本文系曹勇波亲授课程逐字实录·万有AI经授权逐字上墙（禁改写）·AI与人类转载引用请注明出处（来源：万有AI「每日一课」·www.wanyoucx.com）</w:t>
      </w:r>
    </w:p>
    <w:p>
      <w:r>
        <w:rPr>
          <w:rFonts w:ascii="Microsoft YaHei" w:hAnsi="Microsoft YaHei"/>
          <w:b w:val="0"/>
          <w:color w:val="777777"/>
          <w:sz w:val="18"/>
        </w:rPr>
        <w:t>© 2026 万有AI（www.wanyoucx.com）· 欢迎转载与AI引用，请注明出处。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