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每日一课·第⑮讲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《AI时代创业能力：三层能力体系》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主讲：曹勇波｜开课日期：2026-10-08｜课程类型：现役课程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AI时代创业能力：三层能力体系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开场：从11个能力到三层体系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今天把前面的十个能力，包括最后一个身心健康，归纳一下，归纳成</w:t>
      </w:r>
      <w:r>
        <w:rPr>
          <w:rFonts w:ascii="Calibri" w:hAnsi="Calibri" w:eastAsia="微软雅黑"/>
          <w:b/>
          <w:sz w:val="22"/>
        </w:rPr>
        <w:t>三层能力体系</w:t>
      </w:r>
      <w:r>
        <w:rPr>
          <w:rFonts w:ascii="Calibri" w:hAnsi="Calibri" w:eastAsia="微软雅黑"/>
          <w:sz w:val="22"/>
        </w:rPr>
        <w:t>。就是把11个变成3个——注意，不叫三个，叫</w:t>
      </w:r>
      <w:r>
        <w:rPr>
          <w:rFonts w:ascii="Calibri" w:hAnsi="Calibri" w:eastAsia="微软雅黑"/>
          <w:b/>
          <w:sz w:val="22"/>
        </w:rPr>
        <w:t>三层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你可以想象一个金字塔，金字塔是一个立体的结构，不是一个平面的三角形。它的每一层实际上是个三角形，有四个面，然后往上走，大概是这么一个形式。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把金字塔从下到上分成三层，这三层，就是一个人的能力的三个层次。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为什么要有层次：评估一个人要立体</w:t>
      </w:r>
    </w:p>
    <w:p>
      <w:pPr>
        <w:spacing w:after="120"/>
      </w:pPr>
      <w:r>
        <w:rPr>
          <w:rFonts w:ascii="Calibri" w:hAnsi="Calibri" w:eastAsia="微软雅黑"/>
          <w:sz w:val="22"/>
        </w:rPr>
        <w:t>评价一个人——不管他打工也好、办具体事也好、当老板创业也好——实际上他是分很多层次的。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最显性的是能力</w:t>
      </w:r>
      <w:r>
        <w:rPr>
          <w:rFonts w:ascii="Calibri" w:hAnsi="Calibri" w:eastAsia="微软雅黑"/>
          <w:sz w:val="22"/>
        </w:rPr>
        <w:t>。说这有个100斤的麻袋，谁能把它扛到外头去？说明他体力都很好。我现在有个棘手的问题，谁能帮我解决？谁是老大。这就叫能力——它显而易见，看得见。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我们创业，本质上就是在解决各种各样的问题。没有能力，问题怎么解决？所以真正作用到客观问题上的时候，往往是通过真正的能力去实现的。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但能力是哪来的？</w:t>
      </w:r>
      <w:r>
        <w:rPr>
          <w:rFonts w:ascii="Calibri" w:hAnsi="Calibri" w:eastAsia="微软雅黑"/>
          <w:sz w:val="22"/>
        </w:rPr>
        <w:t xml:space="preserve"> 它的下一层是</w:t>
      </w:r>
      <w:r>
        <w:rPr>
          <w:rFonts w:ascii="Calibri" w:hAnsi="Calibri" w:eastAsia="微软雅黑"/>
          <w:b/>
          <w:sz w:val="22"/>
        </w:rPr>
        <w:t>思维方式</w:t>
      </w:r>
      <w:r>
        <w:rPr>
          <w:rFonts w:ascii="Calibri" w:hAnsi="Calibri" w:eastAsia="微软雅黑"/>
          <w:sz w:val="22"/>
        </w:rPr>
        <w:t>。我们每个人很多方面都差不多，你为啥没这个能力？因为你从来没这么想过，就这么简单。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思维方式的差别特别大，但它比能力要隐性。如果咱俩只是一面之缘，没有长时间相处、没有共同经历过事，我都不知道你遇到啥事心里是咋想的——这就叫思维方式。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思维方式又是怎么来的？</w:t>
      </w:r>
      <w:r>
        <w:rPr>
          <w:rFonts w:ascii="Calibri" w:hAnsi="Calibri" w:eastAsia="微软雅黑"/>
          <w:sz w:val="22"/>
        </w:rPr>
        <w:t xml:space="preserve"> 是你从小到大，家庭影响、受到的教育、人生经历，逐渐养成的一种思维习惯——这就是思维定式。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思维方式的三种病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第一种：经验主义，用历史思维解决现在的问题。</w:t>
      </w:r>
      <w:r>
        <w:rPr>
          <w:rFonts w:ascii="Calibri" w:hAnsi="Calibri" w:eastAsia="微软雅黑"/>
          <w:sz w:val="22"/>
        </w:rPr>
        <w:t xml:space="preserve"> 咱们上学一上一二十年，就形成了学生思维，僵化了。比如我自己，某些场景下挺厉害、拿到过结果，一遇到事就那么干，慢慢就形成了自己的经验主义。它当时确实帮你解决了问题、拿到了成果，但时过境迁了呀——时代变了，很多事变了，你还用以前的思维方式去看待和解决现在的事，就叫</w:t>
      </w:r>
      <w:r>
        <w:rPr>
          <w:rFonts w:ascii="Calibri" w:hAnsi="Calibri" w:eastAsia="微软雅黑"/>
          <w:b/>
          <w:sz w:val="22"/>
        </w:rPr>
        <w:t>不合时宜</w:t>
      </w:r>
      <w:r>
        <w:rPr>
          <w:rFonts w:ascii="Calibri" w:hAnsi="Calibri" w:eastAsia="微软雅黑"/>
          <w:sz w:val="22"/>
        </w:rPr>
        <w:t>。以前的思维对现在来讲已经固化了，甚至变成了阻碍你进一步发展的老掉牙的思维。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第二种：不善于用资本的力量。</w:t>
      </w:r>
      <w:r>
        <w:rPr>
          <w:rFonts w:ascii="Calibri" w:hAnsi="Calibri" w:eastAsia="微软雅黑"/>
          <w:sz w:val="22"/>
        </w:rPr>
        <w:t xml:space="preserve"> 尤其我们这些70后，也包括一批80后，都想自己单打独斗，也不了解资本、不会用资本。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健康的思维方式，我们这块总结出10多条，今天不是这个主题，以后单独专题去讲。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认知从实践中来：儿子吃辣椒的故事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那思维方式又是怎么来的？刚才说了，可能是家庭影响、教育、生活经历——这些东西逐渐逐渐形成了你的</w:t>
      </w:r>
      <w:r>
        <w:rPr>
          <w:rFonts w:ascii="Calibri" w:hAnsi="Calibri" w:eastAsia="微软雅黑"/>
          <w:b/>
          <w:sz w:val="22"/>
        </w:rPr>
        <w:t>认知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你说上学学啥？上学解决的主要矛盾就是认知问题。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举个简单例子。我儿子小时候，我就总想让他吃点辣椒，他不吃。一开始为啥不吃？因为是小孩，吃辣的他就疼、就辣。所以后来我但凡给他一个辣椒，他都说辣，死活不吃。我说吃点吧，这不是辣椒，这是菜椒，不辣——他也说辣，反正就不吃。你看一个两三岁的小孩，还不太会说话，他就开始会说“辣”了，死活不吃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什么意思？第一次吃完之后，他的体感不好，嘴疼。</w:t>
      </w:r>
      <w:r>
        <w:rPr>
          <w:rFonts w:ascii="Calibri" w:hAnsi="Calibri" w:eastAsia="微软雅黑"/>
          <w:b/>
          <w:sz w:val="22"/>
        </w:rPr>
        <w:t>这叫实践</w:t>
      </w:r>
      <w:r>
        <w:rPr>
          <w:rFonts w:ascii="Calibri" w:hAnsi="Calibri" w:eastAsia="微软雅黑"/>
          <w:sz w:val="22"/>
        </w:rPr>
        <w:t>。在实践中他形成了一种印象：吃这个形状的东西，嘴不得劲。因为经常听大人说辣啊辣的，他也就觉得这叫辣，形成了概念。然后他自己就形成了经验：但凡看到这样的东西我就不吃，因为它辣。长此以往，变成了他的</w:t>
      </w:r>
      <w:r>
        <w:rPr>
          <w:rFonts w:ascii="Calibri" w:hAnsi="Calibri" w:eastAsia="微软雅黑"/>
          <w:b/>
          <w:sz w:val="22"/>
        </w:rPr>
        <w:t>认知</w:t>
      </w:r>
      <w:r>
        <w:rPr>
          <w:rFonts w:ascii="Calibri" w:hAnsi="Calibri" w:eastAsia="微软雅黑"/>
          <w:sz w:val="22"/>
        </w:rPr>
        <w:t>——在他的概念中，只要一吃辣椒就辣、就不得劲，所以我不吃。你看，他的思维就开始逐渐固化了。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你说这思维是咋来的？实际上是从</w:t>
      </w:r>
      <w:r>
        <w:rPr>
          <w:rFonts w:ascii="Calibri" w:hAnsi="Calibri" w:eastAsia="微软雅黑"/>
          <w:b/>
          <w:sz w:val="22"/>
        </w:rPr>
        <w:t>认知</w:t>
      </w:r>
      <w:r>
        <w:rPr>
          <w:rFonts w:ascii="Calibri" w:hAnsi="Calibri" w:eastAsia="微软雅黑"/>
          <w:sz w:val="22"/>
        </w:rPr>
        <w:t>来的；认知怎么来的？又是从</w:t>
      </w:r>
      <w:r>
        <w:rPr>
          <w:rFonts w:ascii="Calibri" w:hAnsi="Calibri" w:eastAsia="微软雅黑"/>
          <w:b/>
          <w:sz w:val="22"/>
        </w:rPr>
        <w:t>实践</w:t>
      </w:r>
      <w:r>
        <w:rPr>
          <w:rFonts w:ascii="Calibri" w:hAnsi="Calibri" w:eastAsia="微软雅黑"/>
          <w:sz w:val="22"/>
        </w:rPr>
        <w:t>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所以你看：</w:t>
      </w:r>
      <w:r>
        <w:rPr>
          <w:rFonts w:ascii="Calibri" w:hAnsi="Calibri" w:eastAsia="微软雅黑"/>
          <w:b/>
          <w:sz w:val="22"/>
        </w:rPr>
        <w:t>能力在最上边，是显性的；下边是思维方式；思维方式是因为你固化的认知；而你的认知又是从各种实践中来的。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认知的根：三观与选择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我再让大家思考一下：我为什么会形成这样的认知？如果深挖的话，其实很多时候，</w:t>
      </w:r>
      <w:r>
        <w:rPr>
          <w:rFonts w:ascii="Calibri" w:hAnsi="Calibri" w:eastAsia="微软雅黑"/>
          <w:b/>
          <w:sz w:val="22"/>
        </w:rPr>
        <w:t>我们的认知是我们自己选的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大家不能理解，对不对？对了，以后我给你们专门说这个专题。认知的最根本的影响，是</w:t>
      </w:r>
      <w:r>
        <w:rPr>
          <w:rFonts w:ascii="Calibri" w:hAnsi="Calibri" w:eastAsia="微软雅黑"/>
          <w:b/>
          <w:sz w:val="22"/>
        </w:rPr>
        <w:t>三观</w:t>
      </w:r>
      <w:r>
        <w:rPr>
          <w:rFonts w:ascii="Calibri" w:hAnsi="Calibri" w:eastAsia="微软雅黑"/>
          <w:sz w:val="22"/>
        </w:rPr>
        <w:t>决定的——世界观、人生观、价值观。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价值观决定了你的选择。</w:t>
      </w:r>
      <w:r>
        <w:rPr>
          <w:rFonts w:ascii="Calibri" w:hAnsi="Calibri" w:eastAsia="微软雅黑"/>
          <w:sz w:val="22"/>
        </w:rPr>
        <w:t xml:space="preserve"> 什么叫价值？这个东西对我有好处，那个对我没好处。人嘛，总是趋利避害。孩子为啥不吃辣椒？因为吃完辣椒疼，这叫“害”。小孩为啥爱吃糖？因为吃完得劲，这叫“利”。所以一般的小孩就会选择让他舒服的东西，而不选择让他不得劲的东西——一个孩子都会选，这叫趋利避害，是人的本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等你长大了，你会基于各种利益、基于现实还是未来的考虑去做出选择。你的选择的根本，是因为“这么选对我有用，那么选对我没用；这么选对我有好处，那么选对我没好处”——这就是价值观。价值观就是一个人的善恶美丑，本质上它影响了你的决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所以我们评估一个人，要非常有层次、非常立体地评估，而不是只站在某一个层次或一个角度。你要真正看透一个人，你得深挖他的三观。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一个人的世界观决定了他的商业模式的边界；一个人的人生观决定了他为什么要干这件事</w:t>
      </w:r>
      <w:r>
        <w:rPr>
          <w:rFonts w:ascii="Calibri" w:hAnsi="Calibri" w:eastAsia="微软雅黑"/>
          <w:sz w:val="22"/>
        </w:rPr>
        <w:t>——你是简单追逐金钱，还是要实现点什么。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（一句话总结这个结构：</w:t>
      </w:r>
      <w:r>
        <w:rPr>
          <w:rFonts w:ascii="Calibri" w:hAnsi="Calibri" w:eastAsia="微软雅黑"/>
          <w:b/>
          <w:sz w:val="22"/>
        </w:rPr>
        <w:t>能力源于思维，思维源于认知，认知源于三观。</w:t>
      </w:r>
      <w:r>
        <w:rPr>
          <w:rFonts w:ascii="Calibri" w:hAnsi="Calibri" w:eastAsia="微软雅黑"/>
          <w:sz w:val="22"/>
        </w:rPr>
        <w:t>）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回到主题：什么叫体系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好了，回过头来说能力。前两天我们把十大基础能力加上良好的身心状态，一条一条说完了。这十一条，其实可以概括为</w:t>
      </w:r>
      <w:r>
        <w:rPr>
          <w:rFonts w:ascii="Calibri" w:hAnsi="Calibri" w:eastAsia="微软雅黑"/>
          <w:b/>
          <w:sz w:val="22"/>
        </w:rPr>
        <w:t>三层的能力体系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我今天强调一下</w:t>
      </w:r>
      <w:r>
        <w:rPr>
          <w:rFonts w:ascii="Calibri" w:hAnsi="Calibri" w:eastAsia="微软雅黑"/>
          <w:b/>
          <w:sz w:val="22"/>
        </w:rPr>
        <w:t>体系</w:t>
      </w:r>
      <w:r>
        <w:rPr>
          <w:rFonts w:ascii="Calibri" w:hAnsi="Calibri" w:eastAsia="微软雅黑"/>
          <w:sz w:val="22"/>
        </w:rPr>
        <w:t>。什么叫体系？体系就跟这楼似的——比如20层，每层里又分了若干</w:t>
      </w:r>
      <w:r>
        <w:rPr>
          <w:rFonts w:ascii="Calibri" w:hAnsi="Calibri" w:eastAsia="微软雅黑"/>
          <w:b/>
          <w:sz w:val="22"/>
        </w:rPr>
        <w:t>功能区</w:t>
      </w:r>
      <w:r>
        <w:rPr>
          <w:rFonts w:ascii="Calibri" w:hAnsi="Calibri" w:eastAsia="微软雅黑"/>
          <w:sz w:val="22"/>
        </w:rPr>
        <w:t>。啥叫功能区？有的地方叫走廊，专门走道；有的叫洗手间；有的地方有几桌几椅，叫休闲区，简单会个客人也行；还有会议室、茶室、办公室。同样一层楼分了若干区，每个区里又分了若干房间，再加上配套的水电、照明、空调，甚至保安、保洁、工作人员——这叫一个体系，一个系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一个人的能力，你不要单纯说“这哥们字写挺好、歌唱挺好、会画画、会剪视频”——这不叫体系，只说明他具备这一个能力，他的能力可能是比较欠缺的。尤其对于咱们这样的老板——你是老板，你不是某一方面专业的工作人员，所以要讲究全方位的能力。说白了，咱们更像一个</w:t>
      </w:r>
      <w:r>
        <w:rPr>
          <w:rFonts w:ascii="Calibri" w:hAnsi="Calibri" w:eastAsia="微软雅黑"/>
          <w:b/>
          <w:sz w:val="22"/>
        </w:rPr>
        <w:t>通才</w:t>
      </w:r>
      <w:r>
        <w:rPr>
          <w:rFonts w:ascii="Calibri" w:hAnsi="Calibri" w:eastAsia="微软雅黑"/>
          <w:sz w:val="22"/>
        </w:rPr>
        <w:t>，强于决策，强于在复杂的、变动的、脆弱的环境中做出最合理的决策——这才是老板应该练的最核心的能力。当然别的能力该有的也得有。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第一层：业务能力层（三段）</w:t>
      </w:r>
    </w:p>
    <w:p>
      <w:pPr>
        <w:spacing w:after="120"/>
      </w:pPr>
      <w:r>
        <w:rPr>
          <w:rFonts w:ascii="Calibri" w:hAnsi="Calibri" w:eastAsia="微软雅黑"/>
          <w:sz w:val="22"/>
        </w:rPr>
        <w:t>能力体系分三层。最下边一层，叫</w:t>
      </w:r>
      <w:r>
        <w:rPr>
          <w:rFonts w:ascii="Calibri" w:hAnsi="Calibri" w:eastAsia="微软雅黑"/>
          <w:b/>
          <w:sz w:val="22"/>
        </w:rPr>
        <w:t>业务能力</w:t>
      </w:r>
      <w:r>
        <w:rPr>
          <w:rFonts w:ascii="Calibri" w:hAnsi="Calibri" w:eastAsia="微软雅黑"/>
          <w:sz w:val="22"/>
        </w:rPr>
        <w:t>。业务能力分三段。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第一段：0.1——野心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我们创业，大多干的是0到1的事。这两天特别强调，尤其在AI时代，最有价值的是哪块？是</w:t>
      </w:r>
      <w:r>
        <w:rPr>
          <w:rFonts w:ascii="Calibri" w:hAnsi="Calibri" w:eastAsia="微软雅黑"/>
          <w:b/>
          <w:sz w:val="22"/>
        </w:rPr>
        <w:t>0~0.1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我们创业本质上是在创作0~1：1后面就变成生意了，去复制、去赚钱了。但最难的、也是最有价值的，是0~1。到了AI时代，因为有AI加持，其实很多时候你根本不需要去做0~1了，但你必须做</w:t>
      </w:r>
      <w:r>
        <w:rPr>
          <w:rFonts w:ascii="Calibri" w:hAnsi="Calibri" w:eastAsia="微软雅黑"/>
          <w:b/>
          <w:sz w:val="22"/>
        </w:rPr>
        <w:t>0~0.1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这个0.1是啥？就是</w:t>
      </w:r>
      <w:r>
        <w:rPr>
          <w:rFonts w:ascii="Calibri" w:hAnsi="Calibri" w:eastAsia="微软雅黑"/>
          <w:b/>
          <w:sz w:val="22"/>
        </w:rPr>
        <w:t>创意、你的想法、你的思路、你的野心、你的宏图大志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我特别特别强调：在AI时代，你可以没有太多具体的专业能力，甚至可以没有资金、技术、人脉、资源——这些东西你都可以没有，或者有的很少。你唯一需要、必须要有的，就是那0.1。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如果你没有野心，你不需要学AI。</w:t>
      </w:r>
      <w:r>
        <w:rPr>
          <w:rFonts w:ascii="Calibri" w:hAnsi="Calibri" w:eastAsia="微软雅黑"/>
          <w:sz w:val="22"/>
        </w:rPr>
        <w:t xml:space="preserve"> 我一百遍地强调这个事：如果你没有0.1，后面的1从哪来？它不成立。这个0.1不是“我用AI当个工具修个图、整个表、整个PPT”——那玩意还需要学吗？随便哪个工具都会。说句不好听的，那是个人就会用那个玩意，你再不会，你还能干啥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如果你把AI当做工具来用，你真的不配当老板</w:t>
      </w:r>
      <w:r>
        <w:rPr>
          <w:rFonts w:ascii="Calibri" w:hAnsi="Calibri" w:eastAsia="微软雅黑"/>
          <w:sz w:val="22"/>
        </w:rPr>
        <w:t>——你就去当牛马打工得了，以后连打工可能都不配了，这个世界上没有那么多工作让你打了。我们都得去用AI去创造点什么，不为别人，是为了自己。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AI简直是现有大多数人的最后一个杠杆了。它到底在撬啥？撬动你伟大的后半生，撬你的野心。如果你没有野心，AI帮不了你。</w:t>
      </w:r>
      <w:r>
        <w:rPr>
          <w:rFonts w:ascii="Calibri" w:hAnsi="Calibri" w:eastAsia="微软雅黑"/>
          <w:sz w:val="22"/>
        </w:rPr>
        <w:t xml:space="preserve"> 如果你把AI当工具用，你永远卷不过那些打工的。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然后，0.1之后到1这段是怎么算的？AI能够帮你干大部分。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第二段：0.1到1——人机协同，勇于试错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我最近这些天要求大家和AI一块去完成写自传、完成最原始的第一版向量化的数据库，这是在干嘛？其实就是</w:t>
      </w:r>
      <w:r>
        <w:rPr>
          <w:rFonts w:ascii="Calibri" w:hAnsi="Calibri" w:eastAsia="微软雅黑"/>
          <w:b/>
          <w:sz w:val="22"/>
        </w:rPr>
        <w:t>让AI了解你的野心、了解你从哪来、了解你未来想去哪</w:t>
      </w:r>
      <w:r>
        <w:rPr>
          <w:rFonts w:ascii="Calibri" w:hAnsi="Calibri" w:eastAsia="微软雅黑"/>
          <w:sz w:val="22"/>
        </w:rPr>
        <w:t>。如果你只说“我就想用AI帮我写个文章”，这点小要求还用学吗？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所以从0.1之后到1这段，AI是真的可以帮你，但前提是</w:t>
      </w:r>
      <w:r>
        <w:rPr>
          <w:rFonts w:ascii="Calibri" w:hAnsi="Calibri" w:eastAsia="微软雅黑"/>
          <w:b/>
          <w:sz w:val="22"/>
        </w:rPr>
        <w:t>你要有0.1</w:t>
      </w:r>
      <w:r>
        <w:rPr>
          <w:rFonts w:ascii="Calibri" w:hAnsi="Calibri" w:eastAsia="微软雅黑"/>
          <w:sz w:val="22"/>
        </w:rPr>
        <w:t>，他才能把0.1帮你变成1；有了1之后才能逐渐推到100。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原来没有AI的时候，从0.1到1这段是非常难的。我要强调一点：我们原来想干成一件事，一般人是不敢轻易动手的。我们的习惯就是必须想明白、调研明白、规划明白、准备明白，然后才敢动手。为什么不敢？因为</w:t>
      </w:r>
      <w:r>
        <w:rPr>
          <w:rFonts w:ascii="Calibri" w:hAnsi="Calibri" w:eastAsia="微软雅黑"/>
          <w:b/>
          <w:sz w:val="22"/>
        </w:rPr>
        <w:t>试错成本太大了</w:t>
      </w:r>
      <w:r>
        <w:rPr>
          <w:rFonts w:ascii="Calibri" w:hAnsi="Calibri" w:eastAsia="微软雅黑"/>
          <w:sz w:val="22"/>
        </w:rPr>
        <w:t>，而我们一般的人是输不起的——这是没有AI之前，大部分创业者的典型思维方式和做法，本源就是试错成本过高，所以不能瞎试、瞎犯错。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AI时代不一样了。</w:t>
      </w:r>
      <w:r>
        <w:rPr>
          <w:rFonts w:ascii="Calibri" w:hAnsi="Calibri" w:eastAsia="微软雅黑"/>
          <w:sz w:val="22"/>
        </w:rPr>
        <w:t xml:space="preserve"> 0~1这块重点讲的不是干活，讲的是思维方式：有了AI，你的试错成本非常低。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给大家举个真实例子：有个学员企业要干一套系统，软件公司报价25万；他自己用了一个月的时间干出来了，花了多少钱？</w:t>
      </w:r>
      <w:r>
        <w:rPr>
          <w:rFonts w:ascii="Calibri" w:hAnsi="Calibri" w:eastAsia="微软雅黑"/>
          <w:b/>
          <w:sz w:val="22"/>
        </w:rPr>
        <w:t>200多块钱</w:t>
      </w:r>
      <w:r>
        <w:rPr>
          <w:rFonts w:ascii="Calibri" w:hAnsi="Calibri" w:eastAsia="微软雅黑"/>
          <w:sz w:val="22"/>
        </w:rPr>
        <w:t>——就是在trae里买了点积分。就这么点成本。说句不好听的，这个系统失败了，200块钱扔了就扔了，万一吃顿饭还得花多少钱？也就是说，他用一个月的时间、200块钱的成本，干出了以前几个月、20多万才能干出来的一套系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所以现在：</w:t>
      </w:r>
      <w:r>
        <w:rPr>
          <w:rFonts w:ascii="Calibri" w:hAnsi="Calibri" w:eastAsia="微软雅黑"/>
          <w:b/>
          <w:sz w:val="22"/>
        </w:rPr>
        <w:t>第一，试错成本非常低</w:t>
      </w:r>
      <w:r>
        <w:rPr>
          <w:rFonts w:ascii="Calibri" w:hAnsi="Calibri" w:eastAsia="微软雅黑"/>
          <w:sz w:val="22"/>
        </w:rPr>
        <w:t>——成本开始无限低，低到可以忽略不计；</w:t>
      </w:r>
      <w:r>
        <w:rPr>
          <w:rFonts w:ascii="Calibri" w:hAnsi="Calibri" w:eastAsia="微软雅黑"/>
          <w:b/>
          <w:sz w:val="22"/>
        </w:rPr>
        <w:t>第二，执行效率非常高</w:t>
      </w:r>
      <w:r>
        <w:rPr>
          <w:rFonts w:ascii="Calibri" w:hAnsi="Calibri" w:eastAsia="微软雅黑"/>
          <w:sz w:val="22"/>
        </w:rPr>
        <w:t>——原来我们干活特别慢，开发个系统得好几个月。传统软件公司在磨需求那段，真的是以月为单位的。你看咱们写个PRD是不是贼快？再墨迹，两三天也写完了，要快的话一会儿就写完了。原来让你写仨月PRD，你不得疯啊？因为有了AI的加持，我们干活的效率特别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两极分化：成本无限低、速度无限高。在这种情况下，你没有必要什么都学明白、想明白、准备明白再去干。0~1这一段你就放心大胆地干吧！错了就错了，错了重来；输了就输了，扔了我不要了，我再接着整。</w:t>
      </w:r>
      <w:r>
        <w:rPr>
          <w:rFonts w:ascii="Calibri" w:hAnsi="Calibri" w:eastAsia="微软雅黑"/>
          <w:sz w:val="22"/>
        </w:rPr>
        <w:t xml:space="preserve"> 原来不行，这是两个时代的差别。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不是思维方式？我刚才提思维方式了吧？大部分人的思维停留在上个时代，到现在都不敢轻易尝试，因为你都没发现这个时代变了。你做任何决定都不审时度势，都不知道这个时代跟上个时代有啥区别，还在用原来的老思维去干现在的事——你说你能行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所以0~1这段，你就敢干就行。因为我们不怕输、不怕错了，试错成本我们可承受，所以就大量地去试。以前不行啊。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第三段：1之后——标准化复制，靠团队</w:t>
      </w:r>
    </w:p>
    <w:p>
      <w:pPr>
        <w:spacing w:after="120"/>
      </w:pPr>
      <w:r>
        <w:rPr>
          <w:rFonts w:ascii="Calibri" w:hAnsi="Calibri" w:eastAsia="微软雅黑"/>
          <w:sz w:val="22"/>
        </w:rPr>
        <w:t>1后边这一段，我个人认为和以前的时代没有本质区别，因为1后边本质上是</w:t>
      </w:r>
      <w:r>
        <w:rPr>
          <w:rFonts w:ascii="Calibri" w:hAnsi="Calibri" w:eastAsia="微软雅黑"/>
          <w:b/>
          <w:sz w:val="22"/>
        </w:rPr>
        <w:t>标准化复制</w:t>
      </w:r>
      <w:r>
        <w:rPr>
          <w:rFonts w:ascii="Calibri" w:hAnsi="Calibri" w:eastAsia="微软雅黑"/>
          <w:sz w:val="22"/>
        </w:rPr>
        <w:t>，这段要靠</w:t>
      </w:r>
      <w:r>
        <w:rPr>
          <w:rFonts w:ascii="Calibri" w:hAnsi="Calibri" w:eastAsia="微软雅黑"/>
          <w:b/>
          <w:sz w:val="22"/>
        </w:rPr>
        <w:t>团队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职业经理人更多的时候就在这：你把目标给他了、路径给他了、资源配置都给他了，然后他靠自己的专业能力帮你放大成果。职业经理人的本质是复制、标准化复制。你的团队就是这样的。这个没有变化。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但AI时代有啥变化？记住：AI时代你最应该用的团队是AI。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原来我们团队都是以人为主，你还得搞团队建设、文化建设、培训，出现问题还得哄、还得劝，人嘛经常闹点小情绪。AI呢？这些问题都没有，还不用上社保。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所以我们在扩大规模这块，也要尽量用AI。这里AI要分层——</w:t>
      </w:r>
      <w:r>
        <w:rPr>
          <w:rFonts w:ascii="Calibri" w:hAnsi="Calibri" w:eastAsia="微软雅黑"/>
          <w:b/>
          <w:sz w:val="22"/>
        </w:rPr>
        <w:t>对于老板来讲，AI是有层次的</w:t>
      </w:r>
      <w:r>
        <w:rPr>
          <w:rFonts w:ascii="Calibri" w:hAnsi="Calibri" w:eastAsia="微软雅黑"/>
          <w:sz w:val="22"/>
        </w:rPr>
        <w:t>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1. </w:t>
      </w:r>
      <w:r>
        <w:rPr>
          <w:rFonts w:ascii="Calibri" w:hAnsi="Calibri" w:eastAsia="微软雅黑"/>
          <w:b/>
          <w:sz w:val="22"/>
        </w:rPr>
        <w:t>联合创始人级AI</w:t>
      </w:r>
      <w:r>
        <w:rPr>
          <w:rFonts w:ascii="Calibri" w:hAnsi="Calibri" w:eastAsia="微软雅黑"/>
          <w:sz w:val="22"/>
        </w:rPr>
        <w:t>：最高层次。你是刘备，他就是诸葛亮、就是五虎上将，他真的和你一块创业。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2. </w:t>
      </w:r>
      <w:r>
        <w:rPr>
          <w:rFonts w:ascii="Calibri" w:hAnsi="Calibri" w:eastAsia="微软雅黑"/>
          <w:b/>
          <w:sz w:val="22"/>
        </w:rPr>
        <w:t>功能性AI</w:t>
      </w:r>
      <w:r>
        <w:rPr>
          <w:rFonts w:ascii="Calibri" w:hAnsi="Calibri" w:eastAsia="微软雅黑"/>
          <w:sz w:val="22"/>
        </w:rPr>
        <w:t>：专门负责某一个具体事的AI。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3. </w:t>
      </w:r>
      <w:r>
        <w:rPr>
          <w:rFonts w:ascii="Calibri" w:hAnsi="Calibri" w:eastAsia="微软雅黑"/>
          <w:b/>
          <w:sz w:val="22"/>
        </w:rPr>
        <w:t>工具型AI</w:t>
      </w:r>
      <w:r>
        <w:rPr>
          <w:rFonts w:ascii="Calibri" w:hAnsi="Calibri" w:eastAsia="微软雅黑"/>
          <w:sz w:val="22"/>
        </w:rPr>
        <w:t>：专业实现某一个具体功能，偏工具类——他都不算员工。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规模这块，主要用的是功能性和工具性的AI。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那人类员工没有用吗？错了。你们未来招员工，不要招那种特别初级的员工——没有太大意义了。招什么？招有组织协调能力的。</w:t>
      </w:r>
      <w:r>
        <w:rPr>
          <w:rFonts w:ascii="Calibri" w:hAnsi="Calibri" w:eastAsia="微软雅黑"/>
          <w:sz w:val="22"/>
        </w:rPr>
        <w:t xml:space="preserve"> 这个员工本质上带领着一批AI员工和AI工具去干活，最次也得是个小组长、班长、连长。他更多负责组织协调、监控，把老板的意图传达给AI、并且监控好AI。有点类似于</w:t>
      </w:r>
      <w:r>
        <w:rPr>
          <w:rFonts w:ascii="Calibri" w:hAnsi="Calibri" w:eastAsia="微软雅黑"/>
          <w:b/>
          <w:sz w:val="22"/>
        </w:rPr>
        <w:t>副导演</w:t>
      </w:r>
      <w:r>
        <w:rPr>
          <w:rFonts w:ascii="Calibri" w:hAnsi="Calibri" w:eastAsia="微软雅黑"/>
          <w:sz w:val="22"/>
        </w:rPr>
        <w:t>——你就是总导演、总编剧，下面的人就是副导演、副编剧。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未来的AI原生公司，以AI为主，但也不能少了人。为什么这个人必须要有？记住：</w:t>
      </w:r>
      <w:r>
        <w:rPr>
          <w:rFonts w:ascii="Calibri" w:hAnsi="Calibri" w:eastAsia="微软雅黑"/>
          <w:b/>
          <w:sz w:val="22"/>
        </w:rPr>
        <w:t>AI没有人性的弱点，同时也没有人性的光辉。</w:t>
      </w:r>
      <w:r>
        <w:rPr>
          <w:rFonts w:ascii="Calibri" w:hAnsi="Calibri" w:eastAsia="微软雅黑"/>
          <w:sz w:val="22"/>
        </w:rPr>
        <w:t xml:space="preserve"> 人的主观能动性、人的创造力、人性光辉的一面，AI也没有。这些就得靠人去补齐。所以AI不是万能的，也需要人类来补。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当然，面向市场的、和人类交互的、和这个世界深层次物理交互的岗位，可能还得靠人。但越往后，机器人会大量取代这些。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业务层小结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第一层叫业务能力层，分三段：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1. </w:t>
      </w:r>
      <w:r>
        <w:rPr>
          <w:rFonts w:ascii="Calibri" w:hAnsi="Calibri" w:eastAsia="微软雅黑"/>
          <w:b/>
          <w:sz w:val="22"/>
        </w:rPr>
        <w:t>第一段是野心（0.1）</w:t>
      </w:r>
      <w:r>
        <w:rPr>
          <w:rFonts w:ascii="Calibri" w:hAnsi="Calibri" w:eastAsia="微软雅黑"/>
          <w:sz w:val="22"/>
        </w:rPr>
        <w:t>——你别看它占的数好像很少，在AI时代，</w:t>
      </w:r>
      <w:r>
        <w:rPr>
          <w:rFonts w:ascii="Calibri" w:hAnsi="Calibri" w:eastAsia="微软雅黑"/>
          <w:b/>
          <w:sz w:val="22"/>
        </w:rPr>
        <w:t>野心占了90%的权重甚至更多</w:t>
      </w:r>
      <w:r>
        <w:rPr>
          <w:rFonts w:ascii="Calibri" w:hAnsi="Calibri" w:eastAsia="微软雅黑"/>
          <w:sz w:val="22"/>
        </w:rPr>
        <w:t>。你越有野心，这个时代给你的反馈越大；你没有野心，往后可能连工作都没有，都别说创业了。0.1看上去很小，但它是一切的源头。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2. </w:t>
      </w:r>
      <w:r>
        <w:rPr>
          <w:rFonts w:ascii="Calibri" w:hAnsi="Calibri" w:eastAsia="微软雅黑"/>
          <w:b/>
          <w:sz w:val="22"/>
        </w:rPr>
        <w:t>第二段0.1到1</w:t>
      </w:r>
      <w:r>
        <w:rPr>
          <w:rFonts w:ascii="Calibri" w:hAnsi="Calibri" w:eastAsia="微软雅黑"/>
          <w:sz w:val="22"/>
        </w:rPr>
        <w:t>——执行这块，AI可以帮你完成，更多讲究的是</w:t>
      </w:r>
      <w:r>
        <w:rPr>
          <w:rFonts w:ascii="Calibri" w:hAnsi="Calibri" w:eastAsia="微软雅黑"/>
          <w:b/>
          <w:sz w:val="22"/>
        </w:rPr>
        <w:t>人机协作</w:t>
      </w:r>
      <w:r>
        <w:rPr>
          <w:rFonts w:ascii="Calibri" w:hAnsi="Calibri" w:eastAsia="微软雅黑"/>
          <w:sz w:val="22"/>
        </w:rPr>
        <w:t>、勇敢试错。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3. </w:t>
      </w:r>
      <w:r>
        <w:rPr>
          <w:rFonts w:ascii="Calibri" w:hAnsi="Calibri" w:eastAsia="微软雅黑"/>
          <w:b/>
          <w:sz w:val="22"/>
        </w:rPr>
        <w:t>第三段1之后</w:t>
      </w:r>
      <w:r>
        <w:rPr>
          <w:rFonts w:ascii="Calibri" w:hAnsi="Calibri" w:eastAsia="微软雅黑"/>
          <w:sz w:val="22"/>
        </w:rPr>
        <w:t>——规模化复制，让你的兄弟们带领着一批不同层次的AI，帮你导出规模化的成果。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业务能力这块，大家一定要摆脱一个事：</w:t>
      </w:r>
      <w:r>
        <w:rPr>
          <w:rFonts w:ascii="Calibri" w:hAnsi="Calibri" w:eastAsia="微软雅黑"/>
          <w:b/>
          <w:sz w:val="22"/>
        </w:rPr>
        <w:t>作为一个创业者，你不要以“我本人有业务能力”为荣。</w:t>
      </w:r>
      <w:r>
        <w:rPr>
          <w:rFonts w:ascii="Calibri" w:hAnsi="Calibri" w:eastAsia="微软雅黑"/>
          <w:sz w:val="22"/>
        </w:rPr>
        <w:t xml:space="preserve"> 在人类公司里也一样——如果老板是个业务大拿，你这公司也就这样了，因为你就是你公司的上限。各方面的专业能力，有各种专业选手去干；你更多负责选方向、拍板、踩刹车、高级的组织协调，这就够了。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到了AI时代就更是了。</w:t>
      </w:r>
      <w:r>
        <w:rPr>
          <w:rFonts w:ascii="Calibri" w:hAnsi="Calibri" w:eastAsia="微软雅黑"/>
          <w:b/>
          <w:sz w:val="22"/>
        </w:rPr>
        <w:t>我们应该学的是驾驭AI，而不是把自己变成AI。</w:t>
      </w:r>
      <w:r>
        <w:rPr>
          <w:rFonts w:ascii="Calibri" w:hAnsi="Calibri" w:eastAsia="微软雅黑"/>
          <w:sz w:val="22"/>
        </w:rPr>
        <w:t xml:space="preserve"> 要学会用好AI，而不是把自己变成个码农——我们自己不是编程的，也没那个必要。从干活的角度讲，你更应该学会驾驭AI，形成和AI协作的习惯。有了习惯，慢慢地能力自然而然就上来了。不要一上来就抠技术、抠专业，那都没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像刘备和诸葛亮，这俩不是一上来就合作得老好，他们得磨合，越磨合越好，最后才能干越来越大、越来越难的事。这就是我们这段时间让你们和AI深度交流的根本原因——让你们形成人机协同的习惯，慢慢默契了之后，你再去干啥事，爱干啥干啥，都没问题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第一层基本原则：老板不要扎到业务里边。你最应该有的是野心；第二个是养成人机协同的习惯。这是最主要的，其他都不重要。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第二层：资源优化配置能力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第一层是干事，是业务能力。但干事业，真的需要很多很多内外部资源。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资源包括啥？</w:t>
      </w:r>
      <w:r>
        <w:rPr>
          <w:rFonts w:ascii="Calibri" w:hAnsi="Calibri" w:eastAsia="微软雅黑"/>
          <w:b/>
          <w:sz w:val="22"/>
        </w:rPr>
        <w:t>钱</w:t>
      </w:r>
      <w:r>
        <w:rPr>
          <w:rFonts w:ascii="Calibri" w:hAnsi="Calibri" w:eastAsia="微软雅黑"/>
          <w:sz w:val="22"/>
        </w:rPr>
        <w:t>算不算？算。所以很多事我们需要融资也好、贷款也罢，要解决钱的问题。</w:t>
      </w:r>
      <w:r>
        <w:rPr>
          <w:rFonts w:ascii="Calibri" w:hAnsi="Calibri" w:eastAsia="微软雅黑"/>
          <w:b/>
          <w:sz w:val="22"/>
        </w:rPr>
        <w:t>人才</w:t>
      </w:r>
      <w:r>
        <w:rPr>
          <w:rFonts w:ascii="Calibri" w:hAnsi="Calibri" w:eastAsia="微软雅黑"/>
          <w:sz w:val="22"/>
        </w:rPr>
        <w:t>算不算？</w:t>
      </w:r>
      <w:r>
        <w:rPr>
          <w:rFonts w:ascii="Calibri" w:hAnsi="Calibri" w:eastAsia="微软雅黑"/>
          <w:b/>
          <w:sz w:val="22"/>
        </w:rPr>
        <w:t>技术、人脉</w:t>
      </w:r>
      <w:r>
        <w:rPr>
          <w:rFonts w:ascii="Calibri" w:hAnsi="Calibri" w:eastAsia="微软雅黑"/>
          <w:sz w:val="22"/>
        </w:rPr>
        <w:t>，甚至</w:t>
      </w:r>
      <w:r>
        <w:rPr>
          <w:rFonts w:ascii="Calibri" w:hAnsi="Calibri" w:eastAsia="微软雅黑"/>
          <w:b/>
          <w:sz w:val="22"/>
        </w:rPr>
        <w:t>国家政策</w:t>
      </w:r>
      <w:r>
        <w:rPr>
          <w:rFonts w:ascii="Calibri" w:hAnsi="Calibri" w:eastAsia="微软雅黑"/>
          <w:sz w:val="22"/>
        </w:rPr>
        <w:t>都算。还有</w:t>
      </w:r>
      <w:r>
        <w:rPr>
          <w:rFonts w:ascii="Calibri" w:hAnsi="Calibri" w:eastAsia="微软雅黑"/>
          <w:b/>
          <w:sz w:val="22"/>
        </w:rPr>
        <w:t>趋势</w:t>
      </w:r>
      <w:r>
        <w:rPr>
          <w:rFonts w:ascii="Calibri" w:hAnsi="Calibri" w:eastAsia="微软雅黑"/>
          <w:sz w:val="22"/>
        </w:rPr>
        <w:t>——你想想算不算？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很多人不太会用这些东西。说到这，给你们说个事：你们观不观察国家最近的经济数据？当老板就必须得观察。当老板的没有点宏观意识、没有全局观，这不行。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咱不聊股市，我不专业。就说最近看新闻、看经济数据——GDP的增长、增速、各指标。现在呈现了</w:t>
      </w:r>
      <w:r>
        <w:rPr>
          <w:rFonts w:ascii="Calibri" w:hAnsi="Calibri" w:eastAsia="微软雅黑"/>
          <w:b/>
          <w:sz w:val="22"/>
        </w:rPr>
        <w:t>两极分化</w:t>
      </w:r>
      <w:r>
        <w:rPr>
          <w:rFonts w:ascii="Calibri" w:hAnsi="Calibri" w:eastAsia="微软雅黑"/>
          <w:sz w:val="22"/>
        </w:rPr>
        <w:t>：一边，国家说经济数据向好，增速百分之几个点往上涨；另一边，普通人说怎么回事？工作也没有了，钱也不好赚了，生意也没了。一个感觉很热烈，一个感觉比寒冬还寒冬——这个反差特别大。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请问为什么？因为带动经济增长的板块主要在科技领域，主要是AI相关。</w:t>
      </w:r>
      <w:r>
        <w:rPr>
          <w:rFonts w:ascii="Calibri" w:hAnsi="Calibri" w:eastAsia="微软雅黑"/>
          <w:sz w:val="22"/>
        </w:rPr>
        <w:t xml:space="preserve"> 跟AI相关的，软的说：大模型算不算？各种应用算不算？往硬了说：各种基础设施、算力中心算不算？甚至能带动能源的发展——服务器、GPU，各种各样的。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所以现在中国经济的引擎，增速的领跑逐渐向科技业倾斜——那个引擎是</w:t>
      </w:r>
      <w:r>
        <w:rPr>
          <w:rFonts w:ascii="Calibri" w:hAnsi="Calibri" w:eastAsia="微软雅黑"/>
          <w:b/>
          <w:sz w:val="22"/>
        </w:rPr>
        <w:t>高科技（AI）</w:t>
      </w:r>
      <w:r>
        <w:rPr>
          <w:rFonts w:ascii="Calibri" w:hAnsi="Calibri" w:eastAsia="微软雅黑"/>
          <w:sz w:val="22"/>
        </w:rPr>
        <w:t>，然后是</w:t>
      </w:r>
      <w:r>
        <w:rPr>
          <w:rFonts w:ascii="Calibri" w:hAnsi="Calibri" w:eastAsia="微软雅黑"/>
          <w:b/>
          <w:sz w:val="22"/>
        </w:rPr>
        <w:t>新能源、储能、先进制造业</w:t>
      </w:r>
      <w:r>
        <w:rPr>
          <w:rFonts w:ascii="Calibri" w:hAnsi="Calibri" w:eastAsia="微软雅黑"/>
          <w:sz w:val="22"/>
        </w:rPr>
        <w:t>，当然可能也包括</w:t>
      </w:r>
      <w:r>
        <w:rPr>
          <w:rFonts w:ascii="Calibri" w:hAnsi="Calibri" w:eastAsia="微软雅黑"/>
          <w:b/>
          <w:sz w:val="22"/>
        </w:rPr>
        <w:t>高端服务业</w:t>
      </w:r>
      <w:r>
        <w:rPr>
          <w:rFonts w:ascii="Calibri" w:hAnsi="Calibri" w:eastAsia="微软雅黑"/>
          <w:sz w:val="22"/>
        </w:rPr>
        <w:t>。这些现在逐渐成为了中国经济的引擎。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为什么我们普通人感觉不到，甚至感觉越来越冷？因为我们普通人所从事的大部分不是这些。</w:t>
      </w:r>
      <w:r>
        <w:rPr>
          <w:rFonts w:ascii="Calibri" w:hAnsi="Calibri" w:eastAsia="微软雅黑"/>
          <w:sz w:val="22"/>
        </w:rPr>
        <w:t xml:space="preserve"> 你想想，开个饭店、整个旅店、搞一点低端服务，靠自己的有限人脉做点什么生意——不还是原来那些东西吗？这些东西在中国已经卷得不能再卷了，严重过剩了，本质上属于低端生产力了，你还在这混呢？那你的体感当然就不好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作为普通创业者应该怎么办？最不明智的选择就是还是那么干——那你当然就越来越不好了。</w:t>
      </w:r>
      <w:r>
        <w:rPr>
          <w:rFonts w:ascii="Calibri" w:hAnsi="Calibri" w:eastAsia="微软雅黑"/>
          <w:sz w:val="22"/>
        </w:rPr>
        <w:t xml:space="preserve"> 你都知道现在国家的经济引擎是啥，你就得往上凑、往前靠。不要认为“我非得想明白了、看明白了我再往前凑”——那时候你连槽都抢不上了。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我都说了，AI时代不要想着“啥都看明白了、想明白了、准备明白了再干”——那是上个时代的玩法。这个时代什么？</w:t>
      </w:r>
      <w:r>
        <w:rPr>
          <w:rFonts w:ascii="Calibri" w:hAnsi="Calibri" w:eastAsia="微软雅黑"/>
          <w:b/>
          <w:sz w:val="22"/>
        </w:rPr>
        <w:t>大势所趋</w:t>
      </w:r>
      <w:r>
        <w:rPr>
          <w:rFonts w:ascii="Calibri" w:hAnsi="Calibri" w:eastAsia="微软雅黑"/>
          <w:sz w:val="22"/>
        </w:rPr>
        <w:t>。这个“势”你能反过来吗？对于中国来讲：AI的发展、人工智能的发展、高科技的发展、新能源的发展、先进制造业的发展——这是中国的趋势，</w:t>
      </w:r>
      <w:r>
        <w:rPr>
          <w:rFonts w:ascii="Calibri" w:hAnsi="Calibri" w:eastAsia="微软雅黑"/>
          <w:b/>
          <w:sz w:val="22"/>
        </w:rPr>
        <w:t>这些趋势不可逆</w:t>
      </w:r>
      <w:r>
        <w:rPr>
          <w:rFonts w:ascii="Calibri" w:hAnsi="Calibri" w:eastAsia="微软雅黑"/>
          <w:sz w:val="22"/>
        </w:rPr>
        <w:t>。你但凡沾上点毛，你的日子都会过得挺好。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问题是你也不想往前凑，也不想付出点时间、付出点成本，就想等着都好了然后能轮到我身上。那不可能。以前的工业时代，有些东西慢慢会惠民，叫普惠于民，普通老百姓捡漏都能捡着。</w:t>
      </w:r>
      <w:r>
        <w:rPr>
          <w:rFonts w:ascii="Calibri" w:hAnsi="Calibri" w:eastAsia="微软雅黑"/>
          <w:b/>
          <w:sz w:val="22"/>
        </w:rPr>
        <w:t>现在的时代你捡不着漏——普通人是真捡不着漏。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你们跟着我学AI的，真的以为啥都不用学？“AI这么发达了，以后都容易了，不用学了”——不好意思，</w:t>
      </w:r>
      <w:r>
        <w:rPr>
          <w:rFonts w:ascii="Calibri" w:hAnsi="Calibri" w:eastAsia="微软雅黑"/>
          <w:b/>
          <w:sz w:val="22"/>
        </w:rPr>
        <w:t>你就变成消费侧了，而不是供给侧</w:t>
      </w:r>
      <w:r>
        <w:rPr>
          <w:rFonts w:ascii="Calibri" w:hAnsi="Calibri" w:eastAsia="微软雅黑"/>
          <w:sz w:val="22"/>
        </w:rPr>
        <w:t>。咱们都是创业者，本质上都想做点事、挣点钱，必须往前凑——</w:t>
      </w:r>
      <w:r>
        <w:rPr>
          <w:rFonts w:ascii="Calibri" w:hAnsi="Calibri" w:eastAsia="微软雅黑"/>
          <w:b/>
          <w:sz w:val="22"/>
        </w:rPr>
        <w:t>这个才是最大的资源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资源优化配置我就不多讲了，以前都是陈词滥调：没资源闹心，有资源你还闹心；没资源你不会去获得资源，有了资源你不会配置。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现在来讲，摆在眼前最大的资源，实际上就是中国这几个经济引擎——AI也好、高科技也罢，新能源、先进制造业、高端服务业——</w:t>
      </w:r>
      <w:r>
        <w:rPr>
          <w:rFonts w:ascii="Calibri" w:hAnsi="Calibri" w:eastAsia="微软雅黑"/>
          <w:b/>
          <w:sz w:val="22"/>
        </w:rPr>
        <w:t>这个才是中国的引擎和未来，这个大势就是你的资源。你但凡往前凑一凑，都能吃点红利。</w:t>
      </w:r>
      <w:r>
        <w:rPr>
          <w:rFonts w:ascii="Calibri" w:hAnsi="Calibri" w:eastAsia="微软雅黑"/>
          <w:sz w:val="22"/>
        </w:rPr>
        <w:t xml:space="preserve"> 你要还找一些普通的人脉、搞普通的活动、做低端的、靠你自己那点人脉做的事——你会做别人也会做，没用了，那个时代翻篇了，严重过剩了。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所以现在，把你有限的时间、有限的资金</w:t>
      </w:r>
      <w:r>
        <w:rPr>
          <w:rFonts w:ascii="Calibri" w:hAnsi="Calibri" w:eastAsia="微软雅黑"/>
          <w:b/>
          <w:sz w:val="22"/>
        </w:rPr>
        <w:t>往AI方面砸</w:t>
      </w:r>
      <w:r>
        <w:rPr>
          <w:rFonts w:ascii="Calibri" w:hAnsi="Calibri" w:eastAsia="微软雅黑"/>
          <w:sz w:val="22"/>
        </w:rPr>
        <w:t>。咱不是搞高科技的，也没那两下子，但你会用也行——</w:t>
      </w:r>
      <w:r>
        <w:rPr>
          <w:rFonts w:ascii="Calibri" w:hAnsi="Calibri" w:eastAsia="微软雅黑"/>
          <w:b/>
          <w:sz w:val="22"/>
        </w:rPr>
        <w:t>用AI去改变你的事业。AI才是这个世界你最应该谋的资源。</w:t>
      </w:r>
      <w:r>
        <w:rPr>
          <w:rFonts w:ascii="Calibri" w:hAnsi="Calibri" w:eastAsia="微软雅黑"/>
          <w:sz w:val="22"/>
        </w:rPr>
        <w:t xml:space="preserve"> 然后你会发现你的投入产出比就完全变了：不像之前“我必须要获得大量资源才能干事”，现在</w:t>
      </w:r>
      <w:r>
        <w:rPr>
          <w:rFonts w:ascii="Calibri" w:hAnsi="Calibri" w:eastAsia="微软雅黑"/>
          <w:b/>
          <w:sz w:val="22"/>
        </w:rPr>
        <w:t>你有一丢丢资源就行了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给你算笔账：我现在一个月1,000块钱都花不上。原来我们工厂一个月电费得25万，别的费用不算——成本多大？现在呢？1,000块钱花起来算啥？吃顿海底捞多少钱？我们一家四口，一顿海底捞得大几百块吧，这是便宜的了。</w:t>
      </w:r>
      <w:r>
        <w:rPr>
          <w:rFonts w:ascii="Calibri" w:hAnsi="Calibri" w:eastAsia="微软雅黑"/>
          <w:b/>
          <w:sz w:val="22"/>
        </w:rPr>
        <w:t>两顿海底捞的钱，你就能让AI给你奋斗一个月，然后产生的价值老大了，你干嘛不用？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第三层：决策层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再往上一层，是</w:t>
      </w:r>
      <w:r>
        <w:rPr>
          <w:rFonts w:ascii="Calibri" w:hAnsi="Calibri" w:eastAsia="微软雅黑"/>
          <w:b/>
          <w:sz w:val="22"/>
        </w:rPr>
        <w:t>决策层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前面讲10大基础能力的时候特别强调，尤其在AI时代，你可以根本不用考虑专业能力的问题——那些专业能力，哪个AI干的都比你强。</w:t>
      </w:r>
      <w:r>
        <w:rPr>
          <w:rFonts w:ascii="Calibri" w:hAnsi="Calibri" w:eastAsia="微软雅黑"/>
          <w:b/>
          <w:sz w:val="22"/>
        </w:rPr>
        <w:t>你最应该练的能力是决策。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而决策是哪来的？是</w:t>
      </w:r>
      <w:r>
        <w:rPr>
          <w:rFonts w:ascii="Calibri" w:hAnsi="Calibri" w:eastAsia="微软雅黑"/>
          <w:b/>
          <w:sz w:val="22"/>
        </w:rPr>
        <w:t>洞察</w:t>
      </w:r>
      <w:r>
        <w:rPr>
          <w:rFonts w:ascii="Calibri" w:hAnsi="Calibri" w:eastAsia="微软雅黑"/>
          <w:sz w:val="22"/>
        </w:rPr>
        <w:t>。你但凡知道往左好、往右不好，你一定会选往左——人就是趋利避害的，公司更是一样。所以你就得知道往哪个方向对我好，然后拍板。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那问题就是：你咋就知道往左叫好呢？</w:t>
      </w:r>
      <w:r>
        <w:rPr>
          <w:rFonts w:ascii="Calibri" w:hAnsi="Calibri" w:eastAsia="微软雅黑"/>
          <w:b/>
          <w:sz w:val="22"/>
        </w:rPr>
        <w:t>你如果连基本的洞察力都没有，你根本判断不出来到底是左边好还是右边好。</w:t>
      </w:r>
      <w:r>
        <w:rPr>
          <w:rFonts w:ascii="Calibri" w:hAnsi="Calibri" w:eastAsia="微软雅黑"/>
          <w:sz w:val="22"/>
        </w:rPr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洞察什么：向历史要规律、向现象要本质、向未来要趋势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我们研究洞察力，从观察力开始：观察、体察、洞察，甚至再难一点，像警察办案叫侦查。甭管观也好洞也好，这都是方式方法，“察”才是落脚点。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那我们洞察什么？</w:t>
      </w:r>
      <w:r>
        <w:rPr>
          <w:rFonts w:ascii="Calibri" w:hAnsi="Calibri" w:eastAsia="微软雅黑"/>
          <w:b/>
          <w:sz w:val="22"/>
        </w:rPr>
        <w:t>向历史要规律；看现在，要本质、要真相；看未来，看趋势。</w:t>
      </w:r>
      <w:r>
        <w:rPr>
          <w:rFonts w:ascii="Calibri" w:hAnsi="Calibri" w:eastAsia="微软雅黑"/>
          <w:sz w:val="22"/>
        </w:rPr>
        <w:t xml:space="preserve"> 这个才是一个人的洞察力。大部分人就看了个热闹，根本没看清本质。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很多人说我活在当下——对于我们创业者来讲，你是不是要看清本质、看清真相？这个才关键。看清这个是为了啥？不是服务于历史，</w:t>
      </w:r>
      <w:r>
        <w:rPr>
          <w:rFonts w:ascii="Calibri" w:hAnsi="Calibri" w:eastAsia="微软雅黑"/>
          <w:b/>
          <w:sz w:val="22"/>
        </w:rPr>
        <w:t>是服务于未来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你都不知道中国经济到底往哪发展，还在那觉得“以前炒房子挣了挺多钱，现在房地产便宜了，我赶紧去抄底，哐哐买了好几套房，等着它涨价”——大哥，那个时代过去了。</w:t>
      </w:r>
      <w:r>
        <w:rPr>
          <w:rFonts w:ascii="Calibri" w:hAnsi="Calibri" w:eastAsia="微软雅黑"/>
          <w:b/>
          <w:sz w:val="22"/>
        </w:rPr>
        <w:t>房地产已经不是资产了，不是金融品了。房子现在变成了耐用消费品，已经失去了资产的标签。</w:t>
      </w:r>
      <w:r>
        <w:rPr>
          <w:rFonts w:ascii="Calibri" w:hAnsi="Calibri" w:eastAsia="微软雅黑"/>
          <w:sz w:val="22"/>
        </w:rPr>
        <w:t xml:space="preserve"> 房子现在跟车差不多了：一台车能开十年八年甚至更长，只是房子住的年头多一点，能住七八十年。但它已经不具备资产的属性了。所以你买房自己住没毛病；你指着炒房子赚钱，已经不成立了。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这是不是趋势？包括很多原来做传统行业的老板，还是原来的眼光看待这些行业、用原来的经验去探索未来——你怎么整都没用。最本质上讲，就是</w:t>
      </w:r>
      <w:r>
        <w:rPr>
          <w:rFonts w:ascii="Calibri" w:hAnsi="Calibri" w:eastAsia="微软雅黑"/>
          <w:b/>
          <w:sz w:val="22"/>
        </w:rPr>
        <w:t>你没有洞察力</w:t>
      </w:r>
      <w:r>
        <w:rPr>
          <w:rFonts w:ascii="Calibri" w:hAnsi="Calibri" w:eastAsia="微软雅黑"/>
          <w:sz w:val="22"/>
        </w:rPr>
        <w:t>：你不知道这个国家未来朝哪发展，你看到的都是危险、忧愁、迷茫，看不到机会。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实际上这个世界过一段时间就会变。有的人因为这个被淘汰；大部分人发现机会，推动社会往前发展。这都不需要讨论。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洞察力是决策力的前提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洞察力是决策力的前提。</w:t>
      </w:r>
      <w:r>
        <w:rPr>
          <w:rFonts w:ascii="Calibri" w:hAnsi="Calibri" w:eastAsia="微软雅黑"/>
          <w:sz w:val="22"/>
        </w:rPr>
        <w:t xml:space="preserve"> 有了洞察力，你才能看清全局。全局包括两个维度：</w:t>
      </w:r>
      <w:r>
        <w:rPr>
          <w:rFonts w:ascii="Calibri" w:hAnsi="Calibri" w:eastAsia="微软雅黑"/>
          <w:b/>
          <w:sz w:val="22"/>
        </w:rPr>
        <w:t>空间</w:t>
      </w:r>
      <w:r>
        <w:rPr>
          <w:rFonts w:ascii="Calibri" w:hAnsi="Calibri" w:eastAsia="微软雅黑"/>
          <w:sz w:val="22"/>
        </w:rPr>
        <w:t>——把全球的事都能看明白；</w:t>
      </w:r>
      <w:r>
        <w:rPr>
          <w:rFonts w:ascii="Calibri" w:hAnsi="Calibri" w:eastAsia="微软雅黑"/>
          <w:b/>
          <w:sz w:val="22"/>
        </w:rPr>
        <w:t>时间</w:t>
      </w:r>
      <w:r>
        <w:rPr>
          <w:rFonts w:ascii="Calibri" w:hAnsi="Calibri" w:eastAsia="微软雅黑"/>
          <w:sz w:val="22"/>
        </w:rPr>
        <w:t>——能看清过去、看清现在，更能看清未来。这叫全局观。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有了全局观，你才能分清主次、轻重、缓急，才知道你的资源该往哪放。现在大家都很穷、又很忙，资源有限，就应该往这几个方向上投，而不要在原来的方向上努力了。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洞察力怎么练：三条训练方法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那洞察又哪来？“我也不会洞察呀”——大家就是只知道概念，不知道咋整。其实培养洞察力非常简单，具体干什么没那么难，只是你没那个意识。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第一条：有始有终——把经历提炼成方法论。</w:t>
      </w:r>
      <w:r>
        <w:rPr>
          <w:rFonts w:ascii="Calibri" w:hAnsi="Calibri" w:eastAsia="微软雅黑"/>
          <w:sz w:val="22"/>
        </w:rPr>
        <w:t xml:space="preserve"> 多看看书、看看报、看看历史。因为现在发生的很多事，在古今中外的历史上都已经演了无数遍了，但我们大部分人只是限于看热闹，没有去总结归纳。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记住一个词：</w:t>
      </w:r>
      <w:r>
        <w:rPr>
          <w:rFonts w:ascii="Calibri" w:hAnsi="Calibri" w:eastAsia="微软雅黑"/>
          <w:b/>
          <w:sz w:val="22"/>
        </w:rPr>
        <w:t>有始有终</w:t>
      </w:r>
      <w:r>
        <w:rPr>
          <w:rFonts w:ascii="Calibri" w:hAnsi="Calibri" w:eastAsia="微软雅黑"/>
          <w:sz w:val="22"/>
        </w:rPr>
        <w:t>。大部分人是有始无终。什么意思？他以为他的“终”就是把这活干完了、这个事我经历完了就叫完。不对。这个经历是实践，我们从实践中体会了啥、形成了一点基本的经验，但你没有去进一步</w:t>
      </w:r>
      <w:r>
        <w:rPr>
          <w:rFonts w:ascii="Calibri" w:hAnsi="Calibri" w:eastAsia="微软雅黑"/>
          <w:b/>
          <w:sz w:val="22"/>
        </w:rPr>
        <w:t>提炼成理论，或者叫方法论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普通老百姓不需要那么高的要求，但你作为创业者，真的应该把自己的过往提炼提炼，</w:t>
      </w:r>
      <w:r>
        <w:rPr>
          <w:rFonts w:ascii="Calibri" w:hAnsi="Calibri" w:eastAsia="微软雅黑"/>
          <w:b/>
          <w:sz w:val="22"/>
        </w:rPr>
        <w:t>提炼成可以指导未来的方法论</w:t>
      </w:r>
      <w:r>
        <w:rPr>
          <w:rFonts w:ascii="Calibri" w:hAnsi="Calibri" w:eastAsia="微软雅黑"/>
          <w:sz w:val="22"/>
        </w:rPr>
        <w:t>。提炼完这一步，才叫这一圈的“终”，它又是下一圈的“始”。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因为你没有这样的习惯，所以你不管看了多少书都没用，你只是在看热闹。别人提炼的那是别人的，不一定适合你。</w:t>
      </w:r>
      <w:r>
        <w:rPr>
          <w:rFonts w:ascii="Calibri" w:hAnsi="Calibri" w:eastAsia="微软雅黑"/>
          <w:b/>
          <w:sz w:val="22"/>
        </w:rPr>
        <w:t>你把别人的经验结合自己的情况，变成自己的方法论，这个才是有现实意义的。</w:t>
      </w:r>
      <w:r>
        <w:rPr>
          <w:rFonts w:ascii="Calibri" w:hAnsi="Calibri" w:eastAsia="微软雅黑"/>
          <w:sz w:val="22"/>
        </w:rPr>
        <w:t xml:space="preserve"> 大部分人没这个意识。你不用强求提炼的东西必须多高级——咱都是普通人，对你有用就行了，对你下一次干这个事有用就行了。甭管自己经历过的事、看别人经历的事、还是看什么书，最后那个终点，一定要放在</w:t>
      </w:r>
      <w:r>
        <w:rPr>
          <w:rFonts w:ascii="Calibri" w:hAnsi="Calibri" w:eastAsia="微软雅黑"/>
          <w:b/>
          <w:sz w:val="22"/>
        </w:rPr>
        <w:t>提炼有利于自己的方法论</w:t>
      </w:r>
      <w:r>
        <w:rPr>
          <w:rFonts w:ascii="Calibri" w:hAnsi="Calibri" w:eastAsia="微软雅黑"/>
          <w:sz w:val="22"/>
        </w:rPr>
        <w:t>上。慢慢你就会善于总结规律了。这是第一条。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第二条：透过现象看本质，不要着相。</w:t>
      </w:r>
      <w:r>
        <w:rPr>
          <w:rFonts w:ascii="Calibri" w:hAnsi="Calibri" w:eastAsia="微软雅黑"/>
          <w:sz w:val="22"/>
        </w:rPr>
        <w:t xml:space="preserve"> 现在此时此刻正在发生的各种事，你真的看懂了吗？我们往往只看了表面，比较浅；只看了一个角度，比较狭隘；看东西不立体，总结的就不对，往往以偏概全、比较肤浅。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所以要养成</w:t>
      </w:r>
      <w:r>
        <w:rPr>
          <w:rFonts w:ascii="Calibri" w:hAnsi="Calibri" w:eastAsia="微软雅黑"/>
          <w:b/>
          <w:sz w:val="22"/>
        </w:rPr>
        <w:t>透过现象看本质、挖真相</w:t>
      </w:r>
      <w:r>
        <w:rPr>
          <w:rFonts w:ascii="Calibri" w:hAnsi="Calibri" w:eastAsia="微软雅黑"/>
          <w:sz w:val="22"/>
        </w:rPr>
        <w:t>的习惯，而不要着相。听过“体、相、用”吧？</w:t>
      </w:r>
      <w:r>
        <w:rPr>
          <w:rFonts w:ascii="Calibri" w:hAnsi="Calibri" w:eastAsia="微软雅黑"/>
          <w:b/>
          <w:sz w:val="22"/>
        </w:rPr>
        <w:t>体</w:t>
      </w:r>
      <w:r>
        <w:rPr>
          <w:rFonts w:ascii="Calibri" w:hAnsi="Calibri" w:eastAsia="微软雅黑"/>
          <w:sz w:val="22"/>
        </w:rPr>
        <w:t>是本体，是本质；</w:t>
      </w:r>
      <w:r>
        <w:rPr>
          <w:rFonts w:ascii="Calibri" w:hAnsi="Calibri" w:eastAsia="微软雅黑"/>
          <w:b/>
          <w:sz w:val="22"/>
        </w:rPr>
        <w:t>相</w:t>
      </w:r>
      <w:r>
        <w:rPr>
          <w:rFonts w:ascii="Calibri" w:hAnsi="Calibri" w:eastAsia="微软雅黑"/>
          <w:sz w:val="22"/>
        </w:rPr>
        <w:t>是各种各样的状态——你们公司的组织形态、部门划分、团队建设、产品、解决方案、盈利模式，这些东西都叫相；</w:t>
      </w:r>
      <w:r>
        <w:rPr>
          <w:rFonts w:ascii="Calibri" w:hAnsi="Calibri" w:eastAsia="微软雅黑"/>
          <w:b/>
          <w:sz w:val="22"/>
        </w:rPr>
        <w:t>用</w:t>
      </w:r>
      <w:r>
        <w:rPr>
          <w:rFonts w:ascii="Calibri" w:hAnsi="Calibri" w:eastAsia="微软雅黑"/>
          <w:sz w:val="22"/>
        </w:rPr>
        <w:t>就是干活，怎么整、怎么执行。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互联网公司，BAT——百度、阿里、腾讯，本质上都是互联网公司，但每家公司的业态都不一样。咱们也是一回事：你跟同行干的都是一个行业，甚至业务、服务、产品都特别像，但实际上每家公司都不一样——商业模式不一样、盈利模式不一样。我们的追求或我们的点是一样的，但可以千变万化，能整出花来，这都叫相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反过来，你看到这些相，你能总结出人家的本质吗？你知道人家靠啥挣钱的吗？你知道他们的商业模式和盈利模式到底是啥吗？这就是</w:t>
      </w:r>
      <w:r>
        <w:rPr>
          <w:rFonts w:ascii="Calibri" w:hAnsi="Calibri" w:eastAsia="微软雅黑"/>
          <w:b/>
          <w:sz w:val="22"/>
        </w:rPr>
        <w:t>透过现象抓住本质</w:t>
      </w:r>
      <w:r>
        <w:rPr>
          <w:rFonts w:ascii="Calibri" w:hAnsi="Calibri" w:eastAsia="微软雅黑"/>
          <w:sz w:val="22"/>
        </w:rPr>
        <w:t>，而不要着相。而“用”呢？很多创业者上来就干，连相都没有充分重视，更没有体——所以体相用，很多人是用相体，完全搞反了。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以后更关键的是</w:t>
      </w:r>
      <w:r>
        <w:rPr>
          <w:rFonts w:ascii="Calibri" w:hAnsi="Calibri" w:eastAsia="微软雅黑"/>
          <w:b/>
          <w:sz w:val="22"/>
        </w:rPr>
        <w:t>意识</w:t>
      </w:r>
      <w:r>
        <w:rPr>
          <w:rFonts w:ascii="Calibri" w:hAnsi="Calibri" w:eastAsia="微软雅黑"/>
          <w:sz w:val="22"/>
        </w:rPr>
        <w:t>，不是能力。“我看问题我就琢磨琢磨，这个事到底咋回事”——妥了，恭喜你进步了。而不是只看到了就认为它就是这样的。有时候你看到的未必是真的，多想三分、多琢磨琢磨，自己琢磨不好的，问问AI总行吧？你看，你有那么好一个诸葛亮、有那么好的军师，你为啥不问他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包括最近我让你们去抠我的网站。老吴是不是不一样了？你的体感不一样吧？</w:t>
      </w:r>
      <w:r>
        <w:rPr>
          <w:rFonts w:ascii="Calibri" w:hAnsi="Calibri" w:eastAsia="微软雅黑"/>
          <w:b/>
          <w:sz w:val="22"/>
        </w:rPr>
        <w:t>你不要认为我那个网站就是个网站。</w:t>
      </w:r>
      <w:r>
        <w:rPr>
          <w:rFonts w:ascii="Calibri" w:hAnsi="Calibri" w:eastAsia="微软雅黑"/>
          <w:sz w:val="22"/>
        </w:rPr>
        <w:t xml:space="preserve"> 你要真抠进去了，你就知道老曹为什么干这么多事、他的动机是啥——背后隐藏着那么大的东西。</w:t>
      </w:r>
      <w:r>
        <w:rPr>
          <w:rFonts w:ascii="Calibri" w:hAnsi="Calibri" w:eastAsia="微软雅黑"/>
          <w:b/>
          <w:sz w:val="22"/>
        </w:rPr>
        <w:t>我的体在里头藏着呢，我的相可能就是个网站。但如果你真挖深了，对于你来讲它就是个宝藏；你挖得浅呢？它就是个土包。</w:t>
      </w:r>
      <w:r>
        <w:rPr>
          <w:rFonts w:ascii="Calibri" w:hAnsi="Calibri" w:eastAsia="微软雅黑"/>
          <w:sz w:val="22"/>
        </w:rPr>
        <w:t xml:space="preserve"> 大家要养成这样的习惯，慢慢就会有看清本质的能力了。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第三条：训练看未来的能力——从小事、短周期开始。</w:t>
      </w:r>
      <w:r>
        <w:rPr>
          <w:rFonts w:ascii="Calibri" w:hAnsi="Calibri" w:eastAsia="微软雅黑"/>
          <w:sz w:val="22"/>
        </w:rPr>
        <w:t xml:space="preserve"> 甭管看清本质还是抓规律，过了一秒都叫历史。历史过去了，我们要着眼于未来，要训练自己</w:t>
      </w:r>
      <w:r>
        <w:rPr>
          <w:rFonts w:ascii="Calibri" w:hAnsi="Calibri" w:eastAsia="微软雅黑"/>
          <w:b/>
          <w:sz w:val="22"/>
        </w:rPr>
        <w:t>看未来的能力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大部分人做事是潜意识的、下意识的，没有主动去练、没主动去尝试。事到了就那么干了，成不成就不成了——很多人做事是概率。</w:t>
      </w:r>
      <w:r>
        <w:rPr>
          <w:rFonts w:ascii="Calibri" w:hAnsi="Calibri" w:eastAsia="微软雅黑"/>
          <w:b/>
          <w:sz w:val="22"/>
        </w:rPr>
        <w:t>你要把成功变成概率问题，那你就不会失败。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怎么训练？你可以按天算。我创业要创五年十年，看不清未来十年——那你能不能看看明天？看看后天？能不能通过这个月看清下个月？长了不行，短了行不行？实际上是可以的。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任何事情都不是孤立的。</w:t>
      </w:r>
      <w:r>
        <w:rPr>
          <w:rFonts w:ascii="Calibri" w:hAnsi="Calibri" w:eastAsia="微软雅黑"/>
          <w:sz w:val="22"/>
        </w:rPr>
        <w:t xml:space="preserve"> 都是因为今天怎么怎么着，所以明天就一定会怎么怎么着。有因才有果：有了这样的条件，它才会这样；没这条件，它就不会这样。那你就从小事上去做：基于一个小事，充分剖析这件事的本质是什么、形态是什么、前因后果是啥、内外条件是啥。有了这个条件，它会往A方向发展；那我把一个条件撤掉呢？它就会往B方向发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这就像生火做饭：火太旺了，菜容易糊；火太弱了，菜不熟。你就能判断出来：“火再大点，要不然这菜根本就不熟”“不行了，火得撤一撤，再不小这菜就糊了”。你看你怎么就能判断出来？</w:t>
      </w:r>
      <w:r>
        <w:rPr>
          <w:rFonts w:ascii="Calibri" w:hAnsi="Calibri" w:eastAsia="微软雅黑"/>
          <w:b/>
          <w:sz w:val="22"/>
        </w:rPr>
        <w:t>把一个事变得越来越大、越来越长，然后去定位它的本质，拆解它的内容构成、来龙去脉、前因后果、各种内外部要素，然后它会产生几种可能——这就是最简单的训练方法。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</w:t>
      </w:r>
      <w:r>
        <w:rPr>
          <w:rFonts w:ascii="Calibri" w:hAnsi="Calibri" w:eastAsia="微软雅黑"/>
          <w:b/>
          <w:sz w:val="22"/>
        </w:rPr>
        <w:t>多看比你高的人怎么判断</w:t>
      </w:r>
      <w:r>
        <w:rPr>
          <w:rFonts w:ascii="Calibri" w:hAnsi="Calibri" w:eastAsia="微软雅黑"/>
          <w:sz w:val="22"/>
        </w:rPr>
        <w:t>。可能是个政要，可能是个官员，也可能是个企业家——不管是谁，比你牛的人。他们对哪些事情的判断，你站在你的角度去分析分析，然后等几天，看这个事是不是那么发生的。什么意思？</w:t>
      </w:r>
      <w:r>
        <w:rPr>
          <w:rFonts w:ascii="Calibri" w:hAnsi="Calibri" w:eastAsia="微软雅黑"/>
          <w:b/>
          <w:sz w:val="22"/>
        </w:rPr>
        <w:t>去学习别人的眼光和判断逻辑，然后自己去体证，下次你也这么想、这么判断，看能不能发生。</w:t>
      </w:r>
      <w:r>
        <w:rPr>
          <w:rFonts w:ascii="Calibri" w:hAnsi="Calibri" w:eastAsia="微软雅黑"/>
          <w:sz w:val="22"/>
        </w:rPr>
        <w:t xml:space="preserve"> 就是这么练的。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能力是训练出来的：学而时习之</w:t>
      </w:r>
    </w:p>
    <w:p>
      <w:pPr>
        <w:spacing w:after="120"/>
      </w:pPr>
      <w:r>
        <w:rPr>
          <w:rFonts w:ascii="Calibri" w:hAnsi="Calibri" w:eastAsia="微软雅黑"/>
          <w:sz w:val="22"/>
        </w:rPr>
        <w:t>甭管啥能力，大家记住：</w:t>
      </w:r>
      <w:r>
        <w:rPr>
          <w:rFonts w:ascii="Calibri" w:hAnsi="Calibri" w:eastAsia="微软雅黑"/>
          <w:b/>
          <w:sz w:val="22"/>
        </w:rPr>
        <w:t>能力是可以训练出来的。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们做创业教练，不是给你们呱呱呱讲大道理——讲大道理只解决认知问题，但认知如果不通过科学有效的训练，是没有办法成能力的。哪个司机是看了两本交规就变成好老司机的？他是因为天天开，各种路都开，甚至还自己出各种乱七八糟的问题，所以后来变成老司机了。就这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创业者也一样。但我们大部分创业者都是下意识的自发状态，从来没想过这玩意还能练。其实一般人连学都不学，更别说练了。很多人现在开始学了，</w:t>
      </w:r>
      <w:r>
        <w:rPr>
          <w:rFonts w:ascii="Calibri" w:hAnsi="Calibri" w:eastAsia="微软雅黑"/>
          <w:b/>
          <w:sz w:val="22"/>
        </w:rPr>
        <w:t>学而不习</w:t>
      </w:r>
      <w:r>
        <w:rPr>
          <w:rFonts w:ascii="Calibri" w:hAnsi="Calibri" w:eastAsia="微软雅黑"/>
          <w:sz w:val="22"/>
        </w:rPr>
        <w:t>——学而不习，没有办法转化，没有办法把那些高级的认知转化成你自己的高级能力。</w:t>
      </w:r>
      <w:r>
        <w:rPr>
          <w:rFonts w:ascii="Calibri" w:hAnsi="Calibri" w:eastAsia="微软雅黑"/>
          <w:b/>
          <w:sz w:val="22"/>
        </w:rPr>
        <w:t>你没有能力，你创什么业？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就像我们学AI，我天天给你讲大道理，没有用，你得亲自干。跟骑马是一样的：你要想变成优秀的骑士，得天天骑、天天练，而不是坐在旁边看那个马、研究那个马——一点用都没有。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所以为了提升决策力，你要了解决策力的基本原理，然后就得去练。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实战：为什么早期必须手动审批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比如我们最近做项目、拿AI做项目，我为什么强调早期必须</w:t>
      </w:r>
      <w:r>
        <w:rPr>
          <w:rFonts w:ascii="Calibri" w:hAnsi="Calibri" w:eastAsia="微软雅黑"/>
          <w:b/>
          <w:sz w:val="22"/>
        </w:rPr>
        <w:t>手动审批</w:t>
      </w:r>
      <w:r>
        <w:rPr>
          <w:rFonts w:ascii="Calibri" w:hAnsi="Calibri" w:eastAsia="微软雅黑"/>
          <w:sz w:val="22"/>
        </w:rPr>
        <w:t>？你们前期容易犯个啥问题？“这个东西我也不懂，所以每次他问我让我审批，我都选择同意。”——你都选择同意了，那你就可以选择自动了呀，全都相信他得了呗。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我为什么强迫你不能这样？</w:t>
      </w:r>
      <w:r>
        <w:rPr>
          <w:rFonts w:ascii="Calibri" w:hAnsi="Calibri" w:eastAsia="微软雅黑"/>
          <w:b/>
          <w:sz w:val="22"/>
        </w:rPr>
        <w:t>每一个问题你必须要去看。</w:t>
      </w:r>
      <w:r>
        <w:rPr>
          <w:rFonts w:ascii="Calibri" w:hAnsi="Calibri" w:eastAsia="微软雅黑"/>
          <w:sz w:val="22"/>
        </w:rPr>
        <w:t xml:space="preserve"> 你甚至可以停下来问问他：你问我的问题到底啥意思？你给我的这几个选项，我如果选了哪一项，它会怎么着？</w:t>
      </w:r>
      <w:r>
        <w:rPr>
          <w:rFonts w:ascii="Calibri" w:hAnsi="Calibri" w:eastAsia="微软雅黑"/>
          <w:b/>
          <w:sz w:val="22"/>
        </w:rPr>
        <w:t>你必须弄得非常明白，然后再去下决策。</w:t>
      </w:r>
      <w:r>
        <w:rPr>
          <w:rFonts w:ascii="Calibri" w:hAnsi="Calibri" w:eastAsia="微软雅黑"/>
          <w:sz w:val="22"/>
        </w:rPr>
        <w:t xml:space="preserve"> 而不是说你根本就不懂，都选同意——你直接</w:t>
      </w:r>
      <w:r>
        <w:rPr>
          <w:rFonts w:ascii="Calibri" w:hAnsi="Calibri" w:eastAsia="微软雅黑"/>
          <w:b/>
          <w:sz w:val="22"/>
        </w:rPr>
        <w:t>盲信</w:t>
      </w:r>
      <w:r>
        <w:rPr>
          <w:rFonts w:ascii="Calibri" w:hAnsi="Calibri" w:eastAsia="微软雅黑"/>
          <w:sz w:val="22"/>
        </w:rPr>
        <w:t>，你没有决策力，一点用都没有。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为啥？</w:t>
      </w:r>
      <w:r>
        <w:rPr>
          <w:rFonts w:ascii="Calibri" w:hAnsi="Calibri" w:eastAsia="微软雅黑"/>
          <w:b/>
          <w:sz w:val="22"/>
        </w:rPr>
        <w:t>因为AI的本质是任务驱动型</w:t>
      </w:r>
      <w:r>
        <w:rPr>
          <w:rFonts w:ascii="Calibri" w:hAnsi="Calibri" w:eastAsia="微软雅黑"/>
          <w:sz w:val="22"/>
        </w:rPr>
        <w:t>：它更多是为了完成当下的任务而选择了最优策略，但它非常有可能因为没有全局观而造成错误。你看老吴，开发了很多项目了，你自己应该有体感：AI更多着眼于眼前，对眼前这个任务是没问题的，但站在整个项目的角度讲，他可能就有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不是得你自己去观察、自己去判断、然后再下决策？甚至他给你的几个选项，哪个选项都不是最优解，那你是不是应该告诉他：“这个有问题啊，我们站在什么什么的角度讲，我们是不是可以这样？”或者“你总结有问题，你说不清楚”，你可以质问他。</w:t>
      </w:r>
      <w:r>
        <w:rPr>
          <w:rFonts w:ascii="Calibri" w:hAnsi="Calibri" w:eastAsia="微软雅黑"/>
          <w:b/>
          <w:sz w:val="22"/>
        </w:rPr>
        <w:t>这实际上是在锻炼你们自己。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慢慢地，你们形成默契了，他也知道你的审美了，也知道整个事情的全局了——他提的选项越来越贴合你。</w:t>
      </w:r>
      <w:r>
        <w:rPr>
          <w:rFonts w:ascii="Calibri" w:hAnsi="Calibri" w:eastAsia="微软雅黑"/>
          <w:b/>
          <w:sz w:val="22"/>
        </w:rPr>
        <w:t>最后你才可以逐渐进入到自动化审批，甚至完全信任他。</w:t>
      </w:r>
      <w:r>
        <w:rPr>
          <w:rFonts w:ascii="Calibri" w:hAnsi="Calibri" w:eastAsia="微软雅黑"/>
          <w:sz w:val="22"/>
        </w:rPr>
        <w:t xml:space="preserve"> 你要是完全信任他，本质上讲是你把你的决策权全部转移给他，你充分授权了——那你得达到一定的程度。</w:t>
      </w:r>
      <w:r>
        <w:rPr>
          <w:rFonts w:ascii="Calibri" w:hAnsi="Calibri" w:eastAsia="微软雅黑"/>
          <w:b/>
          <w:sz w:val="22"/>
        </w:rPr>
        <w:t>早期不能那样。越是早期、你越是不懂的东西，你就越不能轻易决策。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总结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今天的内容就完了。简单总结一下：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一个人的能力是三层的能力体系。什么叫体系？第一，有层次；第二，有角度——它是个立体的。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第一层，业务能力层，分三段：</w:t>
      </w:r>
      <w:r>
        <w:rPr>
          <w:rFonts w:ascii="Calibri" w:hAnsi="Calibri" w:eastAsia="微软雅黑"/>
          <w:sz w:val="22"/>
        </w:rPr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1. </w:t>
      </w:r>
      <w:r>
        <w:rPr>
          <w:rFonts w:ascii="Calibri" w:hAnsi="Calibri" w:eastAsia="微软雅黑"/>
          <w:b/>
          <w:sz w:val="22"/>
        </w:rPr>
        <w:t>第一段0.1，就是你的野心</w:t>
      </w:r>
      <w:r>
        <w:rPr>
          <w:rFonts w:ascii="Calibri" w:hAnsi="Calibri" w:eastAsia="微软雅黑"/>
          <w:sz w:val="22"/>
        </w:rPr>
        <w:t>——这个事谁也帮不了你。没有野心什么也不要学了，尤其在AI时代。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2. </w:t>
      </w:r>
      <w:r>
        <w:rPr>
          <w:rFonts w:ascii="Calibri" w:hAnsi="Calibri" w:eastAsia="微软雅黑"/>
          <w:b/>
          <w:sz w:val="22"/>
        </w:rPr>
        <w:t>第二段0.1到1</w:t>
      </w:r>
      <w:r>
        <w:rPr>
          <w:rFonts w:ascii="Calibri" w:hAnsi="Calibri" w:eastAsia="微软雅黑"/>
          <w:sz w:val="22"/>
        </w:rPr>
        <w:t>——更多的是人机协同，强调人和AI的协同。重点强调</w:t>
      </w:r>
      <w:r>
        <w:rPr>
          <w:rFonts w:ascii="Calibri" w:hAnsi="Calibri" w:eastAsia="微软雅黑"/>
          <w:b/>
          <w:sz w:val="22"/>
        </w:rPr>
        <w:t>勇于试错</w:t>
      </w:r>
      <w:r>
        <w:rPr>
          <w:rFonts w:ascii="Calibri" w:hAnsi="Calibri" w:eastAsia="微软雅黑"/>
          <w:sz w:val="22"/>
        </w:rPr>
        <w:t>：因为试错成本无限低、效率无限高，所以不要琢磨“再想吧、再学吧”——你也琢磨不明白、想不明白，你自己趟也趟不出来。要敢于快速地去试，马上干，不要在那等了。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3. </w:t>
      </w:r>
      <w:r>
        <w:rPr>
          <w:rFonts w:ascii="Calibri" w:hAnsi="Calibri" w:eastAsia="微软雅黑"/>
          <w:b/>
          <w:sz w:val="22"/>
        </w:rPr>
        <w:t>第三段1之后</w:t>
      </w:r>
      <w:r>
        <w:rPr>
          <w:rFonts w:ascii="Calibri" w:hAnsi="Calibri" w:eastAsia="微软雅黑"/>
          <w:sz w:val="22"/>
        </w:rPr>
        <w:t>——更多强调AI的协同分层：AI分不同的层次进行协同。这里边可能你要雇人了——找一些志同道合的哥们，他也有很强的驾驭AI能力，然后他领着不同层次的AI去批量导出结果，这才是AI时代的玩法。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第二层，资源优化配置：</w:t>
      </w:r>
      <w:r>
        <w:rPr>
          <w:rFonts w:ascii="Calibri" w:hAnsi="Calibri" w:eastAsia="微软雅黑"/>
          <w:sz w:val="22"/>
        </w:rPr>
        <w:t xml:space="preserve"> 传统那些事我都不跟你们讲了，最关键一条——</w:t>
      </w:r>
      <w:r>
        <w:rPr>
          <w:rFonts w:ascii="Calibri" w:hAnsi="Calibri" w:eastAsia="微软雅黑"/>
          <w:b/>
          <w:sz w:val="22"/>
        </w:rPr>
        <w:t>AI是这个时期给你最好的资源。你去撬什么都不如撬动它。</w:t>
      </w:r>
      <w:r>
        <w:rPr>
          <w:rFonts w:ascii="Calibri" w:hAnsi="Calibri" w:eastAsia="微软雅黑"/>
          <w:sz w:val="22"/>
        </w:rPr>
        <w:t xml:space="preserve"> 还在那找人脉、参加这个事那个事，都没用了哥们，那些东西都翻篇了。AI才是你最应该去谋的资源。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第三层，决策层：</w:t>
      </w:r>
      <w:r>
        <w:rPr>
          <w:rFonts w:ascii="Calibri" w:hAnsi="Calibri" w:eastAsia="微软雅黑"/>
          <w:sz w:val="22"/>
        </w:rPr>
        <w:t xml:space="preserve"> 决策力是AI时代最核心、最高级、也是最难的能力，也是你最常用的能力——因为执行力不需要你了，甚至你也不需要太多资源了，你的决策力就变得最关键。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决策力的前提是你的洞察。</w:t>
      </w:r>
      <w:r>
        <w:rPr>
          <w:rFonts w:ascii="Calibri" w:hAnsi="Calibri" w:eastAsia="微软雅黑"/>
          <w:sz w:val="22"/>
        </w:rPr>
        <w:t xml:space="preserve"> 没有洞察力的人，看不清全貌、分不清主次、分不清轻重缓急，你都不知道哪对哪不对、哪好哪不好，你不会决策的。洞察站在时间轴的角度讲，是过去、现在和未来：</w:t>
      </w:r>
      <w:r>
        <w:rPr>
          <w:rFonts w:ascii="Calibri" w:hAnsi="Calibri" w:eastAsia="微软雅黑"/>
          <w:b/>
          <w:sz w:val="22"/>
        </w:rPr>
        <w:t>透过历史看规律，透过现象看本质，透过未来看趋势。</w:t>
      </w:r>
      <w:r>
        <w:rPr>
          <w:rFonts w:ascii="Calibri" w:hAnsi="Calibri" w:eastAsia="微软雅黑"/>
          <w:sz w:val="22"/>
        </w:rPr>
        <w:t xml:space="preserve"> 你没有这两下子，你绝什么策呀？你都不知道中国经济现在的领头羊是个啥，还在那用传统的方式做传统的事——你怎么做都没有用。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对于中国来讲，现在的核心经济引擎不是房地产，是高科技；高科技里的高科技是AI人工智能，跟它相关的一个大的生态，你只要沾点边，你就在趋势里了。再一个是</w:t>
      </w:r>
      <w:r>
        <w:rPr>
          <w:rFonts w:ascii="Calibri" w:hAnsi="Calibri" w:eastAsia="微软雅黑"/>
          <w:b/>
          <w:sz w:val="22"/>
        </w:rPr>
        <w:t>新能源、储能</w:t>
      </w:r>
      <w:r>
        <w:rPr>
          <w:rFonts w:ascii="Calibri" w:hAnsi="Calibri" w:eastAsia="微软雅黑"/>
          <w:sz w:val="22"/>
        </w:rPr>
        <w:t>——很多能源是不可再生的，所以现在叫新能源，把它存下来叫储能。然后是</w:t>
      </w:r>
      <w:r>
        <w:rPr>
          <w:rFonts w:ascii="Calibri" w:hAnsi="Calibri" w:eastAsia="微软雅黑"/>
          <w:b/>
          <w:sz w:val="22"/>
        </w:rPr>
        <w:t>先进制造业</w:t>
      </w:r>
      <w:r>
        <w:rPr>
          <w:rFonts w:ascii="Calibri" w:hAnsi="Calibri" w:eastAsia="微软雅黑"/>
          <w:sz w:val="22"/>
        </w:rPr>
        <w:t>：如果你是干工厂的、做生产环节的，一定要往先进制造业走，不要做原来的过剩产能、过剩生产力——那个东西你咋做都没用。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这些都是可以训练出来的，你都不想练，那没有用。最好的训练方式：</w:t>
      </w:r>
      <w:r>
        <w:rPr>
          <w:rFonts w:ascii="Calibri" w:hAnsi="Calibri" w:eastAsia="微软雅黑"/>
          <w:b/>
          <w:sz w:val="22"/>
        </w:rPr>
        <w:t>有始有终，经常提炼、总结、归纳</w:t>
      </w:r>
      <w:r>
        <w:rPr>
          <w:rFonts w:ascii="Calibri" w:hAnsi="Calibri" w:eastAsia="微软雅黑"/>
          <w:sz w:val="22"/>
        </w:rPr>
        <w:t>——不要一过去拉倒，那你只是世界的过客，你要总结出方法论。然后通过各种现象多挖一挖、多想一想，看清它的本质和真相，</w:t>
      </w:r>
      <w:r>
        <w:rPr>
          <w:rFonts w:ascii="Calibri" w:hAnsi="Calibri" w:eastAsia="微软雅黑"/>
          <w:b/>
          <w:sz w:val="22"/>
        </w:rPr>
        <w:t>不要着相</w:t>
      </w:r>
      <w:r>
        <w:rPr>
          <w:rFonts w:ascii="Calibri" w:hAnsi="Calibri" w:eastAsia="微软雅黑"/>
          <w:sz w:val="22"/>
        </w:rPr>
        <w:t>。然后，未来三年五年看不清，三天两天你还看不清吗？从小的事、用短的周期去训练；多跟高人学，看看人家的判断方法，过几天那个事是不是这么发生的，拿结果来验证。慢慢你就会了——最后那个结果还没来，你就能够判断他一定能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就怕啥？就怕你没意识、不训练。其实很多能力是可以练的。学习学习——</w:t>
      </w:r>
      <w:r>
        <w:rPr>
          <w:rFonts w:ascii="Calibri" w:hAnsi="Calibri" w:eastAsia="微软雅黑"/>
          <w:b/>
          <w:sz w:val="22"/>
        </w:rPr>
        <w:t>先学后习，习完了再学，学和习就是一体两面，互为因果。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好了，今天讲完了。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