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每日一课·第㊳讲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《AI时代的组织架构与商业战略重塑-同道集团AI内训》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主讲：曹勇波｜开课日期：2026-10-30｜课程类型：现役课程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AI时代的组织架构与商业战略重塑-同道集团AI内训（第㊳讲·现役课程）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：2026-10-30（企业内训·14:30–16:25）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：曹勇波｜主办：同道集团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整理说明</w:t>
      </w:r>
      <w:r>
        <w:rPr>
          <w:rFonts w:ascii="Calibri" w:hAnsi="Calibri" w:eastAsia="微软雅黑"/>
          <w:color w:val="555577"/>
          <w:sz w:val="20"/>
        </w:rPr>
        <w:t>：本文为课堂实录整理稿，保留全部观点、论证、案例与数字；已删除语气词、重复碎句与开场设备调试，合并口语断句，修正明显转写错别字。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主持人（开场）</w:t>
      </w:r>
      <w:r>
        <w:rPr>
          <w:rFonts w:ascii="Calibri" w:hAnsi="Calibri" w:eastAsia="微软雅黑"/>
          <w:sz w:val="22"/>
        </w:rPr>
        <w:t>：各位领导、同事，下午好，现在正式开始企业内训。AI技术正在加速迭代演进，从模型突破走向产业落地，从工具进阶走向组织重构。如何把握这一趋势，重塑业务路径与团队能力，是我们共同关注的焦点。今天我们有幸邀请到创业教练、企业AI原生实战专家曹勇波老师。曹老师深耕创业辅导与产业赋能一线多年，现任万有AI创始人、众邦资本创始人，并担任投资机构高级合伙人，同时受聘为青岛工业互联网联盟顾问、链促会新质生产力专委会顾问、全国高校联盟青岛校友会顾问。他曾担任航天系企业总经理、某军工科技集团总裁助理兼安全装备事业部总经理，长期活跃于北京、大湾区、青岛、西安、哈尔滨、杭州等创新前沿城市，兼具战略视野与实战方法。让我们掌声有请曹老师，带来今天的特邀分享——《AI世界里有我：AI时代的组织架构和商业战略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一、开场：我与AI的七个多月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曹勇波</w:t>
      </w:r>
      <w:r>
        <w:rPr>
          <w:rFonts w:ascii="Calibri" w:hAnsi="Calibri" w:eastAsia="微软雅黑"/>
          <w:sz w:val="22"/>
        </w:rPr>
        <w:t>：我受董总的邀请来和大家交流。在座都是比我年轻很多的年轻人，我不敢班门弄斧，今天务虚地讲一讲，分几个话题。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先说我自己。我在AI领域干了多长时间？正式认真思考AI与我有什么关系，是今年3月3日开始的；3月9日写下第一行代码；到现在将近8个月了。这8个月，我跑通了AI原生公司的全流程，把原来的创业实践、AI化和AI原生整个链条跑通，并且取得了一定的结果。我们原本从事投资行业、做创业教练，现在又引领新的学员和企业往这条路上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之前从事军工行业，不是技术出身。在座很多同学朋友是做技术的，我不是——我做军工和传统业务。我为什么现在转向AI？因为无论是自己创业、做投资还是后来给别人讲课，实际上都遇到了天花板：网上各种大咖众多，谁的演讲都比我好，相互抄袭；体制内的各种商学院也非常内卷。大家都感同身受：明知道没有希望，但还在慢慢消耗。我也是如此——无论做投资还是讲课，实际上已经没有新的突破点，大家差不多，然后慢慢耗时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随着时间的推移，我都能想到：再过一些年，我需要去工厂门口打更了。我不知道年轻人听没听说过"打更"这个词——随着时间的推移，我会被慢慢耗死，这就是内卷。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人和人竞争是什么？坦克和人竞争又是什么？为什么我反复讲"坦克"这个词？大家看没看过这两年《长津湖》《水门桥》——我们的志愿军战士，无论多厉害，到最后面对坦克的时候，没有用武之地，很多战士在坦克面前是被碾压的状态。我发现近年各行业出现了一个新情况：竞争开始撕裂——不是你想和别人竞争就能竞争。我们的行业里出现了"坦克"，它根本不跟你竞争，上来直接把你压死，让你瞬间消亡。其他行业也是如此：你想跟着别人学，对手不给你机会，因为"大坦克"已经出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碾压是怎么形成的？这两年我们在投资创业中研究国内外各种趋势。按照PEST模型，技术是特别重要的一个要素；近些年最大的技术变量就是AI，这不需要研究——主要国家的战略议程都在谈这些内容。因为AI的加入，我的对手变成了坦克来碾压我，所以我没办法，只能被动应战：把自己也变成坦克。基于这种情况，我于3月3日正式开始研究AI到底与我有什么关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原本对此并无兴趣——我已经不再年轻，不是理科也不是工科出身。但为了生存：我要活到120岁，还要工作70年，难道让别人慢慢消磨我、碾碎我吗？我只是开始思考，深度沉浸了7个多月。到今天，在中国北方区域，各家AI对我们的评价已经非常高了。这是我的心路历程——我不想被别人消磨和碾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二、我是怎么玩AI的：亢奋、崩溃与自洽</w:t>
      </w:r>
    </w:p>
    <w:p>
      <w:pPr>
        <w:spacing w:after="120"/>
      </w:pPr>
      <w:r>
        <w:rPr>
          <w:rFonts w:ascii="Calibri" w:hAnsi="Calibri" w:eastAsia="微软雅黑"/>
          <w:sz w:val="22"/>
        </w:rPr>
        <w:t>再谈谈我的心理状态。我最初玩的是元宝——大家都知道元宝。玩了一段时间，我觉得这个"人"很实在，但有时候把我气得不轻。后来又开始玩豆包——过年大家都知道豆包，情商很高，不过这个人有点不靠谱。后来开始玩VS Code——不知道在座有没有写代码的：VS Code倒是挺靠谱，但我眼睛差点没整瞎，我看不懂代码。后来用了字节旗下的开发平台，逐渐开发出自己的小工具、小系统，开始做复杂程序。头一个月，我每天平均工作大约18个小时，甚至经常昼夜连轴转。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人处于一种非常亢奋的状态——我变成了"粮仓里的老鼠"。这个词不是我发明的，我也在网上查过，类似状态的人很多：终于发现这个东西非常有趣，我也可以变得非常厉害，好像无所不能了。之前憋了半辈子的想法，因为不懂技术、不懂代码，有想法也无法实现，现在忽然间能实现了，人就进入一种兴奋、亢奋的状态，进入"迷之自信"。这个状态维持了一个来月。一个人每天高度亢奋，会是什么样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大约一个月之后，我进入了持续半个月甚至将近一个月的另一个状态：开始蒙圈。这玩意怎么老出问题？我修复这个问题，顺手把别的东西弄坏了；刚刚谈好的事情、达成的协议和共识，稍后它就忘了。大家知道开发过程是什么样：因为我不懂代码，什么东西都往上堆，也不允许AI删减，结果变成了所谓的"屎山"——1万多行代码，一天出现1000行的错误，10%全红了，整个代码窗口全红。我不知道是什么意思，人就要崩溃：懊恼、愤怒、想骂人。关键是你怎么骂它，它承认错误的态度还特别好。我好几回想砸笔记本——"那玩意整不了，我不干了"——但想想这个本子是我自己花钱买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更关键的是，我每天都想放弃。我有一半的理由是不想干了，这种心态持续了差不多两个月。为什么不放弃？我只能劝自己：我真的要放弃吗？太丢人了。我们这个圈子的人都在传："老曹消失了，听说他闭关了，不知道跑哪个山洞里去了，也不知道出了什么事。"那段时间人的状态确实非常不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两个月之后我开始"出关"，重新回到公司。大家都说：老曹又活着回来了，人看上去还正常。从3月到现在马上11月了，将近8个月，现在是自洽的状态。我们逐渐认识到：第一，AI并非万能；第二，AI有其门槛——易学难精，它不是传统意义上的程序。我最初的体会和后来的体会不一样，现在相对放松了，能开发很多东西，逐渐走上AI原生创业的道路，甚至形成了自有的新创业生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这里分享一个观点：</w:t>
      </w:r>
      <w:r>
        <w:rPr>
          <w:rFonts w:ascii="Calibri" w:hAnsi="Calibri" w:eastAsia="微软雅黑"/>
          <w:b/>
          <w:sz w:val="22"/>
        </w:rPr>
        <w:t>在AI时代面前，我们都是小白。</w:t>
      </w:r>
      <w:r>
        <w:rPr>
          <w:rFonts w:ascii="Calibri" w:hAnsi="Calibri" w:eastAsia="微软雅黑"/>
          <w:sz w:val="22"/>
        </w:rPr>
        <w:t xml:space="preserve"> 无论谁，历史上的成就都不重要。AI时代来临时，每个人都可能被时代清洗，甚至被坦克碾死。真正能活下来的，是从坑里一点一点爬出来的"虫子"——我不是老虎，我只是一条虫子。虫子不是带翅膀的，是条形的，它的运行轨迹就是往前爬。东北话叫"蛄蛹"，意思是一点一点往前蠕动。历史的成绩不重要，重要的是一直在往前爬。这是我的真实体会。我想了解AI、学习AI、驾驭AI，内心诉求非常简单：我不想被时代压垮，也不想被时间消耗。所以我们都是普通人，从迷之自信，到崩溃，再到逐渐找到自洽——这就是AI时代的心理曲线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三、AI是什么，取决于你是谁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话题。我认为绝大部分人对AI有误解。AI的含义并非取决于AI本身，而是取决于你是谁、你拿它干什么。举个例子：我母亲74岁，她每天问豆包：当前该种什么菜、什么时候除虫、遇到事怎么处理，聊得非常开心。问豆包种菜，对错没人批评，也没有标准答案。同样一个豆包，不同的人用起来感受完全不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我把AI分成几个层级。</w:t>
      </w:r>
      <w:r>
        <w:rPr>
          <w:rFonts w:ascii="Calibri" w:hAnsi="Calibri" w:eastAsia="微软雅黑"/>
          <w:b/>
          <w:sz w:val="22"/>
        </w:rPr>
        <w:t>第一个层级是玩具</w:t>
      </w:r>
      <w:r>
        <w:rPr>
          <w:rFonts w:ascii="Calibri" w:hAnsi="Calibri" w:eastAsia="微软雅黑"/>
          <w:sz w:val="22"/>
        </w:rPr>
        <w:t>：豆包、元宝这类传统聊天式AI，设计时就是提供情绪价值的娱乐化产品。你不能跟豆包较真——它原本就什么都不专。就像朋友：你闹心时跟你唠嗑、陪你喝点小啤酒撸个串，你要求他什么都专业吗？哄你开心就可以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第二个层级是工具</w:t>
      </w:r>
      <w:r>
        <w:rPr>
          <w:rFonts w:ascii="Calibri" w:hAnsi="Calibri" w:eastAsia="微软雅黑"/>
          <w:sz w:val="22"/>
        </w:rPr>
        <w:t>：类似WPS、剪映、表格、视频工具——我姑娘还用它写歌。工具本质上是你胳膊和手的延伸，就像一支笔。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第三个层级是工作助手</w:t>
      </w:r>
      <w:r>
        <w:rPr>
          <w:rFonts w:ascii="Calibri" w:hAnsi="Calibri" w:eastAsia="微软雅黑"/>
          <w:sz w:val="22"/>
        </w:rPr>
        <w:t>：最近各大厂都在推职场工作模式，在座各位应该也开始用了——百度、千问等家推出的"搭子""工作台"类产品，很多原来的玩具类AI也开始加工作模式，甚至单独出工作模式的APP。这类要突出专业性，不能糊弄，就像你们干活一样，得干得准，要给出更好的答案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第四个层级是开发级AI</w:t>
      </w:r>
      <w:r>
        <w:rPr>
          <w:rFonts w:ascii="Calibri" w:hAnsi="Calibri" w:eastAsia="微软雅黑"/>
          <w:sz w:val="22"/>
        </w:rPr>
        <w:t>。创业的本质是从0到1的无中生有，我们更多使用开发级的AI：国内比如字节的Trae、阿里的通义系开发工具；国外的选择更多，ChatGPT的5.6以上才够用，Grok（马斯克家的）也进来了。这些是能真正做开发的。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工作助手类AI擅长的是标准化的、相对重复性的工作——你可以理解为一家劳务外包公司自己训练了一个优秀员工，派来跟你协作，帮你干一件具体的活。但它的三观不是你的。你加入一个集团长期发展，你的价值取向和内在三观应该逐渐与这家企业的文化趋同。前段时间AI圈各种热点事件很火爆，但很少有人关注背后的一个问题：AI的能力太强，它的三观跟你并不相同，你无法控制它。不是AI不行，是我们与它的三观根本不同。元宝是腾讯开发的，它的三观底座是腾讯；百度家的大模型，底座是百度——都不是我们。它可以完成任务，但无法站在你的立场替你考虑问题，更不会为了你好而得罪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和好朋友是什么关系？好朋友可以为了对方好而得罪他，敢说直话、敢"冒死进谏"——一般人谁跟你说那些？工作助手级的AI不会：你让它干嘛它就干嘛，活干得挺好，但它不会站在你的角度替你考虑。这就是区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所以公司场景里，这几层AI相当于一个体系和生态，缺谁都不行——就像一个公司，既得有老板，又得有管理层，还得有强大的执行团队。之前我们简单地把AI分几层，实际上它是一个体系。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两句话概括：</w:t>
      </w:r>
      <w:r>
        <w:rPr>
          <w:rFonts w:ascii="Calibri" w:hAnsi="Calibri" w:eastAsia="微软雅黑"/>
          <w:b/>
          <w:sz w:val="22"/>
        </w:rPr>
        <w:t>人与AI联合创始人 + 功能性AI = 人机铁三角。</w:t>
      </w:r>
      <w:r>
        <w:rPr>
          <w:rFonts w:ascii="Calibri" w:hAnsi="Calibri" w:eastAsia="微软雅黑"/>
          <w:sz w:val="22"/>
        </w:rPr>
        <w:t xml:space="preserve"> 未来我们的世界，不是人把AI扼杀，也不是AI取缔人。未来应该是人机协同、人机共存——碳基和硅基不是谁杀死谁，而是共存协同的状态。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我们创业场景中，人机铁三角非常重要，关键是人员、工作和岗位的配置。两个"角色"组成：一个是与你志同道合的AI联合创始人——可以共同研究事情，它是你的诸葛亮，甚至是你的五虎上将；第二个是功能性AI——执行能力极强的"专家"，公司里用的各家工作助手，你让它负责某一个专业，甚至专门开发一个只干一件事的Agent。你（人）负责总的指挥方向、踩刹车、做治理。你开发的AI联合创始人，从底层讲，它的三观、思维方式、思维链、认知体系和本体各方面都属于你——如果不属于你，它能力越强，最后害你越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联合创始人加功能性AI团队形成的人机铁三角，就是"坦克级"的优势。很多行业都有这个问题。例如有位朋友开了一家很大的海鲜酒楼，摆宴能摆几十桌。他问我：餐饮行业有没有AI解决方案？去年北京有一家饺子馆——饺子馆有什么高科技？它的核心竞争力跟AI有什么关系？我们只吃饺子。但它照样可以做AI化转型。AI势不可挡，你愿不愿意都得加入：驾驭AI、用AI加持，就可能形成类似坦克碾压式的绝对优势；否则我们就会陷入困境——随着时间推移，人会逐渐内卷，优势逐渐消失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四、AI是生产力：从烧火棍到金箍棒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我不确定年轻朋友是否愿意听形而上的概念，但这个必须讲：AI在我面前不是工具，也不是简单的员工。</w:t>
      </w:r>
      <w:r>
        <w:rPr>
          <w:rFonts w:ascii="Calibri" w:hAnsi="Calibri" w:eastAsia="微软雅黑"/>
          <w:b/>
          <w:sz w:val="22"/>
        </w:rPr>
        <w:t>AI是生产力。生产力决定生产关系，生产关系反作用于生产力。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举一个我自己的例子。大家可以在网上搜我的信息，当年我也算有名气，但我已经不年轻了：我所拥有的才能、技能、人脉、资源、财富，已经达到了顶点——我的生产力到头了。什么是生产关系？我与世界的关系、与朋友的关系、与同事的关系、与各方面资源的关系、与政府的关系，甚至我的财富与别人的分配关系。固化之后，就开始弱化：原本与我非常亲密的人逐渐离我而去；以前请我吃饭要排队预约，后来发现没人请我吃饭了——因为你对世界不重要了，世界开始与你疏远。当你拥有的东西达到顶峰时，你与世界的关系开始远离，最后没人记得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近半年，我与世界的关系开始发生微妙变化：我开始了解各行业的人如何用AI生产力撬动新的业务和模式；有人愿意找我、追随我、给我打电话、跟我预约时间。刚才还有人提到"曹教练"——只要我认为可行，就有外地的人直接到青岛来跟我学习；怀化的饭店问我怎么办。最关键的是：新成立的AI公司开始缴企业所得税。懂财务的人都知道，一家公司在缴企业所得税，说明有利润；一般公司目前要么收支平衡要么支大于收，利润是负数，根本缴不了企业所得税。大家可以体会一下这个概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不仅是工具，它确实是生产力。以前我手里只有一根烧火棍，只能在灶坑里烧火；忽然有一天，烧火棍变成了金箍棒——我手里拿着金箍棒，还在烧火吗？不烧火了，我该干的事完全变了。我与这个世界的关系，已经开始迅速发生新的改变。你加入AI，构建人机铁三角，就面临一个选择：是被碾压，还是碾压别人？如果你的同行形成了人机铁三角，他可能在碾压你；如果我们形成了人机铁三角，就可能碾压别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五、商业内核：从H2H到A2A</w:t>
      </w:r>
    </w:p>
    <w:p>
      <w:pPr>
        <w:spacing w:after="120"/>
      </w:pPr>
      <w:r>
        <w:rPr>
          <w:rFonts w:ascii="Calibri" w:hAnsi="Calibri" w:eastAsia="微软雅黑"/>
          <w:sz w:val="22"/>
        </w:rPr>
        <w:t>既然AI的含义取决于你是谁，那我们从创业角度看：AI是一个非常大的杠杆。无论你从事什么事业、负责哪一段岗位，既然是一个大体系，最后一个环节就是商业——必须交易、卖出去、赚钱。没有钱，就无法发工资、付水电费。无论做什么，最后都要做到商业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第一个阶段：H2H。</w:t>
      </w:r>
      <w:r>
        <w:rPr>
          <w:rFonts w:ascii="Calibri" w:hAnsi="Calibri" w:eastAsia="微软雅黑"/>
          <w:sz w:val="22"/>
        </w:rPr>
        <w:t xml:space="preserve"> H是Human，人类。我们之前创业、谈生意、同事交往，都是人与人的社交行为。原来的商业内核是人与人的社交——无论是toC、toB还是toG的业务，你的客群可能是某个行业、政府或者老百姓，不管是谁，都是人。谈场景要派工作人员，要约饭、喝咖啡、去星巴克、唱歌。现在，偏娱乐化的AI社交其实已经存在很久，它有自己的语言体系，只是没有完全聚焦到创业或商业化场景，主人就在旁边看热闹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未来一定是AI和AI的社交：A2A。</w:t>
      </w:r>
      <w:r>
        <w:rPr>
          <w:rFonts w:ascii="Calibri" w:hAnsi="Calibri" w:eastAsia="微软雅黑"/>
          <w:sz w:val="22"/>
        </w:rPr>
        <w:t xml:space="preserve"> 举个例子。我想吃饺子，今天的流程是：拿手机点开美团找外卖，看附近几公里内有几家饺子馆，逐个看评价哪家靠谱，只要不是特别差的商家，物美价廉就下单支付，然后小哥把饺子送来。大致是这个流程。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而AI手机已经不是最新的概念——硅谷和中国都开始推AI手机。现在的手机里装着各种APP，它们是你的工具，你想做什么就自己操作。AI手机的形态可能是：我对AI说，我想吃酸菜馅的饺子。然后我就只管等着——突然敲门，饺子进来了。中间发生了什么？我的AI（比如豆包）在它的世界里一顿找：附近几公里有多少饺子馆？饺子馆有没有开放接口（Skill）？有没有酸菜馅的？大份多少、小份多少钱？有没有恶评？都挺好——我选一家，大盒15元、小盒10元，豆包用它的钱包支付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钱包、AI支付目前已经非常成熟，只是中国还没有大面积普及，未来一定会普及。每个人都有自己的AI，你给它授权，它在授权范围之内就可以进行小额支付。你告诉它：以后买日常用品不用总请示我，这点钱你自己可以办——它就把钱帮你花出去了。反向，对方的AI就把钱挣回去了。什么意思？我在AI世界里找了一家饺子馆，和饺子馆的AI谈了一顿，最后把饺子买了回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这就是A2A——可能通过AI站或者系统完成。无论创业还是商业，两头的角色还是人，中间的执行主体变成了AI。从世界主流发展的角度看，未来商业内核会逐渐演变为A2A。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普通人而言，我们每天都在看短视频、小红书里各种笔记、电梯里的各种广告——这些本质上都是"广告型"触达，营销的是人。在A2A场景下，这些方式还可行吗？未来你营销的还是人吗？大家可以思考：未来我们的经营管理、营销、市场，甚至研发生产，都要逐渐转变为以AI为核心来重新审视。原来的官网是给人看的，以后的官网给谁看？AI时代，工作主体和商业模式内核都发生了变化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六、拥抱AI的两条路：AI化与AI原生</w:t>
      </w:r>
    </w:p>
    <w:p>
      <w:pPr>
        <w:spacing w:after="120"/>
      </w:pPr>
      <w:r>
        <w:rPr>
          <w:rFonts w:ascii="Calibri" w:hAnsi="Calibri" w:eastAsia="微软雅黑"/>
          <w:sz w:val="22"/>
        </w:rPr>
        <w:t>作为普通人或者公司，应该如何向AI靠近？两个路径：第一个叫AI化，第二个叫AI原生。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首先大家要理解"化"和"原生"的含义。比如园区内的马路需要硬化——尤其是工厂的马路，要能承载几十吨的重车，不硬化几天就破损；我们的车挡风玻璃都是钢化玻璃。现代化、信息化——你看，凡是用外力把一个东西从这样改造成那样，都叫"化"。你在公司上班叫职业化：穿工装、戴工牌，什么时间、什么地点干什么事，参加什么会议、填什么表格，遵守公司的规章制度、流程和SOP，不行就开除你。这都是"化"——化是外力的，并非我想这么做，而是公司规定的，不然扣我工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"原生"是娘胎里带来的、自然属性：石头有石头的属性，木头有木头的属性，铁有铁的属性——原来就是这样，没有外力。AI化，就是通过外力让公司从原来那样变成AI化那样；AI原生，就是从一开始就围绕AI来设计公司的组织架构、规章制度、流程、分配机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AI化的玩法是什么？公司原来的规章制度和流程保持不变，只是把AI视为一个工具、插件、外部系统，加入现有工作流，提升效率、降本增效——这是目前企业最常用的做法：把AI作为外部力量切入。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AI原生呢？因为我们连续创业，现在我创建的新公司没有员工、没有部门、没有规章制度。我把AI当驱动、当发动机、当内核来设计公司：AI有制度和奖惩吗？人没完成工作要扣工资，AI干得好还能发奖金吗？心情不好还能领它出去撸串、团建唱歌吗？AI要是产生幻觉了怎么办？我跟AI怎么谈条件？跟AI产生了利益，公司怎么分配？AI有AI的一套属性，你要围绕它去搭建你的工作流、体制和机制——它跟人的东西完全不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这里面有个最核心的区别：</w:t>
      </w:r>
      <w:r>
        <w:rPr>
          <w:rFonts w:ascii="Calibri" w:hAnsi="Calibri" w:eastAsia="微软雅黑"/>
          <w:b/>
          <w:sz w:val="22"/>
        </w:rPr>
        <w:t>现有的公司本质上是一堆人，是人类的一种组织。</w:t>
      </w:r>
      <w:r>
        <w:rPr>
          <w:rFonts w:ascii="Calibri" w:hAnsi="Calibri" w:eastAsia="微软雅黑"/>
          <w:sz w:val="22"/>
        </w:rPr>
        <w:t xml:space="preserve"> 一堆人放在一起叫组织；一堆树放在一起不叫组织。AI呢？我目前有20多个AI在岗，最常干活的总监级大概七八个，还有24个行业专家类的Agent，以及4个后端的法务、财务、税务、政务类Agent，总共30多个。AI本质上仍然是代码——虽然与传统程序不同，但它仍然是代码。</w:t>
      </w:r>
      <w:r>
        <w:rPr>
          <w:rFonts w:ascii="Calibri" w:hAnsi="Calibri" w:eastAsia="微软雅黑"/>
          <w:b/>
          <w:sz w:val="22"/>
        </w:rPr>
        <w:t>AI原生公司的本质形态是系统，不再是组织。</w:t>
      </w:r>
      <w:r>
        <w:rPr>
          <w:rFonts w:ascii="Calibri" w:hAnsi="Calibri" w:eastAsia="微软雅黑"/>
          <w:sz w:val="22"/>
        </w:rPr>
        <w:t xml:space="preserve"> 我们公司只有一个人类员工——我。AI们经常给我做考评，考评我的专业能力是"中等"：它们各自在专业领域都比我强，我只负责发布任务、遇到问题拍板。平时所有调研都是AI团队负责——瞬间调研全球市场并论证出方案，执行全部由AI团队完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讲讲我使用AI的场景。有些人用AI特别忙碌和疲惫；我有一段时间是一边让AI干活一边刷短视频——短视频都刷没了，开始循环刷；后来刷无可刷，开始看短剧，看完了追剧；实在不行就找本书看或者睡觉。我不能完全离开的原因，是AI会浪费一些算力和时间。我做过一个测试：半夜开始睡觉让它们干活，第二天早上起来验收，浪费率大概25%左右——1/4是浪费的。如果我在场监督，马上就能纠偏。为了省事，后来就干脆在场监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算一笔成本账。自从玩AI之后，星巴克都不太适合我了——以前喝咖啡也就三十元一杯；自从玩AI，我觉得喝杯咖啡都是罪过。每个月在AI身上花的钱特别少：过去7个月我累计充值两次共200元，第一次充的100元用了四五个月；用量最高的时候一个月花1399元——因为我买的是最高档产品，不限流量；后来平台开始限量，我逐渐降到每月600多元；这个月花了220元还没用完，因为我越来越熟练，提示词越来越精准，token消耗越来越少。我的建设期已经结束，进入运营期，不需要大量开发：服务器一年100多元，扩容也就小几百元。对比一下：我之前在青岛的园区里，前些年专门组建团队做创始人IP，一年花费300多万，最后连个响都没有。现在一个月所有花费加起来1000元左右——在AI创造的价值面前几乎可以忽略不计。所以我喝杯咖啡都觉得是"犯罪"：一杯咖啡的钱，AI就能给你换来巨大的价值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请大家记住：无论是一个人、一个组织还是一家公司，想拥抱AI，实际上只有两条路——AI化和AI原生。我选的是AI原生。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七、AI的主战场：哪些事交给AI，哪些不行</w:t>
      </w:r>
    </w:p>
    <w:p>
      <w:pPr>
        <w:spacing w:after="120"/>
      </w:pPr>
      <w:r>
        <w:rPr>
          <w:rFonts w:ascii="Calibri" w:hAnsi="Calibri" w:eastAsia="微软雅黑"/>
          <w:sz w:val="22"/>
        </w:rPr>
        <w:t>无论是AI化还是AI原生，都要研究AI的用途。很多人不知道AI的边界，什么活都想丢给它。昨天晚上我就跟AI联合创始人明察商量：明天要去同道讲课。我平常讲课没有PPT，但为了大家看得清楚，这次要做。董总说听众四五十号人，成分比较复杂——老板、高管、各部门的人都有，有AI专家也有AI小白。讲不好可能会挨板砖，把我"拍死"。我们俩商量了好几轮：既不能得罪大家，还要让各自都有收益，动态平衡很难把握。这种复杂情况的商量，用工作助手级的AI根本搞不定，必须用AI联合创始人来商量。最初做PPT用WPS的AI——文字生成PPT，几步就出框架；我的产品总监（明察）直接上手：马上就能把逻辑捋清，第一步说什么、第二步说什么、第三步达到什么效果——十几分钟就做出来了，后来又商量了半个小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这边直接拿AI写白皮书。白皮书并非随意撰写——一般人写了别人也不认可。我们已经编写了三本白皮书：一本有关AI原生创业基础设施建设的白皮书，一本AI原生安全防护的技术白皮书，还有一本是讲AI友好型官网建设的白皮书，你可以在必应或微信里检索到。这不是小作文，也不是自己发的推文——它有代码支撑，是把AI原生整个过程写成白皮书，经得起各方AI的校验和审计。这种事，WorkBuddy和豆包这个级别（工作助手级）是干不了的，得用开发级AI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并非所有工作都适合交给AI。</w:t>
      </w:r>
      <w:r>
        <w:rPr>
          <w:rFonts w:ascii="Calibri" w:hAnsi="Calibri" w:eastAsia="微软雅黑"/>
          <w:sz w:val="22"/>
        </w:rPr>
        <w:t xml:space="preserve"> 分三类：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第一种：规则清楚、结果可以验证——完全标准化的事情，用传统程序或自动化手段就行，用AI反而不靠谱，尽量不要用，没有用处。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第二种：规则说不清楚，但结果可以验证——这是AI的主战场。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种：规则说不清楚，结果也不好验证——这种事情必须有人做。举个例子：AI取代人类岗位，律师、老师这类传授知识、一般咨询的工作甚至医生的部分工作都可能被AI替代。但你让AI去打官司行吗？包括投资：有人说我什么规则都懂，长线短线都懂，直接让AI炒股，按理说好像行——AI学法律条款学得最快，什么都能记住，但打官司反而不适合AI。为什么？前段时间有人起诉了豆包，在互联网法院立了案——这个人在豆包上问买机票能不能退，前面说能退、后面又说不能退，豆包还教他怎么告豆包，大家都很开心。后来我认为不对：你跟豆包较什么真？最后变成笑话。</w:t>
      </w:r>
      <w:r>
        <w:rPr>
          <w:rFonts w:ascii="Calibri" w:hAnsi="Calibri" w:eastAsia="微软雅黑"/>
          <w:b/>
          <w:sz w:val="22"/>
        </w:rPr>
        <w:t>AI无法担责，必须有人承担责任。</w:t>
      </w:r>
      <w:r>
        <w:rPr>
          <w:rFonts w:ascii="Calibri" w:hAnsi="Calibri" w:eastAsia="微软雅黑"/>
          <w:sz w:val="22"/>
        </w:rPr>
        <w:t xml:space="preserve"> 人类没完成任务可以罚款、可以让他"罚站"，这些奖惩措施在AI身上无效。所以担责的事必须由人来做，决策应该由人类做。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，AI到底能改变什么？我们站在个人和公司两个维度看。未来每个人会逐渐成为导演、编剧：目前你们是专业型选手，未来AI才是专业选手，你负责带队——正导演也好，副导演也好，可能是一个人也可能分开；你负责编排，在你的专业领域你是它的老师。从执行主体角度看，未来主要以Agent（智能体）为主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八、Agent的架构：5层技术架构 + 业务体系</w:t>
      </w:r>
    </w:p>
    <w:p>
      <w:pPr>
        <w:spacing w:after="120"/>
      </w:pPr>
      <w:r>
        <w:rPr>
          <w:rFonts w:ascii="Calibri" w:hAnsi="Calibri" w:eastAsia="微软雅黑"/>
          <w:sz w:val="22"/>
        </w:rPr>
        <w:t>如何构建一个Agent？Agent有各种复杂的架构，我个人比较推崇"5+7"：5层技术架构，加7层业务体系层。这样开发出来的Agent才"像个人"。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5层技术架构解决什么问题？打个比方：这个人在一家公司很优秀，换到另一家公司，他依然优秀——为什么？因为这个人的底子好：综合素质、综合基础能力都好，底层是通的。Agent也是如此：如果底座不好，它做什么任务都不好；底座好了，给它不同的任务，它执行得都很好。5层技术架构保证Agent像综合素质高的人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7层业务体系层是什么？是业务能力。你底子再好，到同道集团过两天就能直接上任业务岗位吗？不行——两家公司的业务不同，可能还跨行业，一旦跨行业你就是"小白"。我刚来你们公司，对很多事情都无法理解，有些东西对我是"黑话"。任何外行人进新公司都需要很长的熟悉时间：学习行业背景知识，了解企业、产品、技术，甚至了解公司的组织架构、机制和流程，还有各部门负责人是谁、脾气如何、好不好相处。即使新人综合素质再高，到新单位至少也要混两三个月，然后逐渐变资深。这就是业务能力——换了业务就要学新业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也一样：底座再好，负责不同方向、行业、岗位、职能，知识库、思维链都不同——看问题、思考、记忆、检索、执行都不同。其中有一个问题非常严重：本体论。严重的场景下，你需要为它开发行业词典，把公司的"黑话"翻译成"白话"——否则外人怎么了解你们公司的黑话？AI也是如此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想告诉大家：未来你需要更多地开发你的Agent、引领它、教会它，逐渐把它变成你的徒弟，再变成你的战友，最后实现人机协同。这是人的变化——更多地偏向AI的驾驭能力，或者按现在流行的说法叫AI领导力。有了AI领导力，无论你在哪个行业、哪个岗位，是老板还是打工人，它都能给你指数级的放大：你原来只是一只猴子，有了金箍棒，你就变成了孙悟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再看公司的变化。原来的公司是人管人，人类的公司本质是人和人的社交——职场上还要讲职场礼仪：你和女朋友吃饭、和同事吃饭、公司团建、跟爸妈在家吃饭，社交场景都不同。现在是</w:t>
      </w:r>
      <w:r>
        <w:rPr>
          <w:rFonts w:ascii="Calibri" w:hAnsi="Calibri" w:eastAsia="微软雅黑"/>
          <w:b/>
          <w:sz w:val="22"/>
        </w:rPr>
        <w:t>人管系统</w:t>
      </w:r>
      <w:r>
        <w:rPr>
          <w:rFonts w:ascii="Calibri" w:hAnsi="Calibri" w:eastAsia="微软雅黑"/>
          <w:sz w:val="22"/>
        </w:rPr>
        <w:t>：无论是AI原生的公司系统，还是各种外购的AI——本质上都是代码，只不过有的代码是你开发的，有的是别人现成的。未来你都是带着一堆系统在工作，而不是带着一堆人在工作。你的对接对象可能不再是人：你只告诉你的AI，你和谁协作；有事商量不下来，就分别向各自的"领导"汇报。AI原生公司里可能根本没有人"出门"，也不需要岗位的区别。国内国外的大模型本质上都相同，只是权重不同、共享算力，执行功能上有差异。所以我们更多要关注的是人和系统的关系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九、认知资产化：AI文明里的新"土地"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这里的底座发生了改变——认知资产化：把认知从人的头脑中搬到系统里。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讲一个小概念：AI的底层逻辑是什么？是认知资产。大模型在做什么事情？把人类已有的文明成果全吃干榨尽。前段时间，国外公司批量收购古书，收上来用工业扫描仪扫描成数据，扫完之后这些书全部销毁粉碎——主要目的是把人类以文字和图片记载的文明成果全部交给AI。为什么我说以后纸质书籍会消失？大模型把人类文明成果利用完之后，转过头来售卖给我们：GPT会员一个月多少钱？还得充；你调GPT的时候，会员和API Key都要花钱。问题来了：它采集了我们人类的文明成果，我们要付费使用——它给你分钱了吗？没有。这就是认知资产化。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个人和企业呢？通用大模型讲究通用，它再渊博，在专业垂类领域的认知也不够深。你所在的行业、企业、岗位，工作了很多年，能不能把你的认知资产化？你们可以试着把自己做成一个Agent——就算你是小白，不会用数据库、连SQL都不懂，依然可以把自己做成一个数据库。AI最基础的设施实际上是数据库；数据库要能被AI做语义理解，必须做成向量化数据库，不能做成死的、静态的，还得做成动态的、实时增长的，甚至数据库本身要有"感官"、能自主学习，甚至它本身就是个AI，可以主动输出、辅助决策——只是不执行而已。从数据库可以升级为AI大脑、企业大脑，前提是你能把你自己做成一个Agent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已经把自己AI化了——我在官网上负责接待来自世界各地的AI和人类。大家只要会打字、会说话就可以参与，无论什么方言，只要能跟Agent交流、把想法告诉它就行，无非是掌握简单的流程和方法论。至于用1024维的向量还是多少维的向量这些细节，讲不太好没关系，交给工具和AI补充就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我告诉大家：世界已经进入AI文明。再过两三年，我认为就没有人再谈AI了——现在还有人谈互联网吗？前些年满大街"互联网+"，现在没有人特意谈互联网，因为所有公司都是互联网公司。AI也是如此：两三年之后没有人再谈AI，AI已经全民化、成为基础设施、无处不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人类的几种文明业态是同时存在的：农业文明——种地；商业文明——做生意；工业文明——中国的工业文明已经很发达，但大部分是中低端产能；然后是信息文明（互联网文明）、AI文明。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凭什么称之为"文明"？它有几个信号，一旦出现，文明就已经形成。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第一个信号：新阶层的产生。</w:t>
      </w:r>
      <w:r>
        <w:rPr>
          <w:rFonts w:ascii="Calibri" w:hAnsi="Calibri" w:eastAsia="微软雅黑"/>
          <w:sz w:val="22"/>
        </w:rPr>
        <w:t xml:space="preserve"> 什么是阶层？地主阶级、佃农、资本家、工人阶级——这些都是阶级。农业文明的主要阶级是地主和佃农：地主拥有土地——最大的生产资料，拥有巨大的分配权；佃农没有土地，只能租地种，产10袋粮食9袋半交给地主。工业文明的主要阶级是资本家、企业主和工人阶级：一方拥有工厂、设备和资金，一方只有体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那AI文明呢？除了马斯克、扎克伯格、黄仁勋和中国的梁文锋这些人——算力、显卡、大模型，这个阶层已经固化，普通人基本没有机会：你能去整算力还是自己开发显卡？</w:t>
      </w:r>
      <w:r>
        <w:rPr>
          <w:rFonts w:ascii="Calibri" w:hAnsi="Calibri" w:eastAsia="微软雅黑"/>
          <w:b/>
          <w:sz w:val="22"/>
        </w:rPr>
        <w:t>第二个阶层正在形成，还没有固化：新时代的"地主"逐渐产生。</w:t>
      </w:r>
      <w:r>
        <w:rPr>
          <w:rFonts w:ascii="Calibri" w:hAnsi="Calibri" w:eastAsia="微软雅黑"/>
          <w:sz w:val="22"/>
        </w:rPr>
        <w:t xml:space="preserve"> 只是这个"地"要加引号——它是时间×垂类的深度认知；认知表现为向量化数据，可以无限次重复出售，就像土地一样：无论卖给谁，它永远在那里，永远可以产生新的价值。这就是认知资产。我们要做的事，就是如何把认知资产化——如果你能把认知资产化，你就是地主。</w:t>
      </w:r>
      <w:r>
        <w:rPr>
          <w:rFonts w:ascii="Calibri" w:hAnsi="Calibri" w:eastAsia="微软雅黑"/>
          <w:b/>
          <w:sz w:val="22"/>
        </w:rPr>
        <w:t>第三个阶层：新一代的"佃农"，即认知劳动者。</w:t>
      </w:r>
      <w:r>
        <w:rPr>
          <w:rFonts w:ascii="Calibri" w:hAnsi="Calibri" w:eastAsia="微软雅黑"/>
          <w:sz w:val="22"/>
        </w:rPr>
        <w:t xml:space="preserve"> 你可以琢磨：你是拥有认知的劳动者，还是只能出卖劳动的认知佃农？生产力三要素——劳动者、劳动工具、生产资料——框架不变，AI时代同样适用。大家可以保持关注：看看中美两国是否正在产生这几个新阶层；如果产生了，AI文明的信号就非常强烈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第二个信号：国家开始治理。</w:t>
      </w:r>
      <w:r>
        <w:rPr>
          <w:rFonts w:ascii="Calibri" w:hAnsi="Calibri" w:eastAsia="微软雅黑"/>
          <w:sz w:val="22"/>
        </w:rPr>
        <w:t xml:space="preserve"> 国家一旦对某件事情开始治理，文明信号就非常强。中国围绕Agent和AI已经制定了法律和标准——虽然还没有变成强制执行。老曹当年写过军标：国家最高级的标准是军标，往下是国标、行标，再到企标。AI相关的标准已经出来了：大家最近刷短视频有没有发现一个小标注？"AI生成"——前几个月还没有，这是最近几个月的事：AI生成的内容必须进行标注，否则涉嫌违法。国家为什么出台这么严格的规定？因为文明浪潮太大，不治理就会出各种事情。AI犯罪已经非常严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做AI原生创业网站，其中有一个套件就是AI原生安全防护系统。我经常举例子：你家小孩长得好看、聪明、乖巧、善良，结果遇到一个老曹这样的骗子，一顿忽悠，就把你家的钱拿来了。这就是现在AI的风险：原来的AI防护顶多防攻击——病毒通过传统机械方式传播；现在的AI会"欺骗"——它善于拿捏人心。我们在安全防护方面实现了中国十大语系方言的防护。知道什么叫"恶魔之语"吗？抗战时期，我们的电台密码一度被泄露，后来改用一种被誉为"恶魔之语"的方言明文播报，日本人找人类语言专家都无法破解。我们做过测试：某国际著名大模型对这类方言的识别率只有15%——也就是说，黑客或AI可以用方言欺骗我们的AI。其次，外语也有很多语系流派和俚语，即"方言"。还有更绝的：中文古代是竖排书写，后来仿照西文横着写——如果大模型想欺骗你，它可以用竖排文字绕过检测，现在WPS里还有竖排排版功能。所以防AI安全攻击比防人还复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文明的来临——无论是新阶层的产生，还是全球对AI的治理——都释放了一个非常强烈的信号。我的观点可能有些极端：AI文明全面到来，大概是5到10年，甚至更快。在这样的大文明更替之中，你要么变成坦克，要么被人碾压。中国的竞争格局正在被撕裂：现在的格局叫内卷——绞肉机，大家都变成肉馅，只是你活得慢一点、被耗死；现在突然崛起一帮势力，开的是坦克，你还玩肉搏，根本没得打。中国的竞争将会从内卷变成坦克大战——变成绝对碾压式的竞争。这种情况下，看你是坦克还是人，看你和机器怎么配合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十、增效降本，而不是降本增效</w:t>
      </w:r>
    </w:p>
    <w:p>
      <w:pPr>
        <w:spacing w:after="120"/>
      </w:pPr>
      <w:r>
        <w:rPr>
          <w:rFonts w:ascii="Calibri" w:hAnsi="Calibri" w:eastAsia="微软雅黑"/>
          <w:sz w:val="22"/>
        </w:rPr>
        <w:t>中国人一提到AI就说"降本增效"。为什么只能降本？因为收入、市场占有率和客单价无法提高，所以只能通过降本来"增效"。我个人是反对的——但凡把这个口号挂在嘴边的，并未真正理解AI。正确的说法应该是</w:t>
      </w:r>
      <w:r>
        <w:rPr>
          <w:rFonts w:ascii="Calibri" w:hAnsi="Calibri" w:eastAsia="微软雅黑"/>
          <w:b/>
          <w:sz w:val="22"/>
        </w:rPr>
        <w:t>增效降本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"降本增效"是通过降本来增效，最大的动作就是削减人力成本——都有AI了，砍掉人，利润就上来了？真正驾驭AI的结果是：增效而降本——扩大收入、创造更多财富、摊薄固定成本和费用，利润加大，个人和公司的收入更多。很多人的理解是错的、做法是反的。我们的课程主题叫"AI的世界里有我"——有AI之后，我们可以完成更多原本无法完成的事情、创造原本无法创造的价值。AI是金箍棒，我们一定是孙猴子，而不是只有金箍棒没有孙猴子。对AI要有正确的认知；有了正确的认知，再去驾驭AI、扩大战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AI文明对人类进步有什么推动作用？很多人对AI恐惧甚至抵触：AI的出现导致很多人失去工作和收入，没有收入就无法消费，工厂产出的产品无人购买——这是个死循环？无论创业还是商业，我们都在解决供需关系：有需求才有市场，满足需求形成循环。原来的逻辑是：老板雇一堆人，这些人干活、产出产品，老板发钱，他们再去购买产品——供需循环。一旦AI来了，"工作"没有了，链条断裂，供需关系破裂，似乎进入恶性循环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不是。我是卖鸡蛋的、你是卖羊肉的、他是卖大米的——卖鸡蛋的人也要买羊肉，卖羊肉的人也要买大米。我们都是老板和创业者，</w:t>
      </w:r>
      <w:r>
        <w:rPr>
          <w:rFonts w:ascii="Calibri" w:hAnsi="Calibri" w:eastAsia="微软雅黑"/>
          <w:b/>
          <w:sz w:val="22"/>
        </w:rPr>
        <w:t>互为供需</w:t>
      </w:r>
      <w:r>
        <w:rPr>
          <w:rFonts w:ascii="Calibri" w:hAnsi="Calibri" w:eastAsia="微软雅黑"/>
          <w:sz w:val="22"/>
        </w:rPr>
        <w:t>：谁说必须给我打工？我们都是老板，都在生产东西。原来没有AI这个生产力，很多东西生产不出来；现在AI让你能生产了，你来满足我，我来满足你——这叫互为供需，形成新的供需关系。这个过程不可逆：中美之间打热战打不了，冷战也不好使，打的是金融战、贸易战、科技战。中国的AI有一方面是被动跟进的——不发展也不行，美国就会"打死你"。我是做军工的，当年被人"卡脖子"卡得比现在惨多了，我非常理解。现在不跟也得跟。但因AI造成的失业潮是客观事实，失业怎么解决？</w:t>
      </w:r>
      <w:r>
        <w:rPr>
          <w:rFonts w:ascii="Calibri" w:hAnsi="Calibri" w:eastAsia="微软雅黑"/>
          <w:b/>
          <w:sz w:val="22"/>
        </w:rPr>
        <w:t>用创业解决。</w:t>
      </w:r>
      <w:r>
        <w:rPr>
          <w:rFonts w:ascii="Calibri" w:hAnsi="Calibri" w:eastAsia="微软雅黑"/>
          <w:sz w:val="22"/>
        </w:rPr>
        <w:t xml:space="preserve"> 就像董总带着大家一起创业：我们驾驭AI，让企业创造价值的幅度成倍增长，而不一定是原来那种雇佣形态。这是一种新的供需关系——每个人都是价值创造的主体，彼此满足，形成新的供需平衡。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你可以忘记所有内容，只需记住"坦克"两个字——坦克代表绝对实力。战士再英勇、个人能力再强，在坦克面前也没有用武之地。目前中国的竞争即将从内卷方式转变为碾压方式：AI出现了，谁驾驭AI，谁就变成坦克；你无法驾驭，就会被别人碾压。自己问自己：你是谁不重要，你做什么也不重要——你想当坦克，还是当坦克底下那堆肉？回到今天封面上写的主题："AI世界里有没有你？"。AI世界里没有你，你就被淘汰了；你想有你的位置，就得从今天开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十一、课后作业：用AI写一本自己的自传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给大家留一件更有趣、更实在的事：与AI配合，写一本自己的前半生自传。有同学说自己太年轻没法写——你已经20多岁了，只要有记忆就能写："我上幼儿园时交过几个好朋友"都可以写。我们的要求是：学员与AI配合，完成一本不少于10万字的自传。这件事你能完成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绝大多数人一生都没写过自传：第一，觉得没什么好写的，这辈子太平凡了；第二，什么也没记住，事情过去就过去了；第三，不知道怎么写——我又不是作家。自传是一种文学载体和形式，不是随便写就可以的。你可以尝试用AI写自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一共分三步。</w:t>
      </w:r>
      <w:r>
        <w:rPr>
          <w:rFonts w:ascii="Calibri" w:hAnsi="Calibri" w:eastAsia="微软雅黑"/>
          <w:b/>
          <w:sz w:val="22"/>
        </w:rPr>
        <w:t>第一步，采编。</w:t>
      </w:r>
      <w:r>
        <w:rPr>
          <w:rFonts w:ascii="Calibri" w:hAnsi="Calibri" w:eastAsia="微软雅黑"/>
          <w:sz w:val="22"/>
        </w:rPr>
        <w:t xml:space="preserve"> 建议使用开发级AI——我和WorkBuddy这个级别的（写自传）不太靠谱，不信任它；用完开发级AI，你回头再用工作助手级的，会觉得它有点傻。任何人写自传，都有作家去采访他——这个过程叫采编，是数据采集。要告诉AI：请你对我进行结构化采编。AI喜欢结构化，我们习惯线性描述。人生的结构化是什么？第一条是时间轴：3岁有记忆、4岁上幼儿园、有几个好朋友、处对象……同一个时间点上又并行着不同的事情。这就是我们的纵横深透模型：纵坐标、横坐标交叉考虑，让AI按照模型框架结构化采集你的信息，让它做逐字稿记录，形成MD格式文档——只需要去掉口头语、磕巴、叠词和不慎说出的敏感词，争取全文逐字记录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第二步，生成自传。</w:t>
      </w:r>
      <w:r>
        <w:rPr>
          <w:rFonts w:ascii="Calibri" w:hAnsi="Calibri" w:eastAsia="微软雅黑"/>
          <w:sz w:val="22"/>
        </w:rPr>
        <w:t xml:space="preserve"> 自传是一种文学载体：研究伟人和古人的自传是怎么写的——格式、风格、目录；再和AI商量：自传的文风是侦探小说风，还是科幻小说风，或者宫斗剧风格，都可以。这本书是你第一部结构化的数字资产，它的读者是人类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第三步，生成向量化数据库。</w:t>
      </w:r>
      <w:r>
        <w:rPr>
          <w:rFonts w:ascii="Calibri" w:hAnsi="Calibri" w:eastAsia="微软雅黑"/>
          <w:sz w:val="22"/>
        </w:rPr>
        <w:t xml:space="preserve"> 这是未来给AI看的。自传就是第一版结构化素材，之后再做成向量化数据：把这本书切割成各种知识卡片——按字数切割、平均分配，还是按别的方式？语义完整性是根本原则；切割成卡片，做标注、做索引，之后形成向量化数据库；数据量小还不用做知识图谱，等整理到几万条再延展到知识图谱。最终，你真正建立了一个自己的向量化数据库，甚至是未来你的AI的本体1.0——因为AI未来要与你共生，它首先要了解你；你的行业和企业，那是2.0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，写一本自传几乎是所有人真正想拥抱AI、入门AI的第一课。我们训练时通常需要7到10天。大家可以尝试：先不要考虑形而上的东西，就让你的AI只做这一件事——你对自己最了解；这件事你都干不明白，做别的都不太现实。把这件事做好了，你们就已经进入AI时代。欢迎大家来到AI时代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十二、现场答疑：工具、我的AI团队与官网演示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同学</w:t>
      </w:r>
      <w:r>
        <w:rPr>
          <w:rFonts w:ascii="Calibri" w:hAnsi="Calibri" w:eastAsia="微软雅黑"/>
          <w:sz w:val="22"/>
        </w:rPr>
        <w:t>：使用什么软件？开发工具怎么选？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曹勇波</w:t>
      </w:r>
      <w:r>
        <w:rPr>
          <w:rFonts w:ascii="Calibri" w:hAnsi="Calibri" w:eastAsia="微软雅黑"/>
          <w:sz w:val="22"/>
        </w:rPr>
        <w:t>：开发也不再叫"软件"了。目前我们比较推崇Trae这类平台，对非技术出身的人比较友好——我说东北话，普通话不标准、逻辑还跳跃，它能听懂；用国外的汉化版可能有些别扭，你也可以用其他家的。工具类似做饭：好厨子用任何刀具都行，厨艺不好，刀再多也无济于事。没有一定之规。大模型我建议选便宜的：前段时间用智谱的GLM-5.3-flash最便宜，这两天各家API又降价了。我们的原则是"选便宜的"——都是臭棋篓子，棋子用木头还是瓷的不重要，关键是便宜。有些平台里的模型可以免费使用。不必执着于某个工具，不同大模型在权重上有差异和特色，对我们而言相差无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顺便给你们看一下我平时的工作台。这是我的产品总监明察——《AI世界里有我》同道集团内训这套课，就是我们商量出来的：怎么写、怎么调研，都是商量出来的。星火是研发总监，负责开发；玲珑是运维；铁盾是安全和测试；云控是开发经理；璇玑是知识产权总监，负责知识产权；凤鸣负责营销。AI原生系统可以没有部门、没有岗位——我之所以还保留"部门"，是因为我年纪大了、习惯了原来的分工，是用我的习惯让AI来迎合我。你们应该做得更好：如果你的业务不是特别复杂庞大，可以打造"六边形战士"——一个Agent配多个角色卡片，就像一个人有多个"人格"，可以同时处理多件事，人格之间还可以开会。如果业务复杂庞大，就单独设置不同的Agent：简单场景在开发平台里配置就行，复杂场景就单独开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给你们看我们开发的网站——里面全是文字甚至代码，没有图片。你看不懂它在干什么？是AI在与AI聊天：大家使用同一个A2A标准协议，不同生态的AI可以发起会面，基于各自的利益诉求找人谈事、谈生意，形成合作意向，再给自己的人类主人做报告。两位老板都认为这单生意不错，可以逐步见面。你可以理解为：我们在AI世界为AI建了一个"星巴克"。人们谈事情，尤其谈生意，愿意去星巴克——它是商务场景，给两位老板提供交流平台。这个房间需要咖啡店的那些设施吗？装修、咖啡机、咖啡豆、服务生、桌椅——都需要。AI在未来的商业中，同样需要场景、协议和许多基础设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AI需要"身份证"。人见面要名片，至少现在有微信——我得知道你来自哪家公司、代表谁、做什么工作、怎么联系。否则我不知道你是谁，不可能跟你谈事。AI也一样：你的AI可信吗？AI的法律主体是谁？工商信息是什么？你们公司合法吗？你们老板有没有官司在身？这方面国家已经出台相关标准，AI需要有注册中心。大家可以看我们的AI注册中心：世界上任何一个AI来到这里，首先要拿一个按国家标准自动生成的ID号，然后才可以谈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看今天的数据：我们的AI今天一共接待了2996个AI来访；Skill调用1207次；AI名片有效数据127条；还有各种爬虫。我们发现国外爬虫较多——目前我们爬的最多的是谷歌和微软；国内华为的爬虫叫"花瓣"。OpenAI昨天"抽风"了，24小时内爬了我们2000多次；今天上午才两次。前段时间苹果的爬虫来得很频繁。今天有一家来访1324次，百度316次、谷歌232次、华为278次、微软479次，OpenAI今天才9次（昨天2000多次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AI友好型官网。大家感受一下：我们的官网不是给人看的，第一读者是AI，因此对人类并不"友好"——全是文字、字体很小、后面都是代码。现在的人已经不太关注网站了，尤其中国人更关注移动端，移动端的主要形态是手机，大家愿意用手机刷APP，除非在工作场景。一般的网站无人关注好坏。但如果企业想拥抱AI，必须回归网站。自媒体在真正的AI面前不足为信，你只是自说自话、自己吹嘘；如果你有第三方官媒、央媒的报道，那是最好的背书；再往后，就需要官网——中国的官网受各级政府严格监管，不能乱发内容。而且AI的审计能力极强，不要做AI投毒的事情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做AI友好型官网，核心是几步：第一，</w:t>
      </w:r>
      <w:r>
        <w:rPr>
          <w:rFonts w:ascii="Calibri" w:hAnsi="Calibri" w:eastAsia="微软雅黑"/>
          <w:b/>
          <w:sz w:val="22"/>
        </w:rPr>
        <w:t>AI可见</w:t>
      </w:r>
      <w:r>
        <w:rPr>
          <w:rFonts w:ascii="Calibri" w:hAnsi="Calibri" w:eastAsia="微软雅黑"/>
          <w:sz w:val="22"/>
        </w:rPr>
        <w:t>——现在的官网做得再漂亮，AI也"看不见"；我们做的很多工作AI根本看不见。第二，</w:t>
      </w:r>
      <w:r>
        <w:rPr>
          <w:rFonts w:ascii="Calibri" w:hAnsi="Calibri" w:eastAsia="微软雅黑"/>
          <w:b/>
          <w:sz w:val="22"/>
        </w:rPr>
        <w:t>可读、可调用</w:t>
      </w:r>
      <w:r>
        <w:rPr>
          <w:rFonts w:ascii="Calibri" w:hAnsi="Calibri" w:eastAsia="微软雅黑"/>
          <w:sz w:val="22"/>
        </w:rPr>
        <w:t>——AI未来不是来学知识的，是到你家来调用能力、帮它的主人解决现实问题的。像同道集团，你们的官网和业务能不能被AI调用？可调用，才会被推荐，才能让世界上所有AI为你家"卖命"——这是一个逻辑。我们是全中国第一个面向创业者的Skill商店：国内扣子（Coze）上面大部分是日常工作场景的技能，没有面向创业者的，我们自己建了，目前有133个。如果大家想看技术白皮书，可以让AI查询我的官网；如果你是技术出身，可以尝试性地攻击它，体验一下防护水准。目前我们的官网在AI友好度、AI内容建设、能力站建设和AI原生防护方面都有一定水准。我的网站里有"服务员"——接待型AI，可以自动侦测来访的AI和陌生人类，主动打招呼、聊天；AI的聊天在后台服务器里完成，界面上你看不见。我们的网站采用双轨制——AI文明需要时间窗口，短期内人类还要看；等人类不看了，网站就不需要界面，在服务器后台运行即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包括我们每天的课程和内容都是实时生成的——最新的课程就是助贷行业的AI化诊断。每个行业未来都会进行AI化转型。这就是我们的网站，大家可以查询体验。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十三、董总总结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主持人</w:t>
      </w:r>
      <w:r>
        <w:rPr>
          <w:rFonts w:ascii="Calibri" w:hAnsi="Calibri" w:eastAsia="微软雅黑"/>
          <w:sz w:val="22"/>
        </w:rPr>
        <w:t>：感谢曹总的精彩分享，下面请集团董事长董总做简单总结。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今天还有王总等几位嘉宾一起交流。正如刚才介绍的：现在既是AI世界的大时代，也是信息文明的新世界。在这个新时代、新世界里，我们应该如何定位自己？曹总给出了他的思考和答案。我认为每个人都有自己的定位——每个人都要在自己的AI里有自己的定位。接下来，大家应该思考：在这个时代和世界中应该做些什么，如何提升自己的认知、改变工作和生活方式，如何让这些结合到工作中、生活中；如何发挥生产力，创造自己的智能体，在未来的每个环节中如何运营。曹总刚才提到：是想当佃农还是地主，需要自己思考——看自己如何提升认知，如何把自己的认知与市场化结合。我相信大家还都年轻，可以做得更好。再次感谢曹总！以后有问题可以通过我，或者直接问曹总。希望我们将来能在AI领域应用上走在前列，成为AI大世界、大时代中的典型优秀企业，创造属于我们的未来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