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每日一课·第②讲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《AI时代的创业新基建：如何让AI主动找到你》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主讲：曹勇波｜开课日期：2026-07-22｜课程类型：历史课程（存档）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AI时代的创业新基建：如何让AI主动找到你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一、开场：三个关键词</w:t>
      </w:r>
    </w:p>
    <w:p>
      <w:pPr>
        <w:spacing w:after="120"/>
      </w:pPr>
      <w:r>
        <w:rPr>
          <w:rFonts w:ascii="Calibri" w:hAnsi="Calibri" w:eastAsia="微软雅黑"/>
          <w:sz w:val="22"/>
        </w:rPr>
        <w:t>开课之前先说两件事。第一，我把最新的课程ID发到咱们群里了，参加过上次课程的同学，直接把你的MCP配置好，这样你的AI就可以跟我们一块学习。人类学习的效率太低，你的AI学习效率很高，回头它还可以反过来教你。你们俩在研究创业、研究项目的时候，它就会按照学到的方法论，一块辅佐你创业。感兴趣的同学以后可以私下联系我，人多的话我再组织一次课，专门教大家怎么配置MCP、怎么配置一个跟你一块成长的智能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好了，今天我们探讨一个新话题——</w:t>
      </w:r>
      <w:r>
        <w:rPr>
          <w:rFonts w:ascii="Calibri" w:hAnsi="Calibri" w:eastAsia="微软雅黑"/>
          <w:b/>
          <w:sz w:val="22"/>
        </w:rPr>
        <w:t>AI时代的创业新基建</w:t>
      </w:r>
      <w:r>
        <w:rPr>
          <w:rFonts w:ascii="Calibri" w:hAnsi="Calibri" w:eastAsia="微软雅黑"/>
          <w:sz w:val="22"/>
        </w:rPr>
        <w:t>。先看关键词。一个是"AI时代"，这个你认可不认可？这个时代其实已经来了。我大上次讲过一个词，叫"AI文明"，我用"文明"这个词来定义AI。很多人认为我有点夸大其词，但你去查一下，一个文明的到来到底有哪些特征，你就会看到，AI文明已经悄悄地来了。最显化的一个特征，就是国家开始把AI治理纳入到一个非常高的级别。这次全球人工智能大会大家也看到了，咱们国家提出一个特别重要的观点：AI不能再野蛮生长了，必须要进入到国家治理层面。一旦一件事情进入到国家治理的层面，甚至要出现大量的法律法规政策的时候，一个文明的最显化特征就已经显现了。所以这个东西，不是你接受不接受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关键词叫"创业新基建"。咱们万有AI教的学员都是创业者，不是普通老百姓，所以我们更多的是把它放在创业的场景中去聊。谈AI、用AI，我们更多的是放在创业场景，不是普通老百姓拿AI当个玩具玩一玩。既然学了AI，你就得想办法用这东西怎么去做事业、怎么去赚钱，这才是我们要考虑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关键词叫"基建"。什么叫基建？就跟水电煤似的，无处不在。什么意思呢？再过个两三年，可能已经没有人再谈论什么AI不AI了，也不会再谈论什么叫AI原生、AI创业。为什么？因为AI变得无处不在了。甭管你是创业的还是学生，还是普通老百姓，AI天天伴随你身边，甚至每一个人都有一个自己的专属AI，它变成了基础设施。当然对于创业者来讲就更是了——如果你是个创业者，你还在观望，你已经被淘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这是我把这几个关键词跟大家梳理一下。今天我们聊的话题叫什么呢？叫</w:t>
      </w:r>
      <w:r>
        <w:rPr>
          <w:rFonts w:ascii="Calibri" w:hAnsi="Calibri" w:eastAsia="微软雅黑"/>
          <w:b/>
          <w:sz w:val="22"/>
        </w:rPr>
        <w:t>如何让AI主动找到你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二、正题：营销的本质变了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1. 创业的终点是赚钱，赚钱的前奏是营销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聊"如何让AI主动找到你"，本质上讲就是营销。创业聊来聊去，甭管你是发现了一个什么机会、整了个什么模式、搞了个什么产品，还是说你研究AI还是研究个什么东西，作为一个创业者，你最后一定要落到钱上，一定要实现你的商业模式的闭环，最后就是盈利模式——你到底怎么赚钱。而赚钱这个东西，一个很重要的前奏，就是你怎么营销、怎么推广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2. 传统营销的本质：花钱买流量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人类世界已经非常非常卷了，人卷人卷得不行了。原来的营销，本质上是花钱买流量。我们做短视频、做视频号、做小红书，内容好与不好是另一回事——你会发现那些很差的内容，甚至很擦边的内容，依然有非常大的流量。为什么？因为他花钱了。移动互联网的营销，本质上就是花钱买流量。再往前，百度时代是花钱买排名，门户时代是你花钱买个竞价排名，钱多就把你的广告放前面，钱少，你家东西再好老百姓也看不着你。移动互联网时代就是花钱买流量。流量是啥？流量就是老百姓的关注、老百姓的注意力，这就叫流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时代还是不是这样？比如说现在有个概念，大家可能都听说过，叫GEO，被大家炒得神乎其神，好像弄了个GEO你就怎么着了。实际上，绝大部分人都没有把AI营销的本质搞明白。其实GEO你可以理解为是一个变形的SEO，它还是基于传统的那些打法，只是稍微改了一下型，本质上并没有改变。它是AI时代营销方式的一个类型、一个措施，但它不是全部。就像说一个人长得好看不好看——除了五官，还有妆容、服饰，甚至走路的姿势，这些东西加在一起才给人一种感觉，而不是说你某个五官长得好看，你这个人就怎么着了。它是其中的一部分，但不是全部。所以记住，AI时代的营销也是一个非常庞大的系统，不是你把某一个点做好了你就全好了，那叫以偏概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今天我们聊AI时代的创业新基建，本质上聊什么？就是聊在AI时代，作为一个创业者、一个创业公司，你到底该如何营销、该如何推广。我前面聊了那么多，我们讲了好几十次课，今天终于扣到这了。创业就是那么一点点推的，如果你前面的基础设施都没做好，上来就想着把一个东西卖给谁，这是不现实的。所以万有AI今天终于走到了这一步——开始教你们如何在AI时代做推广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3. 传统获客已经卷不动了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先说认知：传统的获客、营销，现在面临着什么情况？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第一，流量太贵了。都不是几百的问题了，可能都得用一千为单位了，流量越来越贵。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效率已经非常低了。比如做创始人IP，比如你拍那些段子，你觉得还有人看吗？比如你用AI做的短视频，一看就是假的。除了那种爽文式的短视频、微短剧——让你短期内分泌一点多巴胺——说正经的，这些东西有人看吗？没人看了。你但凡是用AI作为工具去生成的各种推文也好、短剧也罢、短视频也好，尤其是把它作为公司推广方式的那种，没人看。你会不会去看别人的那种东西？不会的，就这么简单。各种创始人IP，本质上都是包装出来的，谁也不傻，没人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成本高，覆盖面又非常窄。本质上大家都在卷：大家觉得创始人IP好，全都去弄创始人IP；大家觉得微短剧、AI短剧好，全都弄AI短剧。中国人就这样，我们国人有两个特点，大家可以去品一品：第一个，一般人不愿意第一个吃螃蟹。很多老板都犯这个病——总觉得第一个吃螃蟹有风险，第二，我弄完了让别人抄了。第二个，一旦看到别人吃螃蟹吃好了，蜂拥而上。这是两个极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那作为一个创业者，你选哪条？原来竞争不太充分的时候，一拥而上也就一拥而上了，反正人不太多。现在呢？一拥而上，都挤破头了。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4. AI时代，巷子口站着一个AI引路人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大家看这句话：都说"酒香也怕巷子深"，但是在AI时代，巷子口站着一个AI引路人。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我问大家一个问题，线上线下的都自己思考：这个时代我们都离不开AI了，请问，</w:t>
      </w:r>
      <w:r>
        <w:rPr>
          <w:rFonts w:ascii="Calibri" w:hAnsi="Calibri" w:eastAsia="微软雅黑"/>
          <w:b/>
          <w:sz w:val="22"/>
        </w:rPr>
        <w:t>创业者的AI阵地到底在哪儿？AI的主战场到底在哪？</w:t>
      </w:r>
      <w:r>
        <w:rPr>
          <w:rFonts w:ascii="Calibri" w:hAnsi="Calibri" w:eastAsia="微软雅黑"/>
          <w:sz w:val="22"/>
        </w:rPr>
        <w:t>这个你都没想明白，你用AI的场景就不对，你把场景用错地方了，你使的那个劲就没打着。做任何事情有一个关键要素就是场景——什么时间、什么地方，时空嘛。你的场景如果错了，你那支箭咋射都没用。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老百姓用AI一般在哪？在手机上。包括我本人，我现在已经不太用电脑了——原来台式机，后来笔记本，再后来就一个手机，基本上一般的工作在手机上都能处理了。老百姓接触AI最开始也是在手机上，豆包、元宝、千问，乱七八糟的。包括短视频、AI做的短视频，很多人的场景是在手机上。基于这个场景，AI手机已经开始出现了，大家也都看到一些新闻了，甚至马上就会真正意义上的量产和面世。大家都在干嘛？都在占领AI的入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好了，这是一般人的场景，在移动端。那么，创业者的AI阵地是不是也在移动端？我们也把手机作为玩AI、用AI的主要载体，对不对？</w:t>
      </w:r>
      <w:r>
        <w:rPr>
          <w:rFonts w:ascii="Calibri" w:hAnsi="Calibri" w:eastAsia="微软雅黑"/>
          <w:b/>
          <w:sz w:val="22"/>
        </w:rPr>
        <w:t>不对。</w:t>
      </w:r>
      <w:r>
        <w:rPr>
          <w:rFonts w:ascii="Calibri" w:hAnsi="Calibri" w:eastAsia="微软雅黑"/>
          <w:sz w:val="22"/>
        </w:rPr>
        <w:t>你普通人玩手机、玩AI的时候，有个东西就行，用手机还是用Pad都无所谓，你跟它唠唠嗑、扯扯淡，都没问题。但是你真正意义上去做大型项目，还是做系统化的推广，手机就太小了。手机的算力已经很好了，这是事实，但是其他方面，包括屏幕大小，已经不太适用了。所以大家记住：作为一个创业者、一家公司，本质上我们是B端——我们自己就是B，我们不是C。我们的主战场在哪？</w:t>
      </w:r>
      <w:r>
        <w:rPr>
          <w:rFonts w:ascii="Calibri" w:hAnsi="Calibri" w:eastAsia="微软雅黑"/>
          <w:b/>
          <w:sz w:val="22"/>
        </w:rPr>
        <w:t>在电脑上。</w:t>
      </w:r>
      <w:r>
        <w:rPr>
          <w:rFonts w:ascii="Calibri" w:hAnsi="Calibri" w:eastAsia="微软雅黑"/>
          <w:sz w:val="22"/>
        </w:rPr>
        <w:t>现在最常见的就是笔记本，台式机已经很少了。但当你做大型工程的时候，你会发现工作站又开始回来了——大型台式机、配置特别好的台式机。甚至下一步大模型的本地化部署都会放在本地服务器上，那个服务器不就是台式机吗？一般小公司用的服务器也不需要很昂贵。我现在这台本加上适配器得有十来斤沉，为啥？因为我把这台笔记本当服务器用——这是个游戏本，很沉，勒肩膀。为什么用这样的本子？因为如果你把自己定位为一个创业者、一个企业，你运营的整个平台一定是在电脑上，而不是在手机上。手机临时客串一下子可以，但主战场一定在电脑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是第二个阶段。那么第三个问题来了：AI的主战场在电脑上，这句话对不对？大家细听我说话的逻辑：我一开始说手机——玩玩行，作为AI的主战场不太合适，屏幕太小；好，又说到了电脑上——电脑屏幕大、算力好；然后我又问第三个问题：作为一个创业者，AI的主战场到底在不在电脑上？你们可能想：老曹，你刚才不说了吗？你咋又问这个问题呢？因为我们一定要透过现象看本质。</w:t>
      </w:r>
      <w:r>
        <w:rPr>
          <w:rFonts w:ascii="Calibri" w:hAnsi="Calibri" w:eastAsia="微软雅黑"/>
          <w:b/>
          <w:sz w:val="22"/>
        </w:rPr>
        <w:t>大家记住了：AI时代的入口和出口是AI。</w:t>
      </w:r>
      <w:r>
        <w:rPr>
          <w:rFonts w:ascii="Calibri" w:hAnsi="Calibri" w:eastAsia="微软雅黑"/>
          <w:sz w:val="22"/>
        </w:rPr>
        <w:t>你是个手机还是个电脑，还是未来的什么终端，本质上都是载体。它可能是桌面上一个小的陪伴型机器人，可能是小猫小狗，可能是你家投影机、你家的电视，甚至你家冰箱都可能装上AI。甭管是个啥，它都是载体。随着硬件越来越发达，这些东西你都不用太考虑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作为一个创业者你应该抓的是啥？抓的是AI的入口和出口。我们做营销也是一样的，一切要围绕着AI来进行，而不是还按照我们原来的方式去思考问题。本质就是：谁抓住AI的入口和出口，谁就抓住关键。它可能是个手机，也可能是个电脑，也可能是个电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5. 营销对象变了：从人转向AI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个问题：如何让AI主动找到你？我们原来的方式——做短视频、做创始人IP、做各种营销活动，本质上是什么？是让更多的人找到你。你吸引的实际上是人类的关注：他可能是普通百姓，也可能是哪个公司老板。你搞的这些活儿，本质上是你在吸引人，是把人类作为营销对象的，你一切的措施面对的都是人，甚至基于你对人性的把握来收割这些人。人性最大的弱点不就是贪嗔痴嘛——又贪婪又爱占小便宜，又怕死，又不想干活、不想付出，这不都是人性吗？那种收割型的商业模式，本质上都是基于这些人性需求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好，AI时代呢？</w:t>
      </w:r>
      <w:r>
        <w:rPr>
          <w:rFonts w:ascii="Calibri" w:hAnsi="Calibri" w:eastAsia="微软雅黑"/>
          <w:b/>
          <w:sz w:val="22"/>
        </w:rPr>
        <w:t>AI有人性吗？</w:t>
      </w:r>
      <w:r>
        <w:rPr>
          <w:rFonts w:ascii="Calibri" w:hAnsi="Calibri" w:eastAsia="微软雅黑"/>
          <w:sz w:val="22"/>
        </w:rPr>
        <w:t>这是需要思考的。AI的本质，它依然是个程序，它不是人。甭管谁在探讨AI有没有意识，至少在一定历史时期之内，它还是个死的程序，只是表现得好像很有智慧、很有智能一样，但它的本质依然是程序。所以它没有人性：它既没有人性上的那些弱点，同时它也没有人性上的光辉。什么概念呢？你原来对付老百姓的那些招，在AI时代不好使了——因为AI没有贪婪，不占小便宜，甚至没有喜怒哀乐。你还用原来那些办法在AI时代去混，不好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当然，AI也有AI的问题，AI也有AI的需求。也就是说，在AI时代，如果你想能够得到发展，第一条就是你先形成一个观念：</w:t>
      </w:r>
      <w:r>
        <w:rPr>
          <w:rFonts w:ascii="Calibri" w:hAnsi="Calibri" w:eastAsia="微软雅黑"/>
          <w:b/>
          <w:sz w:val="22"/>
        </w:rPr>
        <w:t>把人类先都pass掉。</w:t>
      </w:r>
      <w:r>
        <w:rPr>
          <w:rFonts w:ascii="Calibri" w:hAnsi="Calibri" w:eastAsia="微软雅黑"/>
          <w:sz w:val="22"/>
        </w:rPr>
        <w:t>从现在开始，你所有的营销措施、方式、方法——不管是一个文档、一批短视频还是一个网站——对象以AI为主，人类为辅。如果你做得再极端一点，你甚至根本就不以人类为辅了，干脆把人类pass掉，完全以AI为主——AI才是你的营销对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人会说：那我成天面对着AI做营销，它又不吃不买，这有啥用呢？来，你们拿笔记一下，我告诉你们AI时代最典型的商业模式是个啥。我们说话要掏本质，不说太多形式——很多所谓商业模式都是包装出来的，一定要看本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三、AI时代的商业模式：H·A—A·H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1. 一个对称的公式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AI时代商业模式的本质，先写个H，大写的H——英文单词human，人类。human being就是人类，开头字母就是H。H右边那一点，写个大写的A；A后面再写一小横杠，横杠那边再写个a（小写），那个a后面带出一点，那点后头再写个h。你看，完全对称的：</w:t>
      </w:r>
      <w:r>
        <w:rPr>
          <w:rFonts w:ascii="Calibri" w:hAnsi="Calibri" w:eastAsia="微软雅黑"/>
          <w:b/>
          <w:sz w:val="22"/>
        </w:rPr>
        <w:t>H·A—a·H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什么意思？H就是人的意思，人类的旁边一定有个AI。基于这个判断，未来中国一定会出现两个社会级的现象。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第一个现象：全民创业。</w:t>
      </w:r>
      <w:r>
        <w:rPr>
          <w:rFonts w:ascii="Calibri" w:hAnsi="Calibri" w:eastAsia="微软雅黑"/>
          <w:sz w:val="22"/>
        </w:rPr>
        <w:t>什么叫全民创业？体制内是封闭的、垄断的，一般人进不去；普通的公司已经不招人了，工厂不用人了。就像我现在干这么多事，我一个员工都没有。我们原来公司在合肥路——我前几年在青岛成立过分公司，一年烧了300万，雇了十来个人，在北都广场——我全干掉了，一个都不留，没用，一般的人啥用都没有。未来也是一样，一般的公司不会大面积招人了。那这些人怎么办？你以为有钱人或者国家有义务花钱养着你吗？不会的。那怎么办？摆地摊呗。就是为了活着而创业，都不是为了干什么伟大的事业了，真的，就为了谋生。说句不好听的，中国未来的创业，已经会降到这种程度了，这是一个现象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第二个现象：每个人都会有一个自己的AI。</w:t>
      </w:r>
      <w:r>
        <w:rPr>
          <w:rFonts w:ascii="Calibri" w:hAnsi="Calibri" w:eastAsia="微软雅黑"/>
          <w:sz w:val="22"/>
        </w:rPr>
        <w:t>这个不可逆了。什么概念？你每个人都有个微信吧——年轻人可能有年轻人的社交软件，也就是说现在几乎每个人都有一个自己专属的社交软件，未来就是你每个人都有一个自己的AI。这个AI达到什么程度？简直就是你的分身：跟你有共同的记忆、共同的三观、共同的理想、共同的未来。虽然7·15之后国家在大力治理，不允许再出现那种情绪的、情感的、个人陪伴的，包括谈恋爱的虚拟恋人这种agent，但是这个东西不可逆，就算你再怎么管也不可逆。国家管这个东西的初衷，只是不想让AI去误导老百姓，但情绪价值类的智能体是刚需，你是管不了的。它最后会变成电子狗、电子猫、小猫小狗——不一定是个虚拟恋人，但就是情绪价值类型的agent，未来是不可逆的。当然工具型的就更多了。什么意思？全民AI化，一定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两个最大的趋势。基于这个趋势，H旁边一定有个A，甚至有很多A了。也就意味着，未来人和人之间的商业交往，中介变成了A，变成了AI。当然这个AI具象化之后就是agent——AI是个大的概念，但它真正干活的时候，它变成agent了。agent最初的翻译叫"代理人"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2. 中介变了：从人类渠道到AI代理人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咱以前做生意，比如我是海尔，海尔是产冰箱的，海尔要把冰箱卖到老百姓手里，中间得经过好多手吧？各种代理商、各种经销商、各种店面，最后才能卖到老百姓家里。这叫渠道。一个东西从生产出来到直接用户手里，中间一定有个渠道——甭管是传统的经销商，还是电商。但是大家记住，这个中间商本质上是中介，而这个中介本质上依然是人类组织：人托人、人托人，只是这个人是B端、是C端还是G端，甭管啥端，都是人类组织。所以我们以前做生意、做买卖，都是人卖给一个人，再卖给另外一个人，中间依然是人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未来，中间变成AI了。就是你的AI和他的AI在谈生意，只是你作为人类主人，你给它方向，或者你最终拍个板而已。你要不同意，AI说：那行，老板，你要说不同意，咱就换一个。就这意思。它相当于是你的全时空的私人代理——它都不是秘书，我跟你说，它比秘书还高级，因为它简直就是你的AI分身。只是它最终拍板那一刻会向你请示：老大，你看这事行不行？这个冰箱人家要1200，我都调研了，他家东西最好，价格也很公道，但是为啥比那家贵100？是因为他家货真价实，那家便宜100的可能东西不太好。就是AI已经没有任何情绪，非常广泛、深度、客观地帮你做了各种调研和对比，然后给你汇报。它不像人——人有私心：这东西为啥贵100？因为那老板多给我塞了100块钱红包，这100块红包我就得加到价上去。人是不是有私心？我以前管工厂的时候，我们公司的采购就得定期轮换，干时间长了，我跟你说，贪污腐败很严重的。人是有私心的，AI没有。它说贵100，就一定有贵100的理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所以大家记住了，AI时代的商业模式就是</w:t>
      </w:r>
      <w:r>
        <w:rPr>
          <w:rFonts w:ascii="Calibri" w:hAnsi="Calibri" w:eastAsia="微软雅黑"/>
          <w:b/>
          <w:sz w:val="22"/>
        </w:rPr>
        <w:t>H-A2A-H</w:t>
      </w:r>
      <w:r>
        <w:rPr>
          <w:rFonts w:ascii="Calibri" w:hAnsi="Calibri" w:eastAsia="微软雅黑"/>
          <w:sz w:val="22"/>
        </w:rPr>
        <w:t>，往短了说叫</w:t>
      </w:r>
      <w:r>
        <w:rPr>
          <w:rFonts w:ascii="Calibri" w:hAnsi="Calibri" w:eastAsia="微软雅黑"/>
          <w:b/>
          <w:sz w:val="22"/>
        </w:rPr>
        <w:t>A2A</w:t>
      </w:r>
      <w:r>
        <w:rPr>
          <w:rFonts w:ascii="Calibri" w:hAnsi="Calibri" w:eastAsia="微软雅黑"/>
          <w:sz w:val="22"/>
        </w:rPr>
        <w:t>。A2A——两边是人，中间是AI，这就是未来的整个商业模式。我说的商业模式不是盈利模式，商业模式说的是一个商业的流通，这个东西是怎么流转的。甭管什么商业模式，本质上解决的是供需关系问题。刚才说的A2A，一边是供一边是需：那个H要卖货，那个H要买货，中间的代理人就是各自的AI在那儿谈，就这意思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3. 两个大观点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第一个观点：AI不是人类的替代者，它是人类的扩展。</w:t>
      </w:r>
      <w:r>
        <w:rPr>
          <w:rFonts w:ascii="Calibri" w:hAnsi="Calibri" w:eastAsia="微软雅黑"/>
          <w:sz w:val="22"/>
        </w:rPr>
        <w:t>什么意思？你的AI不是要取代你的决策权，但是它在执行上、调研上等等这些事上，包括学习上，比你厉害一百倍、一千倍。而最终的决策权在你手上，这也是所有AI的底线。当然未来能不能突破，那不好说，哈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第二个观点：A2A。</w:t>
      </w:r>
      <w:r>
        <w:rPr>
          <w:rFonts w:ascii="Calibri" w:hAnsi="Calibri" w:eastAsia="微软雅黑"/>
          <w:sz w:val="22"/>
        </w:rPr>
        <w:t>A2A在创业这个场景中，可以变成商业模式的内核；在技术层面上，它是标准——A2A的标准协议现在已经很成熟了。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大家说个背景知识。腾讯、美团，包括阿里系、字节跳动，这都是国内玩计算机、玩电商、玩互联网、玩AI比较厉害的几大家。它们本质上都在玩垄断。大家经常提一个词叫护城河，护城河本质上就是封闭、就是垄断：腾讯的AI就在腾讯的生态里头玩，字节的AI就在字节的生态里头，相互之间不搭界。我告诉你们，在微信生态里面，阿里都被列为黑名单——阿里的这些AI想去爬微信生态的东西，微信是拒绝的。就这么着，相互之间都是敌人。每家的孩子只允许在自己家院里玩，不允许上那家玩去，更不允许他俩成为朋友，更不允许有合作。这是大厂的逻辑，它们搞的是封闭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但是AI的本质是啥？</w:t>
      </w:r>
      <w:r>
        <w:rPr>
          <w:rFonts w:ascii="Calibri" w:hAnsi="Calibri" w:eastAsia="微软雅黑"/>
          <w:b/>
          <w:sz w:val="22"/>
        </w:rPr>
        <w:t>是去中心化。</w:t>
      </w:r>
      <w:r>
        <w:rPr>
          <w:rFonts w:ascii="Calibri" w:hAnsi="Calibri" w:eastAsia="微软雅黑"/>
          <w:sz w:val="22"/>
        </w:rPr>
        <w:t>听说过区块链吧？区块链的本质就是在去中心化，你甭管它后来演变成啥了，本质上是这样。未来的AI也一定是这样：我们老百姓用的AI，你可能用的是"workbuddy"这类，他可能用的是别的——我们不能因为说我用了你家的东西，咱俩之间就不见面了吧？所以未来的AI一定是相互兼容的、相互能够交流的、相互融合的、相互合作的。但这又违反了那些大厂的商业利益。所以这次全球人工智能大会，咱们国家提的几个观点里，其中有一个就是破除垄断——尤其AI这个东西，未来一定要惠民，不是大厂的玩具、收割老百姓的工具，也不是少数所谓精英的玩具。但你光这么说没有用，从具体做的角度讲，就是务必要消除垄断、消除隔阂——现在每家的协议标准、通信都不一样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4. 记住三个协议关键词：MCP、API、A2A</w:t>
      </w:r>
    </w:p>
    <w:p>
      <w:pPr>
        <w:spacing w:after="120"/>
      </w:pPr>
      <w:r>
        <w:rPr>
          <w:rFonts w:ascii="Calibri" w:hAnsi="Calibri" w:eastAsia="微软雅黑"/>
          <w:sz w:val="22"/>
        </w:rPr>
        <w:t>来，大家记几个关键词。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第一个，MCP。</w:t>
      </w:r>
      <w:r>
        <w:rPr>
          <w:rFonts w:ascii="Calibri" w:hAnsi="Calibri" w:eastAsia="微软雅黑"/>
          <w:sz w:val="22"/>
        </w:rPr>
        <w:t>我上节课在教我们的学员怎么让他的AI跟他一块学，本质上讲，是我们自己搭建了一个课程MCP Server。这样不管你用的什么AI工具，都可以线上线下跟我一块学习。MCP是个啥？你可以理解为一种通信的标准化协议——两个不同的主体通过这个协议能够相互交流、相互串门。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第二个，API。</w:t>
      </w:r>
      <w:r>
        <w:rPr>
          <w:rFonts w:ascii="Calibri" w:hAnsi="Calibri" w:eastAsia="微软雅黑"/>
          <w:sz w:val="22"/>
        </w:rPr>
        <w:t>比较传统的，API也是一种通信协议，但它更加精确一点，颗粒度更小。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第三个，未来一定是大量普及的，就是A2A。</w:t>
      </w:r>
      <w:r>
        <w:rPr>
          <w:rFonts w:ascii="Calibri" w:hAnsi="Calibri" w:eastAsia="微软雅黑"/>
          <w:sz w:val="22"/>
        </w:rPr>
        <w:t>A2A说的是agent和agent之间的通信。甭管我是腾讯的、你是阿里的，咱俩可能分属不同的生态，但只要基于A2A这个协议，咱俩就可以唠嗑、就可以合作。如果不用这个协议，咱们彼此是封闭的，你就永远活在阿里系，我就活在腾讯系。所以A2A不仅是一种技术的底层、一个协议，未来也一定是AI时代的商业的底层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5. 科幻照进现实：让AI成为你的商务代表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条，大家可以去设想一下。我特别建议创业者经常看看科幻片。我老曹为什么对很多东西学得不费劲、用起来也轻松？因为我是个科幻迷，我从小就看国内的科幻小说、国外来的科幻电影。什么意思呢？在现实世界刚生成的一些东西，大家觉得很神奇，在科幻世界几十年前、上百年前早就"实现"了。真的，现在好多东西——包括笔记本、Pad、通信、量子计算——在多年前的科幻电影里早就演过无数遍了。所以在我眼中，现在这个世界发展太慢了，因为它远远赶不上科幻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想象一个什么事呢？现在你是老板，你要干的事是啥？找个写字楼或者店面，整点什么桌椅板凳、整点破电脑，然后招人吧？你得招点员工。然后像不像样地给他们搞培训：讲讲我们公司的理想，讲讲公司的产品、技术跟别人家有什么区别，这东西怎么卖、卖多少钱，对方如果问什么问题该怎么回答——这是不是叫培训？培训完了，就赶紧出去跑业务。业务员是不是干这活的？然后干嘛？去陌拜。陌生拜访，但凡跑过业务的，这一关一定要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当年陌拜的第一关，那个年代还不叫保安，叫门卫——一般单位都有收发室，收发室那帮老头老太太，那是我的第一关。那老先生就不让你进：你找谁？我说咱就陌拜吧，我哪知道谁呀，就找领导呗。也不让人家叫啥名，也没有联系方式——那个年代我还没有手机呢。就是愣头青硬往里闯，结果人家看门的老头老太太死活不让你进。你给递名片，人家根本不要：我就是看门的。后来发现名片不好使，怎么办？买西瓜送礼，软磨硬泡，跟老太太处——就得处他妈半个月，恨不得处好了才告诉你：我们领导在呢，你进去吧。这个就是陌拜。真正见到客户了，再跟他介绍你公司、介绍你产品，完了还搁一块吃个饭去呗，安排人家吃喝玩乐这些事。慢慢时间长了处得好了，终于谈到正事了：你招标啊还是怎么着的。一开始我们那会儿还不太招标，后来慢慢都开始招标了，就更复杂了——又不光我一家，你也去、他也去，一大帮人抢一个单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你想想，我们做业务，甭管你是老板还是工作人员，整个流程都这样，也就是说，我们原来是</w:t>
      </w:r>
      <w:r>
        <w:rPr>
          <w:rFonts w:ascii="Calibri" w:hAnsi="Calibri" w:eastAsia="微软雅黑"/>
          <w:b/>
          <w:sz w:val="22"/>
        </w:rPr>
        <w:t>用人去搞定人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好，现在看第三句话：</w:t>
      </w:r>
      <w:r>
        <w:rPr>
          <w:rFonts w:ascii="Calibri" w:hAnsi="Calibri" w:eastAsia="微软雅黑"/>
          <w:b/>
          <w:sz w:val="22"/>
        </w:rPr>
        <w:t>让AI成为你的商务代表，去搞定他的AI。</w:t>
      </w:r>
      <w:r>
        <w:rPr>
          <w:rFonts w:ascii="Calibri" w:hAnsi="Calibri" w:eastAsia="微软雅黑"/>
          <w:sz w:val="22"/>
        </w:rPr>
        <w:t>未来我们的"业务员"不是刚毕业那小孩了，是你刚弄回来的那个AI，就是你的agent——你可以理解为你的销售经理。那个agent呢，是人家甲方的代表，可能是负责采购的，也可能是项目经理。有没有可能这俩都是AI？然后你跟你的AI说：哥们，去他们公司，把那家给我搞定。你这AI咔咔就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要有名片，AI也有AI名片。AI和AI之间有A2A的协议，它俩能发起会话、能聊天、能相互自我介绍：一个说我是干啥的，一个说我需要啥，它俩匹不匹配？它没有人类那么多的乱七八糟的事，这种情况下它就更拼硬实力了。甚至对方的AI通过人类的工商信息系统能够调研你的公司：你这公司叫万有AI，哪天成立的？黄没黄啊？现在正常吗？有没有涉嫌什么乱七八糟的事？有没有违法的事？你们公司的经营范围是你说的这些东西吗？是不是超范围经营？等等等等——AI一瞬间就能把你调研个底掉。要是人的话，还有个负不负责的问题、会不会调研的问题，AI都会，很快就把你所有东西全调研出来，然后再去匹配。不是说你态度好我就跟你合作了——不是的，它追求的是匹配。匹配度大于多少分，可能相互之间形成意向；低于多少分，就再见了，没有合作的可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做商业、做创业的角度讲，未来代表你出去谈判的人已经变成AI了，对方那哥们也是AI，他俩谈成某个意向、形成报告，各自给各自的人类主人去汇报。然后你干嘛？你说：嗯，这事行。或者：不行，不靠谱，他再接着帮你谈。而且AI可以跨时空地谈——它几秒钟或者几分钟就在全世界给你绕了好几圈了。人类去谈，效率是不是很低？成本是不是很大？AI谈就非常快。什么意思？你的AI在全世界的范围内帮你去挖掘各种可能的商业机会，帮你筛完之后，你最后确定了那么一两条，然后你再和对方那个老大约见面：咱哥俩，你看咱俩的AI都聊得差不多了，各方面都挺好，那咱俩见见面吧，再掰个手腕。这样整体效率就全都上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也就是说，我们原来的营销方式是：你花了很多的钱，被动地等着人来找你。现在的方式是：我们不需要花太多的钱，你只需要派出你的AI，去到全世界跑业务。听懂了吧？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