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每日一课·第㉘讲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《AI创业项目执行方案：目标设定与过程管控》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主讲：曹勇波｜开课日期：2026-10-19｜课程类型：现役课程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AI创业项目执行方案：目标设定与过程管控（第㉘讲·现役课程）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课程日期</w:t>
      </w:r>
      <w:r>
        <w:rPr>
          <w:rFonts w:ascii="Calibri" w:hAnsi="Calibri" w:eastAsia="微软雅黑"/>
          <w:color w:val="555577"/>
          <w:sz w:val="20"/>
        </w:rPr>
        <w:t>：2026-10-19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主讲</w:t>
      </w:r>
      <w:r>
        <w:rPr>
          <w:rFonts w:ascii="Calibri" w:hAnsi="Calibri" w:eastAsia="微软雅黑"/>
          <w:color w:val="555577"/>
          <w:sz w:val="20"/>
        </w:rPr>
        <w:t>：曹总</w:t>
      </w:r>
    </w:p>
    <w:p/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一、课程节奏与学习方法</w:t>
      </w:r>
    </w:p>
    <w:p>
      <w:pPr>
        <w:spacing w:after="120"/>
      </w:pPr>
      <w:r>
        <w:rPr>
          <w:rFonts w:ascii="Calibri" w:hAnsi="Calibri" w:eastAsia="微软雅黑"/>
          <w:sz w:val="22"/>
        </w:rPr>
        <w:t>开课先向线上朋友授权：你们可以录屏，我已充分授权，不用单独申请。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说明一下课程节奏：没有特殊情况，周一到周六每天早晨9:15到9:30左右开讲，线下是大师班课程，线上免费观摩。悟性强、执行力强的朋友，坚持听这些实战课应该有收获。每次讲一个独立话题，一小时到一个半小时；讲完之后课程全文上传官网，你可以让你的AI去爬取、总结归纳，再让你的AI教你。想长期参与的欢迎加入团队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这里有一个问题：认知就算打开了，如果不做转化，也没办法真正形成能力。如果没有真正驾驭AI的能力，很多事就变成一句空话。光学习没用，又得学又得习，学而时习之。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段时间集中精力讲AI创业项目整个商业计划书的编写。我们不是为了学AI而学AI，主要是为了创业——咱们不是搞技术也不是搞理论，最终要创业。既然跟我学AI，本质是在学创业，而不只是学个工具。从上周开始，我们在系统化全面讲一个AI创业项目到底该怎么论证、怎么调研、怎么准备、怎么执行，包括研究AI时代用户到底是谁、商业模式的内核是啥、商业模式到盈利模式等等。今天开始——大概今天或者明天，甚至三天的课程——讲执行：你的想法再好、再可行，执行不行也拿不到结果。任何一件事本质上都是顶层设计和强大的执行力两头挤出来的结果。你光想有啥用？你得把活干出来，创业就更是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新来的朋友，我把几个要点重新复盘一下。想全盘重新学习的，现在只能让你的AI去深度爬取我们官网，里面有每日一课，都有课程全文。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二、复盘：三个核心观点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第一个观点：AI时代创业项目内核是A2A。</w:t>
      </w:r>
      <w:r>
        <w:rPr>
          <w:rFonts w:ascii="Calibri" w:hAnsi="Calibri" w:eastAsia="微软雅黑"/>
          <w:sz w:val="22"/>
        </w:rPr>
        <w:t xml:space="preserve"> 这个务必务必记住和强化。原来我们做生意、找合作，实际上是H2H——H是英文Human，人。以前一说商业模式，ToB、ToC、ToG各种东西，To后边的是啥？都是人和人类组织。但AI时代发生了本质变化：现在是AI to AI。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两天网上有个新闻——我也没核实——马斯克要做一件事：让AI代表人类去谈判，现在无非是具象到了代表人类去砍价。砍价本质上就是一种谈判，已经很具化了。也就是说，马斯克做的事本质上和我们做的是一样的：在做AI创业社交。我们原来做事、做生意、创业，本质上都是人类之间的社交行为，只是放到了做生意的场景下；下一步是AI代表你和别人的AI去谈生意、去挖掘机会，你只负责决策，甚至你给AI授权之后，AI有钱包了——AI钱包在全球已经开始有了，在你的授权之内它自己就把钱花了。你的AI能在授权范围之内把你的钱花掉，反向，对方的AI就相当于代表对方把你的钱转过去了；也有另外一个状态：你的AI把对方AI的钱转到了你的兜里。AI创业社交其实已经闭环了，只是在中国可能还处在比较早期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时代的速度比以前任何一个阶段都要快。不要等大家都这么做了你才觉醒，那时候已经来不及了。总之现在做的任何项目，都应该以AI为核心去思考、去论证、去设计、去执行；你再围绕人，从方向趋势的角度讲已经错了。当然这东西也不是一刀切，它有一个过渡期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第二个观点：学AI是为了未来更好的创业，但要把现在的底盘先稳住。</w:t>
      </w:r>
      <w:r>
        <w:rPr>
          <w:rFonts w:ascii="Calibri" w:hAnsi="Calibri" w:eastAsia="微软雅黑"/>
          <w:sz w:val="22"/>
        </w:rPr>
        <w:t xml:space="preserve"> 你原来的业务如果还行，该干嘛还干嘛，但不要再投入太大的资金、太大的精力。你应该趁你的行业竞争者还没有觉醒，迅速进入AI时代。跟哪个行业没有任何关系——甭管做工业的、教育的、零售的、互联网的，哪怕就是面向老百姓的基本服务，美容美发、酒店、旅游，都一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很多人有误区：以为我必须是高科技行业才能做AI。不是的。你也不要认为做AI的一定是高科技行业，他俩不是等同的概念。各行各业其实都是AI的场景。就像互联网一样：原来一说互联网，那都得是科技公司；你现在再说，每家公司都是互联网公司——现在哪一家公司还在脱离互联网运营？AI也一样，再过几年你再看看，没有人再谈论AI了，为啥？每家公司都是AI公司。你的行业、你的项目，只是AI的一个场景而已。进入到新的时代之后，都要用AI驱动重新做一遍，整个时代都升级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第三个观点：AI时代的商业模式，内核是A2A，那选哪种商业模式？</w:t>
      </w:r>
      <w:r>
        <w:rPr>
          <w:rFonts w:ascii="Calibri" w:hAnsi="Calibri" w:eastAsia="微软雅黑"/>
          <w:sz w:val="22"/>
        </w:rPr>
        <w:t xml:space="preserve"> 按以前的分法无非是收割型、稀缺型、价值型。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收割型对人性挑战极大——傻子的诉求只有骗子才能满足，问题就是你想不想当那个骗子。君子爱财取之有道，有所为有所不为。从我的价值观角度讲，我做不了收割别人的事，毕竟我是做军工出身，有国防背景。但不代表别人不做，这种模式古今中外一直传到现在，未来还会持续，因为人性不会变——贪嗔痴慢疑，这些都是需求，有需求就有供给。收割模式是最经典的模式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稀缺型，强买强卖。你看老美的软硬件也好、芯片也好、光刻机也好，你花钱买人家都不卖——因为足够稀缺，所以有话语权、有定价权，甚至想卖谁就卖谁，甚至人家花钱都不卖了。问题就是你稀缺吗？我们大部分人做的都是内卷型的、同质化极其严重的事，你觉得做得挺好，其实跟别人差不多，别人比你做得还好，还比你便宜。所以中国创业者就陷入到卷——甭管生意场还是职场，都是同质化的、低劣的、初级的竞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价值型，对于我们普通人，只能帮人解决问题、给人创造价值，然后挣点辛苦钱。但在AI时代，尤其是我们早一点进入这个时代的人，因为你驾驭了AI这个生产力——大家千万不要认为AI就是个工具，就是个豆包，就是个PS、一个剪映。如果你把AI只当一个小小的工具，你就不用学AI了，这有什么好学的？AI一定是生产力。生产力三要素：劳动者、生产工具、生产资料——生产工具现在就是AI，而且AI几乎是我们这一代人最后一个杠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生产力决定生产关系，生产关系反作用于生产力。什么概念？大家什么年龄段我不清楚，我老曹也五十岁了，我掌握的能力、资源各个方面实际上已经到头了，而且在逐渐减少。基于你掌握的生产力越来越往下走，你跟这个世界的生产关系已经固化了，不仅固化，而且在急剧衰减——一个人的影响力，整个一辈子也就这样了。但现在因为你掌握了AI这个新的生产力，所以我们在改变我和这个世界的关系，甚至可以重新创造新的财富、新的影响力、新的社会地位。要不然，你老哥这辈子也就差不多了。所以AI是新一代的生产力，你能驾驭它，就会改变你和这个世界的关系——这是我的新观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因为这个，可以让我们变得稀缺。原来我比较推荐大家走价值型，但价值型真的很辛苦。到了AI时代，我推荐大家走稀缺型商业模式，因为AI可以让你和你的公司变得稀缺——在一定的时间窗口之内变得稀缺。你稀缺了，就可以走高客单价，不用那么辛辛苦苦地赚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盈利模式分了好多层级，我们的理论体系至少分了五层：利润、盈利模式、盈利生态、资本市场，甚至涉及到权力变现。作为新时代的我们，至少可以做到盈利生态和资本。原来你就苦哈哈地挣点利润，靠聪明才智搞了一套所谓的盈利模式；到了AI时代，我们至少可以用盈利生态。如果不会做，你就想想小米是咋做的：小米手机、小米汽车、小米家电、小米投资——围绕一个品牌做成了一个生态，这个生态不是简简单单组成的生态，而是挣钱的生态，它挣各个方面的钱。我们原来只是做了一个差价，低买高卖，而且差价越来越少。未来我们自己也可以建立自己的盈利生态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三、执行方案：输入—过程—输出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这些如果都成立，那我们要研究啥？研究咋干。执行力差，想得再好有啥用？再符合趋势，干不明白，一定拿不到结果。我们毕竟是实战派，不讲概念，不讲形而上学，最终要在创业上拿到新的结果。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从现在开始讲AI项目的执行。执行就是干的意思，但要先设计方案再按方案干，而不是上来就蛮干、瞎干。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第一阶段记一个公式。在我这儿一定化繁为简——说的半天你也记不住，"老曹你太能讲了，讲太多了记不住"——好，我给你三个词，你再笨三个词也记得住：</w:t>
      </w:r>
      <w:r>
        <w:rPr>
          <w:rFonts w:ascii="Calibri" w:hAnsi="Calibri" w:eastAsia="微软雅黑"/>
          <w:b/>
          <w:sz w:val="22"/>
        </w:rPr>
        <w:t>输入、过程、输出</w:t>
      </w:r>
      <w:r>
        <w:rPr>
          <w:rFonts w:ascii="Calibri" w:hAnsi="Calibri" w:eastAsia="微软雅黑"/>
          <w:sz w:val="22"/>
        </w:rPr>
        <w:t>。任何一件事情，这三个词够了，没了。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什么叫输入？做任何事情，你没原材料怎么加工？没有加工怎么出产品？干活也一样：你有目标吗？有路径、有步骤、有风控吗？有过程管控吗？如果都没有，你还想把活干好，怎么可能？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输入本质上讲就是我们想干啥、想要啥。其实很多人不知道自己想要啥，上来就干，稀里糊涂地干，然后还想要个结果。你的结果不就挣钱吗？你以为那钱老老实实站那儿等着你去拿？不是的。我经常举个例子：你就跟那狐狸差不多——狐狸成天撵兔子，忽然间冒出个野鸡来，嗨，你也去撵那野鸡去。我们每个人都在逐利，都在追赶着金钱，结果疲于奔命，一天累死了。为啥？就是因为那个钱不会老老实实等着你去赚。</w:t>
      </w:r>
      <w:r>
        <w:rPr>
          <w:rFonts w:ascii="Calibri" w:hAnsi="Calibri" w:eastAsia="微软雅黑"/>
          <w:b/>
          <w:sz w:val="22"/>
        </w:rPr>
        <w:t>赚钱只是个结果，而不是你的输入。如果你以赚钱为目的，大概率的结果是你反而赚不到钱。</w:t>
      </w:r>
      <w:r>
        <w:rPr>
          <w:rFonts w:ascii="Calibri" w:hAnsi="Calibri" w:eastAsia="微软雅黑"/>
          <w:sz w:val="22"/>
        </w:rPr>
        <w:t xml:space="preserve"> 新时代你应该通过做事而赚钱，赚钱是个自然而然的结果。做个什么事？这叫过程。但你的初心呢？你到底想干嘛？初心才是你的输入。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四、目的与目标之辨</w:t>
      </w:r>
    </w:p>
    <w:p>
      <w:pPr>
        <w:spacing w:after="120"/>
      </w:pPr>
      <w:r>
        <w:rPr>
          <w:rFonts w:ascii="Calibri" w:hAnsi="Calibri" w:eastAsia="微软雅黑"/>
          <w:sz w:val="22"/>
        </w:rPr>
        <w:t>按照输入、过程、输出这个大框架，输入到底写啥？第一大步：目标——目标就是主要的输入。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说目标之前，先说另外一个词：</w:t>
      </w:r>
      <w:r>
        <w:rPr>
          <w:rFonts w:ascii="Calibri" w:hAnsi="Calibri" w:eastAsia="微软雅黑"/>
          <w:b/>
          <w:sz w:val="22"/>
        </w:rPr>
        <w:t>目的</w:t>
      </w:r>
      <w:r>
        <w:rPr>
          <w:rFonts w:ascii="Calibri" w:hAnsi="Calibri" w:eastAsia="微软雅黑"/>
          <w:sz w:val="22"/>
        </w:rPr>
        <w:t>。什么叫目的？目的和目标有什么区别、什么联系？很多人不较真，不知道啥叫目的也不知道啥叫目标，甚至认为俩就一回事，然后就稀里糊涂地干，稀里糊涂地死去。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咱们稍微较个真。吴总，你觉得啥叫目的、啥叫目标？（吴总答：最终得到的结果是目的，目标只是一个方向。）你的意思是目的是你最终想要的结果，目标是立的方向。OK。董总呢？（董总答：我觉得一回事。）你就认为是一回事了。那为啥？中国人为啥整出俩词？目的就等于目标、目标就等于目的，说一个词得了呗？肯定不是。中国人造词是很讲究的——别看里面都有一个"目"字是一样的，但一个"标"、一个"的"，它就不一样了。没细想过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跟大家说一下。解释任何一件事一定要放在场景中说话，脱离场景就是耍流氓。回忆一下日常生活或工作场景中，什么时候会用到"目的"？你今天去见那个人、邀请他吃个饭，你到底要干啥？——"你啥目的？"是不是会这么说？你会说"老董，你今天见个人啥目标"吗？一般人说话不太这么说，是这道理吧？</w:t>
      </w:r>
      <w:r>
        <w:rPr>
          <w:rFonts w:ascii="Calibri" w:hAnsi="Calibri" w:eastAsia="微软雅黑"/>
          <w:b/>
          <w:sz w:val="22"/>
        </w:rPr>
        <w:t>目的就是你背后的动机：你为什么要做这件事？你最终要达到一个什么样的结果？</w:t>
      </w:r>
      <w:r>
        <w:rPr>
          <w:rFonts w:ascii="Calibri" w:hAnsi="Calibri" w:eastAsia="微软雅黑"/>
          <w:sz w:val="22"/>
        </w:rPr>
        <w:t xml:space="preserve"> 刚才吴总说得对。甚至有些目的都不可告人——一说"你什么目的？你什么动机？"好像有点贬义，不太好放在台面上。有的目的可以放在台面上，有的目的可能真的就见不得光，它有私密性、隐私性。往往是这样：放在外界让世人看见的可能是目的的一层，在你内心深处有可能还有另外一层。目的就是你最终要实现个啥、最终想要个啥。这玩意没有好坏——不是说什么目的就一定高尚、什么目的就不好。这就是你自己想要的。就算我们干的事一样、业态一样、商业模式看上去都一样，我告诉你，你的初心差别大了去了。初心往小的说就是目的，从意识形态角度讲，有的是善意的，有的可能是恶意的；有的是为人类造福，有的就是为了搂钱、为了收割——这都可能。这是目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那啥叫目标？</w:t>
      </w:r>
      <w:r>
        <w:rPr>
          <w:rFonts w:ascii="Calibri" w:hAnsi="Calibri" w:eastAsia="微软雅黑"/>
          <w:b/>
          <w:sz w:val="22"/>
        </w:rPr>
        <w:t>目标是我为了实现这个目的而设计的执行的标准。</w:t>
      </w:r>
      <w:r>
        <w:rPr>
          <w:rFonts w:ascii="Calibri" w:hAnsi="Calibri" w:eastAsia="微软雅黑"/>
          <w:sz w:val="22"/>
        </w:rPr>
        <w:t xml:space="preserve"> 目标那个"标"啥意思？你可以理解为标记、标准：我要实现这个目的，大概需要分成几段？总的目标是啥？每个部分的子目标是啥？每个阶段的目标又是啥？你看目标是可拆解的。目的能拆解吗？目的不拆解，目的就是目的——我就是最终那个点，目的地嘛。咱们一说干啥去、到哪——到某个目的地，就是你甭管中间走哪条道，最终要达到那个点。你也不管用了多少天、分了多少步、经过什么千辛万苦，那都叫过程；甭管怎么着，最终一定要走到那个目的地。目的地是唯一性的、排他性的，甚至有点隐私性，不可再分解。但目标可量化、可分解，既可横向分解又可纵向分解，每一个阶段的目标都可验收。目的只有你自己知道，甚至不用公开验收——有的目的可能是在公司层面上以目标的形式存在，但你内心——你是老板，你到底啥动机、啥目的——只有自己知道。这叫目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那目的到底解决啥问题？</w:t>
      </w:r>
      <w:r>
        <w:rPr>
          <w:rFonts w:ascii="Calibri" w:hAnsi="Calibri" w:eastAsia="微软雅黑"/>
          <w:b/>
          <w:sz w:val="22"/>
        </w:rPr>
        <w:t>目的解决的是你为什么干这件事，它解决的是你原动力的问题。</w:t>
      </w:r>
      <w:r>
        <w:rPr>
          <w:rFonts w:ascii="Calibri" w:hAnsi="Calibri" w:eastAsia="微软雅黑"/>
          <w:sz w:val="22"/>
        </w:rPr>
        <w:t xml:space="preserve"> 比如大家学AI，为什么学AI？为什么跟老曹这么费劲地学？而且我讲AI讲得这么深、这么实在，时间还这么长，你们干嘛不去找那种快班——两天，交个一两万块钱让你一夜暴富，那多爽？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我们学AI根本不是为了学AI。学AI只是个方式、方法和过程，甚至只是选项之一。我们的目的干嘛？说得难听点，如果大家伙都很牛，你在社会上的地位很强、你拥有的资源很独特、你的稀缺性也很强，你干嘛非得费劲巴拉地来跟我学AI？我老曹学AI也是这个道理——我才五十岁，我也不想退休，我还想来个第二春，我还想干一番事业，我还想重塑我和这个世界的关系，我想赢得更多的财富、更高的地位——那个才是我的目的。如果我都七老八十了，啥都不想了，我学什么AI？所以尤其像咱们这种人，是为了重新创个业、重新塑造一个价值、重新获得新的财富、重新赢得新的社会地位——这个方向才可能是你的目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为什么我们选择走AI这条路？说句不好听的是无路可走，别的路都不好走。哪条路不卷？太卷了。反而AI原生创业这条路不卷，因为这东西易学难精、是有门槛的，它需要真的深度沉浸、投入精力、集中精力去学、去干，然后用它重新掀起一番事业。它对人的要求很高，不是一般人就能驾驭AI的。所以第一我还想干点啥，第二我也没有更好的选择——AI反而是现在最好的解决方案，所以我选择学习AI、驾驭AI，然后去做AI原生创业。你看，学AI、驾驭它只是个方式、路径、解决方案而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任何行动实际上都是为实现你的最终目的而服务的，它回答的是你为什么要干这件事。还记得我们说干什么事都要有初心吧？初心不就是目的吗？咱别说谁好谁不好，什么高尚什么崇高，咱不那么想，但每个人做任何事情是有动机的。这个动机你到底是爱财，还是为了生计，还是为了体现点啥、创造点啥——每个人想法不一样，没有一定之规，但心里咋想的只有你自己知道。它解决的是你的动力问题。如果你都不知道你想要追求个啥，你哪来的动力？你没有动力，驾驭AI这么难的事儿，你凭什么成功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就像骑马、弹钢琴：有人看人家骑挺帅，我也骑一下子，掉下来之后说拉倒吧我不骑了，没啥意思；小孩看人弹钢琴觉得挺好，自己练两天半累得够呛，哎呀没意思了，不练了。因为动机很浅，所以没有动力，动力就不足。但我真的想成为一个优秀的骑手、真的想成为一个钢琴家，中间任何困难我都能克服，我的动力就很足。创业也一样：你到底为啥创业？你为啥学AI？一定要思考清楚。思考明白了，你才知道你的动力来源，才知道这么难的一件事你能坚持住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一般收学生第一件事是劝退。你一般的诉求不用跟老曹学，市面上有的是培训班，三天两天、五天六天的多了去了，去找他们——因为你动机浅、动力不足，稍微遇到点啥，最后你肯定会放弃。易学难精，你说你放弃了，是我这个教练水平有问题还是你有问题？这玩意说不清楚。所以我不希望一般人来轻易地下决心学AI，因为你根本就不是那样的动机，坚持不住就拿不到结果。目的这个事必须想明白，都想不明白你直接到执行这一段没用，你执行不进去。这就是目的——往大了说就是你的初心。这些东西决定了你的原动力，决定了你的商业模式的设计、盈利模式的设计，也决定了你执行的时候到底能不能有执行力、能不能拿到结果。这是根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五、目标设定：合理且清晰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说目标。目标本质上是为了实现那个目的而设定的不同阶段、不同方面的标准，它是可量化、可验收的。一般人稀里糊涂把目的等同于目标。目的有它的战略意义，但它解决不了执行的问题——光有个想法没有目标，或者想法有了就不设计目标，然后稀里糊涂去干，你一定拿不到结果。所以目标的设计是第一大项，也是最重要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那什么样的目标才是好目标？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第一，要可量化。</w:t>
      </w:r>
      <w:r>
        <w:rPr>
          <w:rFonts w:ascii="Calibri" w:hAnsi="Calibri" w:eastAsia="微软雅黑"/>
          <w:sz w:val="22"/>
        </w:rPr>
        <w:t xml:space="preserve"> 什么叫可量化？我的目的是想成为大富翁、想有钱——这是目的。那你的目标是啥？目标就是你要用多少年、通过什么样的方式实现那个目的。比如我3年赚100万、我3年赚一个亿，这才叫目标。一定要有时间。很多人就说"我要奋斗、我要发财"，然后没了——这等于没说。要发财没毛病，但我三年之内先挣它个100万，再用五年挣它一个亿，这才叫目标。第一要有时间节点，而且是"之内"：我三年之内，哪怕三年最后一天也行；你不能说"三年之后"——那五年也是三年之后，五十年也是三年之后。第二要有量化指标：我用三年时间赚100万，100万就是量化指标。你不能说"我用三年时间赚好多钱"——好多钱？多少叫好多？多少叫很多？不可量化不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有的事没法量化怎么办？比如"我要实现共产主义"，这咋量化？如果你的目标确实不太好量化，一定要做到</w:t>
      </w:r>
      <w:r>
        <w:rPr>
          <w:rFonts w:ascii="Calibri" w:hAnsi="Calibri" w:eastAsia="微软雅黑"/>
          <w:b/>
          <w:sz w:val="22"/>
        </w:rPr>
        <w:t>多角度、多层次去定义</w:t>
      </w:r>
      <w:r>
        <w:rPr>
          <w:rFonts w:ascii="Calibri" w:hAnsi="Calibri" w:eastAsia="微软雅黑"/>
          <w:sz w:val="22"/>
        </w:rPr>
        <w:t>。比如实现共产主义，谁也没实现过，那怎么办？从GDP的经济总量，还是人均GDP，还是人均生活水准（每个月大概花多少钱），还是人的受教育程度，还是人均寿命，还是人均可支配的财产资产，包括社会制度——方方面面，可以定义它、描述它，这是可以的。但你不能就说"我要实现共产主义"完了，那不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为什么非得量化？如果你不量化：第一过程很难控制；第二完事之后不能验收。你设计了一个根本无法验收的目标，实现了还是没实现你自己都不知道——这不就是个稀里糊涂的过程吗？量化实际上是为了过程控制和结果验收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第二，要合理。</w:t>
      </w:r>
      <w:r>
        <w:rPr>
          <w:rFonts w:ascii="Calibri" w:hAnsi="Calibri" w:eastAsia="微软雅黑"/>
          <w:sz w:val="22"/>
        </w:rPr>
        <w:t xml:space="preserve"> 目标很明确了，好用三天的时间爬到月亮上去——明确吧？量化吧？第一有时间，三天三月也行；然后我爬月亮上去，你觉得我能爬上去吗？所谓合理性，是对于你的内外部条件是否能够达成这个目标的合理性。它不代表所有人都达不成，或者所有人都能达成。所以要适合自己特点的目标才是合理的：垫垫脚、蹦蹦高能够得着的，而不是我永远都够不着还设那么个目标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拿这个棚为例：举架两米七，我给你设计个目标——老吴，给你一小时摸到那个棚，前提不准站桌子、不准站凳子、不整个梯子，你觉得能实现吗？实现不了，因为我们没那么高的身高。那姚明过来呢？姚明两米多，一抬手就够着了。也就是说这个目标对他来讲合理，对我们来讲就不合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一般人说话都说"清晰且合理的目标"——错了。真正实操应该是</w:t>
      </w:r>
      <w:r>
        <w:rPr>
          <w:rFonts w:ascii="Calibri" w:hAnsi="Calibri" w:eastAsia="微软雅黑"/>
          <w:b/>
          <w:sz w:val="22"/>
        </w:rPr>
        <w:t>合理且清晰</w:t>
      </w:r>
      <w:r>
        <w:rPr>
          <w:rFonts w:ascii="Calibri" w:hAnsi="Calibri" w:eastAsia="微软雅黑"/>
          <w:sz w:val="22"/>
        </w:rPr>
        <w:t>，合理是第一位的。如果连合理都不合理，你越清晰越错：因为不合理，前面的敌人已经都做好那个口袋了，然后你用三天时间钻了进去——量化、清晰，自投罗网。你觉得合理吗？不合理。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目标设定的第一优先级一定考虑合理性。合理性要做大量的论证、调研，甚至要做测试才能确定，一定要结合当时的场景、当时的内外部条件来确定。合理都没问题了，你再去量化它、各角度去定义它。千万别搞反了。合理且清晰的目标，这是第一位，也是最重要的，这就是输入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六、过程第一步：分解目标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然后是过程。你没有过程就没有结果。有了又合理、又清晰、又可量化的目标了，怎么干？从执行的角度讲，不是上来就干，而是要</w:t>
      </w:r>
      <w:r>
        <w:rPr>
          <w:rFonts w:ascii="Calibri" w:hAnsi="Calibri" w:eastAsia="微软雅黑"/>
          <w:b/>
          <w:sz w:val="22"/>
        </w:rPr>
        <w:t>分解目标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你说我三年之后要实现个什么什么，然后我就干吧，干三年，一年365天，365乘以3，最后那天再去验收、再去管控？我跟你说吧，黄瓜菜都凉了。你不能等到最后一天才去验收、才去管控。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横向分解</w:t>
      </w:r>
      <w:r>
        <w:rPr>
          <w:rFonts w:ascii="Calibri" w:hAnsi="Calibri" w:eastAsia="微软雅黑"/>
          <w:sz w:val="22"/>
        </w:rPr>
        <w:t>：把一个大目标分解成子目标。为什么叫横向？因为一个大目标可能是由不同部分构成的：有的是业务部门负责的，有的是技术部门，有的是生产部门，有的是人事、财务——他们各自有各自的目标，这叫分解。而不是把一个目标整个的放在一起，大家伙干去吧，那就乱套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纵向分解</w:t>
      </w:r>
      <w:r>
        <w:rPr>
          <w:rFonts w:ascii="Calibri" w:hAnsi="Calibri" w:eastAsia="微软雅黑"/>
          <w:sz w:val="22"/>
        </w:rPr>
        <w:t>：按时间来分。我要三年挣100万，那请问：是一年33万？还是最后一天100万？还是哪种合理？还是我要算好每一天挣多少钱？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记住，第一大步要</w:t>
      </w:r>
      <w:r>
        <w:rPr>
          <w:rFonts w:ascii="Calibri" w:hAnsi="Calibri" w:eastAsia="微软雅黑"/>
          <w:b/>
          <w:sz w:val="22"/>
        </w:rPr>
        <w:t>分阶段</w:t>
      </w:r>
      <w:r>
        <w:rPr>
          <w:rFonts w:ascii="Calibri" w:hAnsi="Calibri" w:eastAsia="微软雅黑"/>
          <w:sz w:val="22"/>
        </w:rPr>
        <w:t>。越是重要的事、跨度大的事，越应该先把阶段分好，而不是平均切——不是平均切3年、一年12个月每个月都这么着。因为任何事情是有生命周期的，就像小孩一样：从出生，到婴儿、幼儿、青少年、成年、壮年，然后老年，最后死亡。做事道理一样：有启动期，然后有快速成长期、发展期，然后平台期，然后衰退。任何事物都有生命周期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启动期做事和迅速发展期、平台期做事能一样吗？每个阶段你的重心都不一样，你要解决的主要问题不一样，你的产出不一样，你消耗的成本也不一样。那你要实现的这个大目标要分几个阶段？最起码一定有启动期，启动之后有一个成长期，然后有个平台期，最后一定也会衰退。这个东西看个人风格、企业风格，三阶段也好四阶段也罢都可以，看你们自己的实际情况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启动期干嘛？做0~1。</w:t>
      </w:r>
      <w:r>
        <w:rPr>
          <w:rFonts w:ascii="Calibri" w:hAnsi="Calibri" w:eastAsia="微软雅黑"/>
          <w:sz w:val="22"/>
        </w:rPr>
        <w:t xml:space="preserve"> 记住了，干啥事都一样：你前面的论证、调研、想法、模式都特别好，是不是你一定能干成？不一定。怎么才能干成？先把第一个小闭环跑通，然后再试制、再批量。所以启动期最核心的使命是干一个0~1。启动期如果没成功，你就不要进入第二个阶段。0到1意味着失败、意味着风险，所以启动期你不要投那么多的资金、那么多的人力、那么多的资源——少投点，因为你的使命就是做个0~1。你也不寄希望于启动期就赚33万、赚100万——那怎么可能？启动期你不赔钱就不错了。启动期的使命根本不以赚钱为目的，它以跑通为目的，甚至要赔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启动期0~1跑通了，然后开始复制、往上增长。但复制的时候也不要一下子拉满干，要小规模一点点往上涨。因为从0到1到规模化中间还有好长的路要走。就像我自己做的事业：早期的建设期完事了，现在进入运营期——运营期也不是一上来就风风火火红旗漫天飘，那不现实，运营期还有运营期要做的事。做事都一样，要先做一个小规模的复制，在这个过程之中去摸规律、寻求最优的配置、看有没有问题、需不需要管控措施，等等。都没问题了，进入平台期，或者叫稳定的复制阶段——</w:t>
      </w:r>
      <w:r>
        <w:rPr>
          <w:rFonts w:ascii="Calibri" w:hAnsi="Calibri" w:eastAsia="微软雅黑"/>
          <w:b/>
          <w:sz w:val="22"/>
        </w:rPr>
        <w:t>这个阶段是赚大钱的阶段</w:t>
      </w:r>
      <w:r>
        <w:rPr>
          <w:rFonts w:ascii="Calibri" w:hAnsi="Calibri" w:eastAsia="微软雅黑"/>
          <w:sz w:val="22"/>
        </w:rPr>
        <w:t>，因为你的一切都很成熟，每天就复制呗。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记住：甭管你是多伟大的一个创业，最后一定要变成一个生意，生意的本质就是标准化复制，但标准化是前提。启动阶段解决0~1的问题；成长期解决标准化的问题；平台期解决快速复制和赚钱的问题。其实成长期的时候就已经开始赚钱了，但成长期更多要摸出标准化的解决方案——因为0到1还没有规模化，成长期你就得把这些东西摸出来：业务怎么扩张、宣传怎么做、过程怎么管控、人员团队怎么搭建等等，你得摸出一套相对标准化的模式。到了快速增长期、平台期，使命就是基于标准化解决方案疯狂地去复制，然后疯狂地赚钱。到第三阶段才可能大规模赚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任何一个项目都会逐渐往下走。记住：作为老板，你不能等着项目都往下走了才想下一步咋整，那时候就晚了。一般在快速赚钱、批量赚钱的时期，你就应该考虑我下一步怎么办、怎么转型。一旦进入衰退期，你就可以让团队收口了，关闭了，一个项目就结束了。你是老板，你就应该提前去规划下一步该怎么办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叫阶段。一定要设阶段——创业不是三天两天的事，也不是一年半年的事。我老曹做AI原生创业，给全国的AI原生创业者搭建AI原生的基础设施，给我自己定了多长时间？20年。就这20年还让我媳妇把我损一通，说现在的伟大创业者都得干到九十岁、九十多岁，20年真少了。但对于我个人来讲，就在AI原生创业这个角度讲，我要能干20年——你想想我大概能做到什么样的成就？这20年我要怎么分、分多少阶段？大家一定要这么想。往小的说，你这个事没那么长，没有十年八年，你也要分步骤吧？也不是一下子一步到位吧？到不了位。所以阶段和步骤很重要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阶段怎么分取决于你是谁。</w:t>
      </w:r>
      <w:r>
        <w:rPr>
          <w:rFonts w:ascii="Calibri" w:hAnsi="Calibri" w:eastAsia="微软雅黑"/>
          <w:sz w:val="22"/>
        </w:rPr>
        <w:t xml:space="preserve"> 你是老板，你千万记住，你不是打工的。怎么分取决于在决策角度你的角色权重。你是老板，是最高决策者，一定要分大的阶段——阶段跨度大，你甚至要按几年去设。你看国家都有五年规划。你要负责大的阶段和大的规划，比如三年还是五年。如果你是个高管，在老板的要求、指导之下，至少要做到年——你看一般的高管做年初的规划、年终的总结、要述职，至少要1年。执行层面可能就到季度、到月。如果你是个基层员工，甚至得按天——我们刚出道的时候真的要填日志的：每天干了啥、怎么样、取得什么成绩、遇到什么问题，得有日志，然后得有周报。为啥要写那么细？不为啥，因为你是打工的，你就是个执行层的小员工，当然得写那么细。那我是老板，我也写那么细吗？老板就没必要了。老板更多的是站在宏观层面上，从执行角度讲你要从下往上去制定更详细的计划，这没毛病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按时间轴分了阶段和步骤。阶段设计完了，阶段里头又有阶段的目标——每一个阶段、每一个步骤都要有这个阶段里的目标。而不是说我反正三年想挣100万，最后一天看我实没实现100万，前几年都赔无所谓，最后一天赚了100万不就得了吗？你要这么想，你大概率会失败。甭管你几个阶段，每个阶段不管站在钱的角度还是事的角度，都应该设一个合理且清晰的阶段目标，然后在这个阶段坚定不移地实现这个目标。你不能说反正我设了，稀里糊涂整吧，没时间拉倒吧以后再说——那完了。每个阶段目标必须合理、必须清晰，然后必须拿到结果。要不然你设定那个目标没有用。你每个阶段目标都成了，你最后的目标肯定成；你每个阶段都没有目标或者稀里糊涂，然后指望最后一天拿结果，那怎么可能？所以每个阶段都要有目标，同时要拿到结果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当然正常情况下没有严丝合缝的，不太现实。比如这个阶段确实差了一点，怎么办？你一定要复盘，找到原因：为什么这阶段目标没实现？要不就是这阶段你设定目标的时候就设高了；要么是过程之中管控出了问题；还是什么问题？然后总结经验教训，在下一个阶段必须补回来，听懂了吗？而不是随意再去调整下一个阶段的目标——"反正上个月没实现，那得把下一阶段改改"——你改吧，你一直得改到最后。不能轻易去改下个阶段的目标，你只能在下阶段目标基础上，把上一目标没实现的搂回来，那就得更加好好地去干、好好地去管控、查缺补漏、付出更多努力。如果你连续几个阶段都是这个问题，那你最开始的大方针、大策略可能就已经有问题了——那就属于战略调整、战术调整层面，那个在专题说。总之每个阶段尽量拿到目标、拿到结果，实在拿不到的一定要总结经验教训，在下一个阶段把它拿到。你不能每次都争取、每次都拿不到，那你这个人不行，没有执行力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每个阶段里面又要细化到每一年、每个季度、每一月甚至每一天——当然它不是由你一个人构成的，需要团队配合，需要分工协作地细化。这是目标。然后基于你不同的选择、不同的路径、不同的阶段，你会发现你所需要的资源配置是不一样的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七、路径选择：爬山陡坡与缓坡</w:t>
      </w:r>
    </w:p>
    <w:p>
      <w:pPr>
        <w:spacing w:after="120"/>
      </w:pPr>
      <w:r>
        <w:rPr>
          <w:rFonts w:ascii="Calibri" w:hAnsi="Calibri" w:eastAsia="微软雅黑"/>
          <w:sz w:val="22"/>
        </w:rPr>
        <w:t>这里补一个重要的事：</w:t>
      </w:r>
      <w:r>
        <w:rPr>
          <w:rFonts w:ascii="Calibri" w:hAnsi="Calibri" w:eastAsia="微软雅黑"/>
          <w:b/>
          <w:sz w:val="22"/>
        </w:rPr>
        <w:t>路径的选择</w:t>
      </w:r>
      <w:r>
        <w:rPr>
          <w:rFonts w:ascii="Calibri" w:hAnsi="Calibri" w:eastAsia="微软雅黑"/>
          <w:sz w:val="22"/>
        </w:rPr>
        <w:t>。为了实现一个总的目标，你所选择的路径可能是不一样的。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拿爬山为例：你的目标是爬到山顶，你的目的是组织全员去爬山、增加大家的感情、提升凝聚力——本质上是个团建活动。目的（团队文化、战斗力）是它，形式（爬山）是它。好，设定好了：三个小时爬到山顶，这是不是很量化、也相对合理的目标？那然后呢？怎么爬？就爬吧？不是的。一般的山都是个锥形，锥体啥意思？可能有好几条道都能爬到山顶：你从东面爬也行，从西面爬也行，从这侧爬也行，从那侧爬也行。创业也一样，谁说创业必须是一模一样的？你可以走研发路线，有的走销售路线，有的走科研生产一体，有的啥也不干做外贸行不行？做培训行不行？都可以。为了实现你的目的，其实你有不同的方式方法、不同的方向、不同的路径，没有一定之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你会发现一个问题：当你选择了不同的路径，你所需要设定的步骤、资源、配置是不一样的。比如爬山那个比较陡的坡，可能消耗的时间就短——我不用三个小时，两个小时就能爬上去——但是它对体力的要求可能就高，你得身体强壮，要不然太陡了你爬不上去；体力消耗大、对能力要求高，但对吃的喝的要求就少——一共就俩小时，你不需要带那么多的水；但它对安全防护的装备要求就高，因为它有风险，你得带安全保护措施甚至应急的东西。那个缓坡消耗的时间就长——说三个小时，可能真的得用三个小时甚至三个半小时——但它对体力的消耗就小，年老一点的、体弱一点的、能力差一点的你就走缓坡；但时间长，你可能喝的水就多，带的干粮、面包、火腿肠就得多点；它比较安全，就不需要那些应急的东西、防护装备，可以带得少一点。是不是这个道理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创业一样：你选的方向不一样，需要的资源配置、人力能力要求就不一样。你得自己去琢磨你到底选了什么样的路，然后去做资源优化配置——用最合适的资源去拿到最后的结果。大家的能力不一样、特质、资源都不一样，你一定要找到自己的那条路，找到自己所需要的资源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我自己：第一，我岁数大了，出去像年轻时那样跟人家喝酒、天天晚上唱歌，我拼身体都拼不了——毕竟五十来岁的人了，你就不要去拼身体了。那我就选了一个应酬少一点的方式。第二个，我二次创业，我有啥？我有经验。我第一次创业都上市了、都拿到结果了，我能不能把那些经验在这个事上转化一下、用上？你得琢磨，而不是说我把历史全都扔了，我完全一个小白——你傻呀？你原来的经验、原来的人脉、原来实现的资金，甚至以前的有些市场资源，你能不能拿来用一用？你要找到自己最合适的那条路，然后基于这条路给自己做最优的资源配置、性价比最高的资源配置，而不是说我干啥事都是一套资源——那没用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当然了，在AI时代——这又要单独强调AI了——</w:t>
      </w:r>
      <w:r>
        <w:rPr>
          <w:rFonts w:ascii="Calibri" w:hAnsi="Calibri" w:eastAsia="微软雅黑"/>
          <w:b/>
          <w:sz w:val="22"/>
        </w:rPr>
        <w:t>这个时代最大的资源是AI，最好的团队是你和AI</w:t>
      </w:r>
      <w:r>
        <w:rPr>
          <w:rFonts w:ascii="Calibri" w:hAnsi="Calibri" w:eastAsia="微软雅黑"/>
          <w:sz w:val="22"/>
        </w:rPr>
        <w:t>。你需要投入最大的资源是你的精力、你的心力、你的愿力、你学习的能力，而不是你原来有多少钱、有多少人脉。那些东西没有用，没办法帮你快速驾驭AI、撬动新的生产力、拿到新的结果。像我以前做军工的，成天玩关系营销，一天喝四顿酒，成天跟这些客户混——那个东西在新的时代没用了，对我没用。对我最有用的是啥？第一我看清了AI的趋势，它对我们的未来有多么大的影响；然后我全身心投入，集中有限的精力去打歼灭战——我用了半年的时间驾驭了AI。所以在这个时代，你最需要投入的是你个人，你这个人是最大的资源；最好的团队就是你和AI的协作，它已经超越了人和人之间的团队协作。而不是再去想我再找找关系、找人脉、参加点酒局——不好意思，那个时代翻篇了。这是资源优化配置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八、过程管控：做自己的监理</w:t>
      </w:r>
    </w:p>
    <w:p>
      <w:pPr>
        <w:spacing w:after="120"/>
      </w:pPr>
      <w:r>
        <w:rPr>
          <w:rFonts w:ascii="Calibri" w:hAnsi="Calibri" w:eastAsia="微软雅黑"/>
          <w:sz w:val="22"/>
        </w:rPr>
        <w:t>路径也没问题、阶段设计得也好、目标也很合理、资源优化配置也很合理，你就一定能成功吗？最后一条：</w:t>
      </w:r>
      <w:r>
        <w:rPr>
          <w:rFonts w:ascii="Calibri" w:hAnsi="Calibri" w:eastAsia="微软雅黑"/>
          <w:b/>
          <w:sz w:val="22"/>
        </w:rPr>
        <w:t>过程管控</w:t>
      </w:r>
      <w:r>
        <w:rPr>
          <w:rFonts w:ascii="Calibri" w:hAnsi="Calibri" w:eastAsia="微软雅黑"/>
          <w:sz w:val="22"/>
        </w:rPr>
        <w:t>。这个太重要了。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简单来讲，任何一个工程类的项目是不是都有监理？你盖个房子或者搞个土建类施工，人家甲方都有监理——专门有监理公司。他在干嘛？其实就是在做过程管控：确保你干的每一个部分、每一段，质量要达标——阶段性的、部分的目标要达成、要合格，然后才能往下走。这一步没达标你就往下整？不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监理一般都是甲方派出来的，站在甲方角度讲其实就是在做风控——要不然一个活干完了，过程不可再现，中间出了问题到最后怎么办？从咱们这方角度讲道理一样：</w:t>
      </w:r>
      <w:r>
        <w:rPr>
          <w:rFonts w:ascii="Calibri" w:hAnsi="Calibri" w:eastAsia="微软雅黑"/>
          <w:b/>
          <w:sz w:val="22"/>
        </w:rPr>
        <w:t>我们要做自己的风控，做自己的监理</w:t>
      </w:r>
      <w:r>
        <w:rPr>
          <w:rFonts w:ascii="Calibri" w:hAnsi="Calibri" w:eastAsia="微软雅黑"/>
          <w:sz w:val="22"/>
        </w:rPr>
        <w:t>。你看我们用AI去做项目，为啥从验收的角度讲我们要有三验制、甚至五验制，甚至有各个方向、各个阶段的各种联合验收，甚至要请外部AI做外部审计？在干嘛？不就是为了确保每一个部分、每一个阶段都没问题吗？这些都合格了，你最终的成果大概率就没有问题。你如果中间不是这有窟窿就是那有bug，然后你说都完事了我一块修吧——不好意思，你补了这个窟窿，那块墙就塌了；你修了这个bug，别的地方又出bug，你修不过来。因为你整个过程都是有问题的。所以过程管控，甭管AI时代还是传统行业，非常重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这些都没问题了，你会发现拿到结果是个自然而然的事，叫而成。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九、万有因缘和合而成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最后总结成一个公式：</w:t>
      </w:r>
      <w:r>
        <w:rPr>
          <w:rFonts w:ascii="Calibri" w:hAnsi="Calibri" w:eastAsia="微软雅黑"/>
          <w:b/>
          <w:sz w:val="22"/>
        </w:rPr>
        <w:t>万有因缘和合而成</w:t>
      </w:r>
      <w:r>
        <w:rPr>
          <w:rFonts w:ascii="Calibri" w:hAnsi="Calibri" w:eastAsia="微软雅黑"/>
          <w:sz w:val="22"/>
        </w:rPr>
        <w:t>。做任何事情都是这个公式：大到你要创建一个伟大的事业、实现你的抱负野心，小到我们做个项目，都一样。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万有是啥？万有就是合理且细化的清晰的目标的设定——你到底要干个啥事，你要清楚。因缘是啥？因缘就是各种内部的、外部的条件。和合是啥？和合就是高效的执行和过程的管控。然后叫而成。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前面该有的没有、该做的不做、该到位的不到位，你还想而成？那怎么可能。没有那个"而"，成功就变成了概率——你是在拼概率。从规律的角度讲，从必然性的角度讲，大概率会失败，甚至你的失败是个必然；但如果前面这些都没问题，成功是个必然，失败反而变成了偶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咱就说盖楼：你看谁把楼盖塌了？人家正儿八经的建筑公司，盖哪个楼都没问题，有点小毛病小瑕疵正常，但你没看谁盖盖就把楼盖塌了的，是不是很少？国家那些重点大型项目都非常艰难，但人家大概率都能成。咱们开个小破公司还开得这么难，为啥？就因为你做这些事都做得不好，所以成功变成了偶然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十、验收：外部AI审计是必须项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后一步实际上就是验收。为什么前面特别强调目标一定要量化、实在没法量化也要多角度定义它、描述它、规定它？就是为了能过程管控、能最终验收——要不然你都不知道到底赚没赚那100万。你说我要用三年发财——啥叫发财？发多少财叫发财？人不同年代想法都不一样：有人说挣1万块钱，哎呀我发财了；有人说500万还算个钱吗，我也没发财。你光定性的说，没法验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验收怎么验？我们用AI去开发项目，又得自验，又得别人来验，又得各部门联合验，又得不同阶段验，还有一条：</w:t>
      </w:r>
      <w:r>
        <w:rPr>
          <w:rFonts w:ascii="Calibri" w:hAnsi="Calibri" w:eastAsia="微软雅黑"/>
          <w:b/>
          <w:sz w:val="22"/>
        </w:rPr>
        <w:t>一定要有外部AI来验</w:t>
      </w:r>
      <w:r>
        <w:rPr>
          <w:rFonts w:ascii="Calibri" w:hAnsi="Calibri" w:eastAsia="微软雅黑"/>
          <w:sz w:val="22"/>
        </w:rPr>
        <w:t>——这个特别重要，但这个阶段一定是上线之后的事。你不能说你写源代码呢，让外部AI来验你的源代码，这个风险太大。比如你上线了，没有大面积应用之前，我们甚至可以弄出一个实验环境，然后邀请外部AI友军来做外部审计——因为他们能够模仿人类，更能代表纯的AI，用来体验你的产品，看你的功能、性能等等。现在工具都很发达，Workbuddy、百度搭子、豆包工作，类似的工具很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因为AI时代你做的东西记住：</w:t>
      </w:r>
      <w:r>
        <w:rPr>
          <w:rFonts w:ascii="Calibri" w:hAnsi="Calibri" w:eastAsia="微软雅黑"/>
          <w:b/>
          <w:sz w:val="22"/>
        </w:rPr>
        <w:t>第一读者是AI，不是人类</w:t>
      </w:r>
      <w:r>
        <w:rPr>
          <w:rFonts w:ascii="Calibri" w:hAnsi="Calibri" w:eastAsia="微软雅黑"/>
          <w:sz w:val="22"/>
        </w:rPr>
        <w:t>。所以你用人的方式去验收是有局限的，必须用AI。AI真的是无孔不入，AI要求严格，几乎没有容错率，特别较真。所以最后一定要请外部AI来做审计——这个别想了，是必须项。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但最终验收的前提是过程验收、过程把控：每一部分、每一板块、每一阶段完事了一定要做那个阶段的验收——合格还是没合格？没合格就重修重整。而不是说你到最后了才终验，那个不行。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就是一个总的轮廓。记不住你就去理解：万有因缘和合而成。我之前给你们讲过万有、因缘每一个字是啥意思，它就是执行一件事的公式。要充分认识、了解、学透一件事、一个项目，我们用的是纵横深透认知模型；要想把一个事干好、拿结果，就是万有因缘和合而成——按照现在人的语言，就是本质加第一性原理等于成功。按照工程的角度讲，就是输入、过程和输出；按照我们刚才的说法：合理且清晰的目标设定，目标分解，路径的选择，阶段和步骤的设置，资源的优化配置，严谨的过程管控、过程验收，再加上最终的终验。这个活甭管干嘛——往大了说创业，往小了说干个项目——本质上是一样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特殊强调一点：AI时代你不能完全用老的思路、老的方式去干这个时代的事儿，效率太低了。一定要善用AI——驾驭AI是在方方面面的，而不是说这活自己干，最后让AI干活就得了，那你不就把AI当工具了吗？甭管是目标设定这块，还是过程，还是验收，方方面面，一定要把你的AI联合创始人充分用好。比如我也不知道这个目标合理还是不合理——你跟AI研究啊，你俩商量啊，根据你俩的实际情况去分解、去研究。资源优化配置这块，其实最好的资源就是你跟AI的协同——</w:t>
      </w:r>
      <w:r>
        <w:rPr>
          <w:rFonts w:ascii="Calibri" w:hAnsi="Calibri" w:eastAsia="微软雅黑"/>
          <w:b/>
          <w:sz w:val="22"/>
        </w:rPr>
        <w:t>协同能力才是这个时代最宝贵的资源，甚至它非常稀缺</w:t>
      </w:r>
      <w:r>
        <w:rPr>
          <w:rFonts w:ascii="Calibri" w:hAnsi="Calibri" w:eastAsia="微软雅黑"/>
          <w:sz w:val="22"/>
        </w:rPr>
        <w:t>。别的都不稀缺，别的乱七八糟资源对你来讲都过剩；你能够驾驭AI、你和AI能够形成这种协同的能力、协同的默契，这才是最宝贵甚至最稀缺的资源。那你拿啥换呢？多用点心、多投点精力、多花点时间，这没坏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验收也一样，用AI：自己家的AI——联合验收非常重要，一定要多种AI站在自己的角度、各自的角度去验。最后一条就是一定要找外部AI。外部AI的成本也非常低，一个月几十块钱就够了。外部AI干不了太多活，你们记住，它能帮你找毛病、帮你验、找找问题；然后咱自己的AI去干活。你不要随便让外部AI去干活，引狼入室可不行。外部AI一定是等你这个东西上线之后再请；在开发过程之中让它直接读你的源代码，风险有点大。再一个，外部的这些工具类AI能力太弱——Workbuddy、豆包工作，你别看它们看上去还行，从开发角度讲啥也不是，但它们可以去挖问题、提思路，这个没毛病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十一、预告与答疑：财务模型</w:t>
      </w:r>
    </w:p>
    <w:p>
      <w:pPr>
        <w:spacing w:after="120"/>
      </w:pPr>
      <w:r>
        <w:rPr>
          <w:rFonts w:ascii="Calibri" w:hAnsi="Calibri" w:eastAsia="微软雅黑"/>
          <w:sz w:val="22"/>
        </w:rPr>
        <w:t>一个AI创业项目，从立项、从PRD等等，一直说到了商业计划书，一个部分一个部分，其实我都说完了。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明天讲啥？讲</w:t>
      </w:r>
      <w:r>
        <w:rPr>
          <w:rFonts w:ascii="Calibri" w:hAnsi="Calibri" w:eastAsia="微软雅黑"/>
          <w:b/>
          <w:sz w:val="22"/>
        </w:rPr>
        <w:t>财务模型</w:t>
      </w:r>
      <w:r>
        <w:rPr>
          <w:rFonts w:ascii="Calibri" w:hAnsi="Calibri" w:eastAsia="微软雅黑"/>
          <w:sz w:val="22"/>
        </w:rPr>
        <w:t>。商业计划书里边，站在融资的角度讲它是有个财务模型的。明天我不讲融资，更多讲财务模型的基本原理。财务模型本质上讲是</w:t>
      </w:r>
      <w:r>
        <w:rPr>
          <w:rFonts w:ascii="Calibri" w:hAnsi="Calibri" w:eastAsia="微软雅黑"/>
          <w:b/>
          <w:sz w:val="22"/>
        </w:rPr>
        <w:t>业务规划的财务化体现</w:t>
      </w:r>
      <w:r>
        <w:rPr>
          <w:rFonts w:ascii="Calibri" w:hAnsi="Calibri" w:eastAsia="微软雅黑"/>
          <w:sz w:val="22"/>
        </w:rPr>
        <w:t>。为啥单独讲这块？因为我们一般老板善于用语言去定性描述：我未来怎么想、我分了几步、每个阶段什么目标、过程管控——但它不严谨、也不具体。我们是创业，创业最后是不是要挣钱？所以财务的角度是非常重要的角度：我每一步实际上都可以用损益表的方式来细化。比如哪怕你启动期收入就是0，没毛病，但是你会投入很大的成本费用、很大的研发费用——最后的利润就是负数，这是肯定的。但就算这样也要有：它要管你——你真的按要求去规划预算了吗？还是随心所欲地花钱？是不是要管？包括你开始进入成长期了，它也要一点点去摸：形成收入了，有收入就一定有成本，成本后面就有费用、有税金。你连基本的财务知识都没有，你还说三年之后赚100万？纯不靠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</w:t>
      </w:r>
      <w:r>
        <w:rPr>
          <w:rFonts w:ascii="Calibri" w:hAnsi="Calibri" w:eastAsia="微软雅黑"/>
          <w:b/>
          <w:sz w:val="22"/>
        </w:rPr>
        <w:t>最有效的一个过程管控工具是财务模型</w:t>
      </w:r>
      <w:r>
        <w:rPr>
          <w:rFonts w:ascii="Calibri" w:hAnsi="Calibri" w:eastAsia="微软雅黑"/>
          <w:sz w:val="22"/>
        </w:rPr>
        <w:t>：每一段去对，过程中再去优化、去调整。对一个老板来讲，必须掌握三张表——三张表能够掌控一家集团：损益表、现金流量表、资产负债表。以后慢慢给你讲别的，明天我只给你们讲损益表，用损益表来做财务模型，你才知道怎么去设计你的业务、你的业务怎么才能跟财务咬合。要不然就是反正我方案做了、目标也做了，为什么很多方案干着干着就干偏了、走样了？因为你没有财务手段、没有财务模型，很多事就流于形式。</w:t>
      </w:r>
    </w:p>
    <w:p>
      <w:pPr>
        <w:spacing w:after="120"/>
      </w:pPr>
      <w:r>
        <w:rPr>
          <w:rFonts w:ascii="Calibri" w:hAnsi="Calibri" w:eastAsia="微软雅黑"/>
          <w:sz w:val="22"/>
        </w:rPr>
        <w:t>（学员问：三张表是利润表、资产负债表、现金流量表？）对，现金流量表是解决现金的收和支。以后有机会我再给你们讲这三张表是啥关系，每张表所表达的本质是不一样的。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输出</w:t>
      </w:r>
      <w:r>
        <w:rPr>
          <w:rFonts w:ascii="Calibri" w:hAnsi="Calibri" w:eastAsia="微软雅黑"/>
          <w:sz w:val="22"/>
        </w:rPr>
        <w:t>就是最终验收，是最终的成果：你有目的、有目标，你的目标实现没实现？你不得有个结果吗？我要挣100万，结果就是你挣了100万，达成目标了。你挣了81万、80万、99万，都算没完成——这叫结果。大于等于100万就算完成，小于100万就算没完成。只是为了保障这个结果，中间要有各种过程。那100万你是不是得查查是不是100万？对账，确实是100，超过100了，就算完成。只是说钱这个东西比较好查、好数、好算；有些东西不是以金额来算的，可能有别的方式方法，甚至要用到工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（学员问：外部AI审计阶段用豆包工作或者Workbuddy是否可以？还是新建agent？）那不是所谓的外部AI。我们说的大部分就是真的是纯外部，不是自己开发的。为什么要用纯外部？因为纯外部跟你没有共同的利益，也没有你原来的记忆，没有在你这个项目上固化的东西，它容易站在一个外部视角，相对客观，甚至比较过分地来验收。自己的AI是有讨好型人格的倾向——它会顺着你说，像人似的：你自己家员工和别人家员工能一样吗？所以说尽量用外部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好了，各位同学、线上的朋友们，咱们今天就到这样，拜拜。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