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每日一课·第⑬讲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《AI时代创业能力：谋人能力（谋AI）、主动性、行动力》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主讲：曹勇波｜开课日期：2026-10-06｜课程类型：现役课程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AI时代创业能力：谋人能力（谋AI）、主动性、行动力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开场</w:t>
      </w:r>
    </w:p>
    <w:p>
      <w:pPr>
        <w:spacing w:after="120"/>
      </w:pPr>
      <w:r>
        <w:rPr>
          <w:rFonts w:ascii="Calibri" w:hAnsi="Calibri" w:eastAsia="微软雅黑"/>
          <w:sz w:val="22"/>
        </w:rPr>
        <w:t>来，开始了啊，同学们。现上的同学们，咱们正式开始了，有课程ID的，就让你们的AI一块来听。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咱们继续讲。在AI的时代，一个创业者应该具备哪些具体的能力？创业这个东西是实战性非常强的，你光懂点大道理没有用，最后实际上还是要用显化的能力来解决具体的问题，所以必须要有实战的能力。前两天已经讲了一些了，今天继续讲，讲下一个能力：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一、谋的能力：谋己、谋人、谋事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谋的三层含义：了解、分辨、驱动</w:t>
      </w:r>
    </w:p>
    <w:p>
      <w:pPr>
        <w:spacing w:after="120"/>
      </w:pPr>
      <w:r>
        <w:rPr>
          <w:rFonts w:ascii="Calibri" w:hAnsi="Calibri" w:eastAsia="微软雅黑"/>
          <w:sz w:val="22"/>
        </w:rPr>
        <w:t>谋人、谋事，都是谋。参谋也是谋，谋划也是谋，琢磨、寻思、研究、策划，实际上都叫谋。谋的范围有啥？大家注意听几个词：</w:t>
      </w:r>
      <w:r>
        <w:rPr>
          <w:rFonts w:ascii="Calibri" w:hAnsi="Calibri" w:eastAsia="微软雅黑"/>
          <w:b/>
          <w:sz w:val="22"/>
        </w:rPr>
        <w:t>谋己、谋人、谋事，谋兵、谋国、谋天下</w:t>
      </w:r>
      <w:r>
        <w:rPr>
          <w:rFonts w:ascii="Calibri" w:hAnsi="Calibri" w:eastAsia="微软雅黑"/>
          <w:sz w:val="22"/>
        </w:rPr>
        <w:t>——听过吗？一般人说谋己谋人谋事就不错了，没有深入到谋兵、谋国、谋天下。所以这个谋实际上是分层次的。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谋是啥意思？第一层意思是</w:t>
      </w:r>
      <w:r>
        <w:rPr>
          <w:rFonts w:ascii="Calibri" w:hAnsi="Calibri" w:eastAsia="微软雅黑"/>
          <w:b/>
          <w:sz w:val="22"/>
        </w:rPr>
        <w:t>了解</w:t>
      </w:r>
      <w:r>
        <w:rPr>
          <w:rFonts w:ascii="Calibri" w:hAnsi="Calibri" w:eastAsia="微软雅黑"/>
          <w:sz w:val="22"/>
        </w:rPr>
        <w:t>——你了解你自己吗？第二，你知道你适合干啥吗？在了解自己的情况下还能分辨，这也是谋。第三，你有内驱力吗？你能驱动你自己吗？能为我所用吗？不管你谋啥，最后能够为你所用，这才是根本。我不是为了认识你而认识你，也不是为了分辨你，实际上是为了</w:t>
      </w:r>
      <w:r>
        <w:rPr>
          <w:rFonts w:ascii="Calibri" w:hAnsi="Calibri" w:eastAsia="微软雅黑"/>
          <w:b/>
          <w:sz w:val="22"/>
        </w:rPr>
        <w:t>用</w:t>
      </w:r>
      <w:r>
        <w:rPr>
          <w:rFonts w:ascii="Calibri" w:hAnsi="Calibri" w:eastAsia="微软雅黑"/>
          <w:sz w:val="22"/>
        </w:rPr>
        <w:t>你——包括用自己都一样。所以谋不光是一个了解的过程：既得了解，又得分辨，还得驱动，这才是谋。一般人一说谋个啥，就好像就是简简单单琢磨琢磨——那也是一个方面，但只是一个层次而已。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谋己：一切的前提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第一个大的阶段就是谋己，谋自己。你都不用说谋别人，你就谋自己，都谋不明白。一般人不了解自己：你具备什么样的能力，你知道吗？给自己用一个相对科学的体系评估过吗？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为啥最近这两天让你们的AI用一个模型去采访你们，最后要生成一个10万字以上的自传，还要生成向量化的数据库？有一些是我的考量，还有一个问题：你得让你的AI重新去评估你。每个人千差万别，长短板不一样；甚至你有的能力可能挺好，有的可能还需要进一步提升，但有的时候人就是这样的，你未必真正了解自己。当AI跟你相处一段时间之后，它就会感觉到你是这样的。当我把这套体系——基础能力也好、思维方式也好、甚至三观也好——全都教会了你的AI，你的AI就会用这些体系来评估你：你哪块做得挺好，哪块还需要进一步提升。关键时候他会替你把关的，能理解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说谋己你都不行，你都不知道你是什么样的人、你真正想要什么、有没有理想、有个什么理想——大部分人都是稀里糊涂的。你都不知道你该干啥，是该往东还是往西；做事的时候应该找个什么样的合伙人、你适合做哪一个角色，等等等等，你都不会，都是一个稀里糊涂的状态。所以记住了：</w:t>
      </w:r>
      <w:r>
        <w:rPr>
          <w:rFonts w:ascii="Calibri" w:hAnsi="Calibri" w:eastAsia="微软雅黑"/>
          <w:b/>
          <w:sz w:val="22"/>
        </w:rPr>
        <w:t>甭管你干什么、干了多大的事，谋己是一切的前提。</w:t>
      </w:r>
      <w:r>
        <w:rPr>
          <w:rFonts w:ascii="Calibri" w:hAnsi="Calibri" w:eastAsia="微软雅黑"/>
          <w:sz w:val="22"/>
        </w:rPr>
        <w:t>咱们十一假期安排你们让AI采访你、聊这么多天，实际上是在帮你复盘你的前半生，其实就是在谋己。谋己都谋不明白，后面的事基本上都不成立；谋己不清，你谋人更白扯。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谋人三阶段：识人、鉴人、用人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叫谋人。这个"人"指的是别人——一个是自己，一个是外人，向外谋。对于我们创业者来讲，你在谋啥？主要是谋你的合作伙伴：可能是你的资源方、你的股东、你的联合创始人，总之第一层次就是和你平级的这些合作伙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的人谋人很简单：一面之缘，简单的看一看聊一聊，马上就下了决定。也有的人：都想挣钱嘛，都是老板，因为某一件事、某一个项目能挣着钱，短期就形成了某种共同的目标，然后就在一块干了。也有的人叫日久见人心：很小心，通过很长时间、在各种各样的事上逐渐加深对这个人的了解，再谨慎地做决策——我是该合作呀，还是不合作呀，还是如何合作呀，合作到什么程度。前者可能合作得挺快，但是你可能就埋下了隐患，到最后往往都是不欢而散：钱没挣着，哥们也不是哥们了。很多人都这样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了解人一般都很肤浅</w:t>
      </w:r>
      <w:r>
        <w:rPr>
          <w:rFonts w:ascii="Calibri" w:hAnsi="Calibri" w:eastAsia="微软雅黑"/>
          <w:sz w:val="22"/>
        </w:rPr>
        <w:t>：要么仅凭表面，要么只凭某一个层次或某一个角度就很片面，要么深度不够。那到底该如何真正了解一个人？告诉大家一个基本原则：日久见人心不是不可以，但它的成本是啥？成本是日久，需要大量的时间成本。我们创业需要了解的人、需要谋的人太多了，每个人都用好几年，这时间成本太大了。能不能快一点？实际上这块是可以设计的：</w:t>
      </w:r>
      <w:r>
        <w:rPr>
          <w:rFonts w:ascii="Calibri" w:hAnsi="Calibri" w:eastAsia="微软雅黑"/>
          <w:b/>
          <w:sz w:val="22"/>
        </w:rPr>
        <w:t>你设计一些场景、事件，然后去测试一个人。只要不违规违法、只要不太过分，你就可以。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人在几种状态下容易展示本性：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喝酒</w:t>
      </w:r>
      <w:r>
        <w:rPr>
          <w:rFonts w:ascii="Calibri" w:hAnsi="Calibri" w:eastAsia="微软雅黑"/>
          <w:sz w:val="22"/>
        </w:rPr>
        <w:t>。一般人喝多了容易暴露本性。所以商人也好、官员也罢、还是书生也好，经常说"酒品见人品"。有的人喝完酒胡作胡闹，有的人就睡大觉，有的人摔东西，有的人发牢骚抱怨——这些表象上都展示了一个人的内心世界，有的人就酒后失德，什么样的人都有。也有的人喝多了也能控制住，甚至根本不会让自己喝多。你想了解一个人，你就不妨跟他喝顿酒，在酒局上你可以了解他很多方面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小利</w:t>
      </w:r>
      <w:r>
        <w:rPr>
          <w:rFonts w:ascii="Calibri" w:hAnsi="Calibri" w:eastAsia="微软雅黑"/>
          <w:sz w:val="22"/>
        </w:rPr>
        <w:t>。比较爱贪小便宜的，这种人一般大局观就不太大，干啥事都愿意往自己身上划拉。但这种事平时展示不出来，怎么弄出来？比如平常吃饭：哥几个吃饭去了，谁买单？正常情况下凭自觉——这几天都是哥们买单了，那不能老让哥们请我呀，时不时的我也买个单。不是说谁必须得花钱多，大家伙都是平等的，不能老盯着让一个人请客。像老董似的，动不动就请我，我当然开心了，但你不能老请我呀，你也给我点机会，我又不是那么贪便宜的人。在这个环节上你是能看出来的：有的人争着抢着去买单；有的人一看买单就往后撤了，或者假装一下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担当</w:t>
      </w:r>
      <w:r>
        <w:rPr>
          <w:rFonts w:ascii="Calibri" w:hAnsi="Calibri" w:eastAsia="微软雅黑"/>
          <w:sz w:val="22"/>
        </w:rPr>
        <w:t>。在公司里没啥事的时候大家心态都很好，都愿意听好话，你一表扬谁，这家伙乐得够呛。那你怎么测试他心胸大不大、有没有全局观、有没有格局？你可以故意地——故意的、小小的冤枉他一下。比如出了啥事其实不是他的责任，你就有意无意地往他身上整，说"这可能是你的责任呢"，你看他愿不愿意承担。如果连个屁大的事都不愿意承担还在那掰扯，这种人没有格局、没有担当，他平常说得再有用没用。真正的如果想了解一个人，你真的得上心，就像两个人处对象似的，一处处好多年——不就是相互了解吗？只是处对象的时候没有这么算计。我们是在创业，了解人是必要的，不是算计你，但是用很集中的场景或一些方式方法，能够快速地了解一个人，该合作就合作，不该合作的好聚好散，没必要了解一个人了解十年。只要不违规不违法、只要别太过分，其实啥招都可以用。甚至你可以去见见他的家人、同学、朋友——你请他家人吃饭，观察他和家人的关系怎么样；甚至观察他对陌生人的态度，比如他对服务员、对他不如他的人是什么态度。了解一个人是方方面面的，方式方法多种多样，最忌讳的就是只看表面——人为了某个利益在你面前装得老好了，太肤浅。基于这么一个深度去了解一个人才有可能相对了解，就算这样也要在日后的合作中、在很多小事上去了解，以小见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阶段是“鉴人”，大部分谋人只限于此：我了解你了，咱俩就合作吧。我告诉你，同学之间、朋友之间、甚至亲人之间、父子、两口子，彼此非常了解，甚至在一块生活了好多年，很了解、很信任，难道这样的人就能合作吗？为啥很多原来特别好的朋友合作合作闹掰了，亲人之间闹得父子也不是父子了，两口子也干起来了？你不很了解吗？甚至很信任吗？为啥合作大部分都不行？其中一个大的问题是</w:t>
      </w:r>
      <w:r>
        <w:rPr>
          <w:rFonts w:ascii="Calibri" w:hAnsi="Calibri" w:eastAsia="微软雅黑"/>
          <w:b/>
          <w:sz w:val="22"/>
        </w:rPr>
        <w:t>不同频</w:t>
      </w:r>
      <w:r>
        <w:rPr>
          <w:rFonts w:ascii="Calibri" w:hAnsi="Calibri" w:eastAsia="微软雅黑"/>
          <w:sz w:val="22"/>
        </w:rPr>
        <w:t>。什么叫不同频？大家伙的价值观、人生观、看事的方式方法、基本的理念不太一样。很多这种东西不一样的时候，又选择了同样一个事、同样一个角色，就容易产生冲突。所以第一大家伙要</w:t>
      </w:r>
      <w:r>
        <w:rPr>
          <w:rFonts w:ascii="Calibri" w:hAnsi="Calibri" w:eastAsia="微软雅黑"/>
          <w:b/>
          <w:sz w:val="22"/>
        </w:rPr>
        <w:t>同频</w:t>
      </w:r>
      <w:r>
        <w:rPr>
          <w:rFonts w:ascii="Calibri" w:hAnsi="Calibri" w:eastAsia="微软雅黑"/>
          <w:sz w:val="22"/>
        </w:rPr>
        <w:t>；第二，在同频的基础之上，干一些自己擅长的事、擅长的角色——不同的人干不同的角色。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知道你适合干哪个角色吗？反过来问：你知道什么样的人适合创业吗？什么样的人适合当老大、什么样的人适合当二把手？大部分人是不知道的，你甚至根本不知道创业早期的联合创始团队应该由哪类人构成。大家只是简单地凑在一起了——人和角色不匹配。你是咱们哥们挺好，你也想跟我一块干，但因为我们对于创业这些角色的了解认知太有限，所以可能就干了一个不太适合你的角色。从创业角度讲，你真的得去学一点基本功：能成事的创业者应该长啥样？一个创始团队应该有哪几类人？每一个角色应该都干什么、具备什么样的思维方式、什么样的性格特征、什么样的能力体系？等等等等。然后</w:t>
      </w:r>
      <w:r>
        <w:rPr>
          <w:rFonts w:ascii="Calibri" w:hAnsi="Calibri" w:eastAsia="微软雅黑"/>
          <w:b/>
          <w:sz w:val="22"/>
        </w:rPr>
        <w:t>拿角色去匹配人，不是因人设岗</w:t>
      </w:r>
      <w:r>
        <w:rPr>
          <w:rFonts w:ascii="Calibri" w:hAnsi="Calibri" w:eastAsia="微软雅黑"/>
          <w:sz w:val="22"/>
        </w:rPr>
        <w:t>。咱们经常犯的一个毛病叫因人设岗："老董，我俩关系不错，你去干这个角吧；老倪，咱俩关系不错，你去干那个角吧。"这就整反了。你首先应该想的是我们这个团队应该有几个角色，然后再看谁适合，而不是因为咱俩关系好，所以你啥都适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这个阶段叫</w:t>
      </w:r>
      <w:r>
        <w:rPr>
          <w:rFonts w:ascii="Calibri" w:hAnsi="Calibri" w:eastAsia="微软雅黑"/>
          <w:b/>
          <w:sz w:val="22"/>
        </w:rPr>
        <w:t>鉴人</w:t>
      </w:r>
      <w:r>
        <w:rPr>
          <w:rFonts w:ascii="Calibri" w:hAnsi="Calibri" w:eastAsia="微软雅黑"/>
          <w:sz w:val="22"/>
        </w:rPr>
        <w:t>——鉴别的鉴：看一个人更适合哪种角色，本质上是角色和人的匹配。每一个人都适合当老大吗？那可不是。他可能挺适合创业、也挺愿意创业，但未必适合当老大，可能当个联合创始人更合适。这个以后专题再讲，今天只给你们启蒙一下子，有这个意识就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第三个阶段叫</w:t>
      </w:r>
      <w:r>
        <w:rPr>
          <w:rFonts w:ascii="Calibri" w:hAnsi="Calibri" w:eastAsia="微软雅黑"/>
          <w:b/>
          <w:sz w:val="22"/>
        </w:rPr>
        <w:t>用人</w:t>
      </w:r>
      <w:r>
        <w:rPr>
          <w:rFonts w:ascii="Calibri" w:hAnsi="Calibri" w:eastAsia="微软雅黑"/>
          <w:sz w:val="22"/>
        </w:rPr>
        <w:t>：我不是为了认识你——认识你，是为了用你、为我所用，大家伙在一块干点啥。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用人：四驱论与马斯洛</w:t>
      </w:r>
    </w:p>
    <w:p>
      <w:pPr>
        <w:spacing w:after="120"/>
      </w:pPr>
      <w:r>
        <w:rPr>
          <w:rFonts w:ascii="Calibri" w:hAnsi="Calibri" w:eastAsia="微软雅黑"/>
          <w:sz w:val="22"/>
        </w:rPr>
        <w:t>用人，比如咱昨天讲到领导力，还记得吧？区分什么叫管理、什么叫领导——其实这些都是用人的方式方法。做一个老板，你觉得你是应该多管理还是多领导？（学员答：不同阶段。）这也算一条，不能一概而论，不同阶段、不同场景——这也对，不是不对。但我告诉你还有一个事：甭管什么场景、什么事、什么阶段、什么人，从老板的角度讲，我们有另外一个词，独立于管理和领导，叫</w:t>
      </w:r>
      <w:r>
        <w:rPr>
          <w:rFonts w:ascii="Calibri" w:hAnsi="Calibri" w:eastAsia="微软雅黑"/>
          <w:b/>
          <w:sz w:val="22"/>
        </w:rPr>
        <w:t>驱动力</w:t>
      </w:r>
      <w:r>
        <w:rPr>
          <w:rFonts w:ascii="Calibri" w:hAnsi="Calibri" w:eastAsia="微软雅黑"/>
          <w:sz w:val="22"/>
        </w:rPr>
        <w:t>。一般情况下你们更多听的是"领导力"，高管听的是"管理"，你在社会上很少听到"老板驱动力""创始人驱动力"——因为一般讲课的自己都没创过业。我记得有一本书好像叫《老板驱动力》，我是高度认同的，我们也算不谋而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这玩意跟开车似的：一般情况下要么前驱，要么后驱，还有四驱。什么叫前驱？</w:t>
      </w:r>
      <w:r>
        <w:rPr>
          <w:rFonts w:ascii="Calibri" w:hAnsi="Calibri" w:eastAsia="微软雅黑"/>
          <w:b/>
          <w:sz w:val="22"/>
        </w:rPr>
        <w:t>领导从前面拽</w:t>
      </w:r>
      <w:r>
        <w:rPr>
          <w:rFonts w:ascii="Calibri" w:hAnsi="Calibri" w:eastAsia="微软雅黑"/>
          <w:sz w:val="22"/>
        </w:rPr>
        <w:t>——领导领着你、拽着你、激发着你，这叫前驱。后驱是啥？</w:t>
      </w:r>
      <w:r>
        <w:rPr>
          <w:rFonts w:ascii="Calibri" w:hAnsi="Calibri" w:eastAsia="微软雅黑"/>
          <w:b/>
          <w:sz w:val="22"/>
        </w:rPr>
        <w:t>在后面踹</w:t>
      </w:r>
      <w:r>
        <w:rPr>
          <w:rFonts w:ascii="Calibri" w:hAnsi="Calibri" w:eastAsia="微软雅黑"/>
          <w:sz w:val="22"/>
        </w:rPr>
        <w:t>——那就是管理，叫后驱。作为一个老板来讲，你啥驱都得用，咱们叫</w:t>
      </w:r>
      <w:r>
        <w:rPr>
          <w:rFonts w:ascii="Calibri" w:hAnsi="Calibri" w:eastAsia="微软雅黑"/>
          <w:b/>
          <w:sz w:val="22"/>
        </w:rPr>
        <w:t>四驱</w:t>
      </w:r>
      <w:r>
        <w:rPr>
          <w:rFonts w:ascii="Calibri" w:hAnsi="Calibri" w:eastAsia="微软雅黑"/>
          <w:sz w:val="22"/>
        </w:rPr>
        <w:t>：一个老板既要懂管理、也要懂领导力，该用管理的时候用管理，该用领导力的时候用领导。你就什么招都得用，而不是片面的说一定非得是强管理还是强领导——不是的，是全面地驱动一个人。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全面驱动一个人，无外乎就是如何去诱惑、如何去威胁。大家可以参考一下马斯洛的需求原理——不是马斯克，是马斯洛（一会你们问问你们的AI：马斯洛的需求原理一共分几层？大概应该是分六层）。一般最基础的需求是啥？</w:t>
      </w:r>
      <w:r>
        <w:rPr>
          <w:rFonts w:ascii="Calibri" w:hAnsi="Calibri" w:eastAsia="微软雅黑"/>
          <w:b/>
          <w:sz w:val="22"/>
        </w:rPr>
        <w:t>生存、生理性的需求</w:t>
      </w:r>
      <w:r>
        <w:rPr>
          <w:rFonts w:ascii="Calibri" w:hAnsi="Calibri" w:eastAsia="微软雅黑"/>
          <w:sz w:val="22"/>
        </w:rPr>
        <w:t>。比如我饿了——我真饿了，不是我馋了；馋更多是心理需求。我真饿得胃抽抽了，再不吃饭就饿死了。怎么吃饱、怎么穿暖，衣食住行本质上解决的是一个人的基本生存保障，这是最底层的需求。如果他的需求是基于这种层面，你想想你如何激发他？这人都快饿死了，你还跟他说如何化妆、如何穿西服、如何把皮鞋蹭得贼亮、如何到高级社交场景、如何实现伟大的理想——这都没用，你最有效的方法就给他俩馒头，来点咸菜更好。这是解决生存问题。后边还有发展呀、娱乐呀、尊重、安全、归属等等等等，人的需求是分层次的。也就是说你要结合他实实在在的需求，既得满足他当下，还得稍微高一点点，才能既驱动他的现在、也能驱动他的未来。所以驱动人、用人是门艺术。大家有这个印象就行：不要简单地整前驱还是后驱，给他来个四驱，没准八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给你们讲个段子。有的电视剧里演：到年底了，老掌柜请下面所有的高管吃饭，摆了好多桌，最前面有一大桌，叫主桌或者头桌——空着的，不让这帮人坐。这帮人说：哎呀，我们都是公司元老啊，你怎么还不让我们坐主桌呢？除了我们以外还有谁更有资格呀？待会儿，大门开了，呼啦啦进一帮老头老太太——啥意思？大掌柜把这些高管的父母请来了，让这些父母坐在主桌。你想想那下面这些高管啥心情：哎呀，我们老板太讲究了！到年底了，除了给我们发钱、发东西、请我们吃饭，又把我们爹妈大老远地请来，给我们的父母如此的尊荣。你想想这些人得多感动，从此以后对老板更加忠心、更卖命地干。啥意思？他满足的心理已经不是普通那种吃饱饭、发点钱的问题了。很多人常年漂泊在外，对家人、对父母关照不多，这时候老板用这样的方式，反而比给他分俩钱可能还好使——因为他觉得这老板太懂我了，就更努力。这些其实都是用人的艺术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谋事：谋兵、谋国、谋天下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好了，这叫谋己、谋人。第三个叫谋事。你干的项目是不是事？你们现在具体完成的任务是不是事？你们要创业、要实现人生的理想，是不是事？这都是事。但是事是分不同层次的，所以再往后说叫</w:t>
      </w:r>
      <w:r>
        <w:rPr>
          <w:rFonts w:ascii="Calibri" w:hAnsi="Calibri" w:eastAsia="微软雅黑"/>
          <w:b/>
          <w:sz w:val="22"/>
        </w:rPr>
        <w:t>谋兵、谋国、谋天下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什么叫谋兵？兵是啥意思？——战略和战术听过吧？兵不单指当兵的人，指的是</w:t>
      </w:r>
      <w:r>
        <w:rPr>
          <w:rFonts w:ascii="Calibri" w:hAnsi="Calibri" w:eastAsia="微软雅黑"/>
          <w:b/>
          <w:sz w:val="22"/>
        </w:rPr>
        <w:t>战争、打仗、军事</w:t>
      </w:r>
      <w:r>
        <w:rPr>
          <w:rFonts w:ascii="Calibri" w:hAnsi="Calibri" w:eastAsia="微软雅黑"/>
          <w:sz w:val="22"/>
        </w:rPr>
        <w:t>。古代人打仗，因为国家跟国家之间最激烈的斗争就是战争，所以"兵"指的是战争。对于我们来讲指的就是</w:t>
      </w:r>
      <w:r>
        <w:rPr>
          <w:rFonts w:ascii="Calibri" w:hAnsi="Calibri" w:eastAsia="微软雅黑"/>
          <w:b/>
          <w:sz w:val="22"/>
        </w:rPr>
        <w:t>业务</w:t>
      </w:r>
      <w:r>
        <w:rPr>
          <w:rFonts w:ascii="Calibri" w:hAnsi="Calibri" w:eastAsia="微软雅黑"/>
          <w:sz w:val="22"/>
        </w:rPr>
        <w:t>：古代叫军事，咱就是业务。业务就分了大小项目，兵大部分偏具体项目、偏业务。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国是啥？古代的国和我们说的中国的国范畴不太一样：古代的国老多了，可能就是一个镇子或者一个大的城市，以这个城市和周边——它不像咱们现在国家这么幅员辽阔，古代更多算有点像城邦，那就叫国。天下是啥？天下你可以理解为全中国，或者叫全世界。什么概念呢？这个事是分了若干层次的：你的格局有多大、你想干个多大的事，那你就要谋具体的哪个层次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刘备当年，目标叫啥？</w:t>
      </w:r>
      <w:r>
        <w:rPr>
          <w:rFonts w:ascii="Calibri" w:hAnsi="Calibri" w:eastAsia="微软雅黑"/>
          <w:b/>
          <w:sz w:val="22"/>
        </w:rPr>
        <w:t>兴复汉室</w:t>
      </w:r>
      <w:r>
        <w:rPr>
          <w:rFonts w:ascii="Calibri" w:hAnsi="Calibri" w:eastAsia="微软雅黑"/>
          <w:sz w:val="22"/>
        </w:rPr>
        <w:t>。他没说我具体要打个村、打个城，还是做个项目，人家叫兴复汉室、谋天下，打城池只是他兴复汉室的一个手段和过程，你说能一样吗？所以人家不在乎一城一池。一城一池你可以理解为谋兵——具体一个项目；谋国呢？谋国就是一个根据地，你称霸一方，那叫谋国；我要真是谋天下，我要兴复汉室、统一全中国，那叫天下。所以大家心胸格局稍微打开一点，不要一上来就仅限于干个某个项目挣点钱——那叫做生意；但你如果想做得更大一些，你可以把这个事的层次再拉高一下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创业项目的六个层次</w:t>
      </w:r>
    </w:p>
    <w:p>
      <w:pPr>
        <w:spacing w:after="120"/>
      </w:pPr>
      <w:r>
        <w:rPr>
          <w:rFonts w:ascii="Calibri" w:hAnsi="Calibri" w:eastAsia="微软雅黑"/>
          <w:sz w:val="22"/>
        </w:rPr>
        <w:t>刚才说谋兵谋国谋天下是古人的分法，按照我们创业这个场景可以细分：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第一，启动项目。</w:t>
      </w:r>
      <w:r>
        <w:rPr>
          <w:rFonts w:ascii="Calibri" w:hAnsi="Calibri" w:eastAsia="微软雅黑"/>
          <w:sz w:val="22"/>
        </w:rPr>
        <w:t>我们特别强调启动项目。为啥？不管你是第一次创业，还是原来行当不做了想二次创业——你现在干的事真的就是你发力的事吗？真的就是你所谓的理想吗？不一定。老董你就犯这个病，经常跟我说：老曹，我又找个项目，这项目老好了，我想干了、想拿他怎么怎么了。我说哥们，上次你也是这么说的。老董你细想想，你是不是犯这个毛病？什么意思呢？你根本就没有去统筹、没有去规划，也没有想这个事到底是个什么事，在我后半场的人生、后半场的创业事业上，他到底处在哪一个位置上。在你看来哪个事都好、哪个事都是我的理想，这是不对的。比如咱们拿AI来讲，我们在学AI、想用AI作为一个杠杆撬动我们伟大的后半生，那你用AI干啥呀？"我用AI开发了这个、开发了那个，都老好了。"不对，大哥，第一个事不管他多好，我跟你说，他大概率就是个</w:t>
      </w:r>
      <w:r>
        <w:rPr>
          <w:rFonts w:ascii="Calibri" w:hAnsi="Calibri" w:eastAsia="微软雅黑"/>
          <w:b/>
          <w:sz w:val="22"/>
        </w:rPr>
        <w:t>练手的</w:t>
      </w:r>
      <w:r>
        <w:rPr>
          <w:rFonts w:ascii="Calibri" w:hAnsi="Calibri" w:eastAsia="微软雅黑"/>
          <w:sz w:val="22"/>
        </w:rPr>
        <w:t>，你信不信？所以你不要对每一个项目都倾注所有的热情，也不分主次、不分阶段。启动项目就是练兵的、练手的、磨合的——团队的磨合，你现在来讲就是磨合你和AI的。你不要一上来就说"我这个项目简直了，我后半生就干这一个了"——你要一这么说话，你就别跟我唠了，没有规划。你不知道你什么阶段、主要矛盾是啥。包括最近这些天我给你们布置的这些任务实际上在干嘛？你以为我真让你写个自传？你写那玩意好不好跟我有啥关系？没关系。本质上是让你们磨合——让你和AI之间磨合、形成默契，你俩形成战友、逐渐形成协同的关系，然后再去干更难、更有意义的事。现在只是拿这个玩意练练手而已，这就是启动项目。当然你要高度重视，你要不重视的话，你俩也不会好好磨合，你只在那机械地做没有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第二，伴生项目。</w:t>
      </w:r>
      <w:r>
        <w:rPr>
          <w:rFonts w:ascii="Calibri" w:hAnsi="Calibri" w:eastAsia="微软雅黑"/>
          <w:sz w:val="22"/>
        </w:rPr>
        <w:t>就是我干这个事的同时，顺手还干了点别的事。你看老倪就是这样的：他在完成我的主要任务的情况下，可能拿AI干了点别的事。只要不耽误主业，你顺手还能干、没有太大的成本和付出，当然可以干。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第三，活命项目。</w:t>
      </w:r>
      <w:r>
        <w:rPr>
          <w:rFonts w:ascii="Calibri" w:hAnsi="Calibri" w:eastAsia="微软雅黑"/>
          <w:sz w:val="22"/>
        </w:rPr>
        <w:t>我们所有人都会面临。你的理想很伟大，你想兴复汉室，但不好意思，现在已经面临着生死了，快饿死了，对不对？那我在兴复汉室的路上，顺手卖俩瓜行不行？顺手种点菜行不行？顺手整点庄稼——意思就是怎么让自己先活下来。你和AI也好、你和团队也罢，创业的路上不是一帆风顺的，你活都活不下去，你谈什么理想？只要咱不违规不违法，你干点其他业务、产生点其他业务收入，没毛病。谁说你卖衣服的就永远卖衣服？最近衣服行情不好没人买，看卖鱼不错，我上海鲜市场批点鱼回来卖，行不行？没啥不行。创业者为了活下去做点其他业务，不丢人。本来我就是做生意、就是老板，只是它不是我的主营业务，但我为了活下去可以做，没毛病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第四，发力项目。</w:t>
      </w:r>
      <w:r>
        <w:rPr>
          <w:rFonts w:ascii="Calibri" w:hAnsi="Calibri" w:eastAsia="微软雅黑"/>
          <w:sz w:val="22"/>
        </w:rPr>
        <w:t>为啥前面要经过启动、伴生、活命？大家记住：你真的拿一个事去练手了，顺手干了一个事，同时你又活下来了——我告诉你，你也好、你的团队也好，甭管认知还是能力已经达到了一定的程度，相对成熟了，这个时候你再去发力。但是这些事你要提前想好：我从哪开始练手？到哪块我再发力？这跟跑步似的：你跑百米，一共就100米，你一上来就得发力，不要想过程了，往死了跑，要的是爆发力。你跑1万米、跑马拉松呢？你上来就发力？你看谁这么跑了？跑马拉松得规划：一共多远、路径是啥样、今天天气咋样、我的体力情况什么样、竞争对手什么样；我怎么开始跑、中间怎么样、身体达到什么状态、在哪块做适当的调整、做适当的补给、该喝水还是怎么着、什么时候开始提速。跑马拉松一定要这么设计，马拉松运动员不是傻了吧唧哇哇哇跑——你看谁用百米的方式跑马拉松了？跑一会就爆缸了。那种比赛用的狗就是这样的：狗有的时候真的会跑死，把肺子跑炸了。为啥？这种动物不像人，它没有规划，它就哇哇一阵跑，距离短行，时间长了狗把肺子跑坏了。马就会好一些，为啥？马上面有人骑，人控制快慢、控制节奏——你要让马自己跑，跟动物一样容易把肺子跑炸了。创业就一样：你要有规划。如果前面那几段你都经受住了，实际上你的各个方面已经相对成熟了，这个时候你再发力，叫发力项目。但它不是说你到那个阶段了"我找个项目发力吧"——不是的，是你</w:t>
      </w:r>
      <w:r>
        <w:rPr>
          <w:rFonts w:ascii="Calibri" w:hAnsi="Calibri" w:eastAsia="微软雅黑"/>
          <w:b/>
          <w:sz w:val="22"/>
        </w:rPr>
        <w:t>从一开始你就知道</w:t>
      </w:r>
      <w:r>
        <w:rPr>
          <w:rFonts w:ascii="Calibri" w:hAnsi="Calibri" w:eastAsia="微软雅黑"/>
          <w:sz w:val="22"/>
        </w:rPr>
        <w:t>我到哪个点、我那个项目是啥，到那个点我再好好发力，而不是走到那——那不叫骑驴找马了吗？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第五，延展项目。</w:t>
      </w:r>
      <w:r>
        <w:rPr>
          <w:rFonts w:ascii="Calibri" w:hAnsi="Calibri" w:eastAsia="微软雅黑"/>
          <w:sz w:val="22"/>
        </w:rPr>
        <w:t>你的发力项目在干，还会有基于这个项目向哪个方向去扩展的延展项目。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第六，家国天下的项目。</w:t>
      </w:r>
      <w:r>
        <w:rPr>
          <w:rFonts w:ascii="Calibri" w:hAnsi="Calibri" w:eastAsia="微软雅黑"/>
          <w:sz w:val="22"/>
        </w:rPr>
        <w:t>最后呢？那些比较伟大的企业家，人家开始回馈社会了：甚至可以做公益，甚至说我开始不以追求企业利益最大化为原则，我开始回报社会了，体现人生的社会价值了，那叫家国天下。甚至你开始做国际市场，把中国的一些什么东西向全球去做，为国家创造什么什么——它就已经比你的小目标更大了。这些叫谋天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所以叫谋己、谋人、谋事；往大了说，事又分谋兵、谋国、谋天下。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AI时代的谋：没有野心，你为啥要学AI？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放到AI时代，大家想一想：AI时代和原来的时代区别在哪儿？因为有了AI的加持，你的眼界打开了、认知也打开了、你的行动力都变成生产力级别的了。在这种情况下，你想去了解一个人也好、了解一个项目也罢，是不是就更快、更高效了？你让AI做个全球调研，马上就能调研出来——咱以前做个调研得多费劲。而且AI的方式方法非常全面、系统、科学，补足了咱们原来的短板。这是第一个。第二，从干活的角度讲，他是不是能帮你导出更快的、更好的结果？你打仗的胜算就更大了。还有一个：因为原来的资金、技术、能力各种限制，咱也就能够谋个兵，做点小项目。现在呢？我经常提一点：</w:t>
      </w:r>
      <w:r>
        <w:rPr>
          <w:rFonts w:ascii="Calibri" w:hAnsi="Calibri" w:eastAsia="微软雅黑"/>
          <w:b/>
          <w:sz w:val="22"/>
        </w:rPr>
        <w:t>如果你没有野心，你为啥要学AI呀？</w:t>
      </w:r>
      <w:r>
        <w:rPr>
          <w:rFonts w:ascii="Calibri" w:hAnsi="Calibri" w:eastAsia="微软雅黑"/>
          <w:sz w:val="22"/>
        </w:rPr>
        <w:t>哥呀，为啥我要这么说？因为有了AI之后，我们真的可以去谋国和谋天下、做点大事了。原来就算你想你也做不到，因为你的能力不行、团队能力不行；现在你跟AI开始组团了，你的能力已经爆棚了，然后呢？然后你没想法了？说AI是杠杆，这个力臂很长、支点也有，问题是它撬啥呀？你没有野心，AI没有办法帮你放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所以说，我现在最提倡的就是所谓的创造力，那个0.1——那个创意、那个想法、你对世界的洞察、你对你市场痛点的这种洞察。然后呢？最次也要去做</w:t>
      </w:r>
      <w:r>
        <w:rPr>
          <w:rFonts w:ascii="Calibri" w:hAnsi="Calibri" w:eastAsia="微软雅黑"/>
          <w:b/>
          <w:sz w:val="22"/>
        </w:rPr>
        <w:t>全中国这个行业的老大</w:t>
      </w:r>
      <w:r>
        <w:rPr>
          <w:rFonts w:ascii="Calibri" w:hAnsi="Calibri" w:eastAsia="微软雅黑"/>
          <w:sz w:val="22"/>
        </w:rPr>
        <w:t>，要不然你就不用学AI。你说我想学AI就为了剪辑个片、拍个短视频？那你学AI干啥？你不需要学。你们跟我学AI多费劲？这老曹太墨迹，整得还真深。小事还用学啊？什么Word、PPT用学吗？你用不就完了吗？拍个短视频剪辑一下，那玩意用学吗？实在不行就花点钱，1,000块钱会员费用一年，有的是现成的，各种工具太多了，那玩意不用学。也就是说你们投入了这么大的资金、这么大的精力、这么大的热情来跟我学AI，你要干嘛？</w:t>
      </w:r>
      <w:r>
        <w:rPr>
          <w:rFonts w:ascii="Calibri" w:hAnsi="Calibri" w:eastAsia="微软雅黑"/>
          <w:b/>
          <w:sz w:val="22"/>
        </w:rPr>
        <w:t>你必须要撬动这个世界</w:t>
      </w:r>
      <w:r>
        <w:rPr>
          <w:rFonts w:ascii="Calibri" w:hAnsi="Calibri" w:eastAsia="微软雅黑"/>
          <w:sz w:val="22"/>
        </w:rPr>
        <w:t>，因为这个时代给你这样的机会了，然后你还在那抠抠搜搜的学什么AI工具？你不要学了。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从谋人的能力，到AI时代就是充分地去认识AI、了解AI、驾驭AI，然后去撬动这个世界、撬动你的野心，要有点雄心壮志。现在的人就是条件太好了，反而没有野心了、没有想法了，完了。这是所谓谋人、谋AI——要指数级地放大，要不然没有必要学AI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二、主动性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第二个话题叫</w:t>
      </w:r>
      <w:r>
        <w:rPr>
          <w:rFonts w:ascii="Calibri" w:hAnsi="Calibri" w:eastAsia="微软雅黑"/>
          <w:b/>
          <w:sz w:val="22"/>
        </w:rPr>
        <w:t>主动性</w:t>
      </w:r>
      <w:r>
        <w:rPr>
          <w:rFonts w:ascii="Calibri" w:hAnsi="Calibri" w:eastAsia="微软雅黑"/>
          <w:sz w:val="22"/>
        </w:rPr>
        <w:t>。在我们看来，人能够主动地去做什么事，这是一种能力。我们为什么非得强调这点？因为咱们的教育也好、社会也好，把人培养成了</w:t>
      </w:r>
      <w:r>
        <w:rPr>
          <w:rFonts w:ascii="Calibri" w:hAnsi="Calibri" w:eastAsia="微软雅黑"/>
          <w:b/>
          <w:sz w:val="22"/>
        </w:rPr>
        <w:t>被动</w:t>
      </w:r>
      <w:r>
        <w:rPr>
          <w:rFonts w:ascii="Calibri" w:hAnsi="Calibri" w:eastAsia="微软雅黑"/>
          <w:sz w:val="22"/>
        </w:rPr>
        <w:t>——被动型人格、被动型的行为模式。什么意思呢？在家听爸爸妈妈的，上学听老师的，结婚了听媳妇的，老了听儿女的，反正就没听过自己的。你没有主动了解这个世界的想法，甚至很多人已经丧失了主动思考的能力，更别说他主动去做决策了，只是在那等着别人给他下达指令："你去干啥去，你怎么怎么干"，然后他被动的去执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在原来的时代还行。比如工业时代，说句不好听的，我们每个人都是产业工人，到了公司都是作为一个打工仔、牛马的一个角色。你的上级还是你的老板会说：老倪啊，去干啥干啥去，给你们今天发个什么任务、这个月什么任务、什么KPI，你们好好干，干好了多给你们发奖金。其实你是被动的，但是到了AI时代，不好意思：第一，你没有什么工作可干了；第二，我们人人都是老板——至少你们这几位是老板，你们是不是在创业？你们在等谁给你下命令啊？我们才是下命令的那一方，我们才是最高决策者。你想想你首先连角色你都不配被动，能理解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我们实际上太多的创业者其实依然被动。看不清形势、看不清趋势、看不清未来，然后又不敢去尝试。比如说学AI这个事，你说我们差别能有多大呀？我也不懂技术，但是第一我能看懂趋势：我就觉得AI这东西不可逆了——中国社会还能倒退到农业时代？还是倒退到原始社会？那怎么可能。只要不发生重大的事，这个社会基本上不会倒退，它只能往前不能往后。在这种情况下我们就是个普通人，你还想改变啥呀？我们要做的叫</w:t>
      </w:r>
      <w:r>
        <w:rPr>
          <w:rFonts w:ascii="Calibri" w:hAnsi="Calibri" w:eastAsia="微软雅黑"/>
          <w:b/>
          <w:sz w:val="22"/>
        </w:rPr>
        <w:t>顺势而为</w:t>
      </w:r>
      <w:r>
        <w:rPr>
          <w:rFonts w:ascii="Calibri" w:hAnsi="Calibri" w:eastAsia="微软雅黑"/>
          <w:sz w:val="22"/>
        </w:rPr>
        <w:t>。但是问题就是很多人那个势都看不见，你往哪顺呢？顺什么势啊？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，其实大部分人是能够看到趋势的——要洞察未来嘛，起码在座的你们几位，咱不说人中龙凤，至少在咱这个行当里混得还行，我们有一定的眼光、一定的判断力，这个没问题。但是问题是你动了吗？大部分人是在观望。等形势更加明朗——这叫观望。等待啥呢？等待别人趟出路子来，然后你想去抄。大部分人是这种情况。但是因为AI时代的发展速度太快了，有时候你抄都来不及，你想抄都来不及。那为什么我不去做</w:t>
      </w:r>
      <w:r>
        <w:rPr>
          <w:rFonts w:ascii="Calibri" w:hAnsi="Calibri" w:eastAsia="微软雅黑"/>
          <w:b/>
          <w:sz w:val="22"/>
        </w:rPr>
        <w:t>引领</w:t>
      </w:r>
      <w:r>
        <w:rPr>
          <w:rFonts w:ascii="Calibri" w:hAnsi="Calibri" w:eastAsia="微软雅黑"/>
          <w:sz w:val="22"/>
        </w:rPr>
        <w:t>呢？原来咱没能力，引领不了；现在啥都有了，为啥还等呢？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这个时代在给我们这些人时间窗口，让我们具备一个叫</w:t>
      </w:r>
      <w:r>
        <w:rPr>
          <w:rFonts w:ascii="Calibri" w:hAnsi="Calibri" w:eastAsia="微软雅黑"/>
          <w:b/>
          <w:sz w:val="22"/>
        </w:rPr>
        <w:t>先发优势</w:t>
      </w:r>
      <w:r>
        <w:rPr>
          <w:rFonts w:ascii="Calibri" w:hAnsi="Calibri" w:eastAsia="微软雅黑"/>
          <w:sz w:val="22"/>
        </w:rPr>
        <w:t>。原来咱说句不好听的，我也是上了岁数的人了，大家伙都是四五十岁上下，我们的前半场大部分时候没有先发优势，你没发现吗？我们都属于</w:t>
      </w:r>
      <w:r>
        <w:rPr>
          <w:rFonts w:ascii="Calibri" w:hAnsi="Calibri" w:eastAsia="微软雅黑"/>
          <w:b/>
          <w:sz w:val="22"/>
        </w:rPr>
        <w:t>追随者</w:t>
      </w:r>
      <w:r>
        <w:rPr>
          <w:rFonts w:ascii="Calibri" w:hAnsi="Calibri" w:eastAsia="微软雅黑"/>
          <w:sz w:val="22"/>
        </w:rPr>
        <w:t>：前面有人在趟，我们跟着。因为我家没钱、我不懂技术、我没有人脉、我也没有资源，反正各种条件不具备，所以我只配跟着人家屁股后——大部分人是这样的。那人家引领者是干啥的呢？人家就是引领者，后面主要的成果也是人家享受到了，我们就享受到一点人家剩的。但是到了AI时代，这个格局发生改变了，真的发生改变了。我前半场成天跟着人家屁股后跑，我后半场我就</w:t>
      </w:r>
      <w:r>
        <w:rPr>
          <w:rFonts w:ascii="Calibri" w:hAnsi="Calibri" w:eastAsia="微软雅黑"/>
          <w:b/>
          <w:sz w:val="22"/>
        </w:rPr>
        <w:t>领着人跑</w:t>
      </w:r>
      <w:r>
        <w:rPr>
          <w:rFonts w:ascii="Calibri" w:hAnsi="Calibri" w:eastAsia="微软雅黑"/>
          <w:sz w:val="22"/>
        </w:rPr>
        <w:t>了，因为这个时代给了我这样的条件。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现在各个政府都有一种政策你们知道啥吗？叫</w:t>
      </w:r>
      <w:r>
        <w:rPr>
          <w:rFonts w:ascii="Calibri" w:hAnsi="Calibri" w:eastAsia="微软雅黑"/>
          <w:b/>
          <w:sz w:val="22"/>
        </w:rPr>
        <w:t>首发</w:t>
      </w:r>
      <w:r>
        <w:rPr>
          <w:rFonts w:ascii="Calibri" w:hAnsi="Calibri" w:eastAsia="微软雅黑"/>
          <w:sz w:val="22"/>
        </w:rPr>
        <w:t>。什么意思呢？在某一个行当你首先发布了个啥东西，这叫首发，其实就是先发优势，给予这样的事予以奖励——国家也在通过各种方式鼓励大家这样做。但是如果你看的是政策、有钱、有补贴，你那么干，其实你依然是被动。主动是啥？</w:t>
      </w:r>
      <w:r>
        <w:rPr>
          <w:rFonts w:ascii="Calibri" w:hAnsi="Calibri" w:eastAsia="微软雅黑"/>
          <w:b/>
          <w:sz w:val="22"/>
        </w:rPr>
        <w:t>本质上讲就是基于你的洞察、你的判断、你的决策而主动采取的行为。</w:t>
      </w:r>
      <w:r>
        <w:rPr>
          <w:rFonts w:ascii="Calibri" w:hAnsi="Calibri" w:eastAsia="微软雅黑"/>
          <w:sz w:val="22"/>
        </w:rPr>
        <w:t>比如说我主动的往前跑，主动的后撤，主动的原地不动，而不是被动。但大部分人是基于形势所迫、生存所迫还是竞争所迫，"我不得不怎么怎么着"——那些东西都是被动。别管你看上去是向前还是向后，只要你不是发自内心的，我告诉你都是被动。要不你就看着别人好了你想跟着学，要不你就看着这个形势"太危险了我赶紧跑"，而不是说我提前预判了"要危险了，我提前跑"，还是我提前看到趋势了就提前往上冲——你都是被动。我的意思就是：越是到AI时代，对于我们来讲越应该主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只有这种情况下，你就会穿越阶层。咱不讲纵横深透嘛？第一个是纵，也是最难的。我们很多人拼其一生，甚至一个家族拼了几代人，都不一定能穿越一个阶层，你信吗？有的人人家生来就在这呢，咱们拼了一辈子还在这呢——最难了。那现在AI时代来了，真的可能是我们</w:t>
      </w:r>
      <w:r>
        <w:rPr>
          <w:rFonts w:ascii="Calibri" w:hAnsi="Calibri" w:eastAsia="微软雅黑"/>
          <w:b/>
          <w:sz w:val="22"/>
        </w:rPr>
        <w:t>加速击穿</w:t>
      </w:r>
      <w:r>
        <w:rPr>
          <w:rFonts w:ascii="Calibri" w:hAnsi="Calibri" w:eastAsia="微软雅黑"/>
          <w:sz w:val="22"/>
        </w:rPr>
        <w:t>这些东西的一个机会。如果你不把握这个机会，至少我们这拨人就这样了，那我们的子孙后代呢？比你好不到哪去，就这意思。所以主动性在AI时代，在我看来就是你</w:t>
      </w:r>
      <w:r>
        <w:rPr>
          <w:rFonts w:ascii="Calibri" w:hAnsi="Calibri" w:eastAsia="微软雅黑"/>
          <w:b/>
          <w:sz w:val="22"/>
        </w:rPr>
        <w:t>穿越阶层的最好的一种方式</w:t>
      </w:r>
      <w:r>
        <w:rPr>
          <w:rFonts w:ascii="Calibri" w:hAnsi="Calibri" w:eastAsia="微软雅黑"/>
          <w:sz w:val="22"/>
        </w:rPr>
        <w:t>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三、行动力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第三个叫行动力。大家在社会上也好、看书也罢，经常能听到一个词叫</w:t>
      </w:r>
      <w:r>
        <w:rPr>
          <w:rFonts w:ascii="Calibri" w:hAnsi="Calibri" w:eastAsia="微软雅黑"/>
          <w:b/>
          <w:sz w:val="22"/>
        </w:rPr>
        <w:t>执行力</w:t>
      </w:r>
      <w:r>
        <w:rPr>
          <w:rFonts w:ascii="Calibri" w:hAnsi="Calibri" w:eastAsia="微软雅黑"/>
          <w:sz w:val="22"/>
        </w:rPr>
        <w:t>，各种课都上过，老师在前面哇哇哇一顿讲，讲执行力。我们不管他叫执行力，我们提倡的叫行动力。为啥不叫执行力？就像刚才为啥不讲被动一样——我告诉你，</w:t>
      </w:r>
      <w:r>
        <w:rPr>
          <w:rFonts w:ascii="Calibri" w:hAnsi="Calibri" w:eastAsia="微软雅黑"/>
          <w:b/>
          <w:sz w:val="22"/>
        </w:rPr>
        <w:t>执行力就是一个被动的力</w:t>
      </w:r>
      <w:r>
        <w:rPr>
          <w:rFonts w:ascii="Calibri" w:hAnsi="Calibri" w:eastAsia="微软雅黑"/>
          <w:sz w:val="22"/>
        </w:rPr>
        <w:t>。你想想这个场景：什么是执行力？是你的上级告诉你去完成个啥事，然后你说"得令，保证完成任务"——你是被动执行的，是别人给你一个指令，然后你尊从那个指令，去导出结果，这个过程叫执行力。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我还回到那句话：你是老板好吗？老曹讲创业，说的一个角色就是你是一个创业者——哪怕你现在是个打工仔，如果你未来想创业，你必须从打工人的角色给我</w:t>
      </w:r>
      <w:r>
        <w:rPr>
          <w:rFonts w:ascii="Calibri" w:hAnsi="Calibri" w:eastAsia="微软雅黑"/>
          <w:b/>
          <w:sz w:val="22"/>
        </w:rPr>
        <w:t>升级到创业者的角色</w:t>
      </w:r>
      <w:r>
        <w:rPr>
          <w:rFonts w:ascii="Calibri" w:hAnsi="Calibri" w:eastAsia="微软雅黑"/>
          <w:sz w:val="22"/>
        </w:rPr>
        <w:t>。一旦到了创业者的角色，你的主动性就得有，然后你干活那个劲就不叫执行力了，叫</w:t>
      </w:r>
      <w:r>
        <w:rPr>
          <w:rFonts w:ascii="Calibri" w:hAnsi="Calibri" w:eastAsia="微软雅黑"/>
          <w:b/>
          <w:sz w:val="22"/>
        </w:rPr>
        <w:t>行动力</w:t>
      </w:r>
      <w:r>
        <w:rPr>
          <w:rFonts w:ascii="Calibri" w:hAnsi="Calibri" w:eastAsia="微软雅黑"/>
          <w:sz w:val="22"/>
        </w:rPr>
        <w:t>。什么叫行动力？就是我主动地把这两天给你们讲的所有的力整合在一起，然后拿到我想要的结果，这叫行动力。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行动力无非就是前进，或者是我主动撤退，还有一种呢？</w:t>
      </w:r>
      <w:r>
        <w:rPr>
          <w:rFonts w:ascii="Calibri" w:hAnsi="Calibri" w:eastAsia="微软雅黑"/>
          <w:b/>
          <w:sz w:val="22"/>
        </w:rPr>
        <w:t>原地不动</w:t>
      </w:r>
      <w:r>
        <w:rPr>
          <w:rFonts w:ascii="Calibri" w:hAnsi="Calibri" w:eastAsia="微软雅黑"/>
          <w:sz w:val="22"/>
        </w:rPr>
        <w:t>，你信吗？以前有很多伟大的战士，火都上身了，烧死他都不动，听过吧？对于创业者来讲是啥？</w:t>
      </w:r>
      <w:r>
        <w:rPr>
          <w:rFonts w:ascii="Calibri" w:hAnsi="Calibri" w:eastAsia="微软雅黑"/>
          <w:b/>
          <w:sz w:val="22"/>
        </w:rPr>
        <w:t>战略定力</w:t>
      </w:r>
      <w:r>
        <w:rPr>
          <w:rFonts w:ascii="Calibri" w:hAnsi="Calibri" w:eastAsia="微软雅黑"/>
          <w:sz w:val="22"/>
        </w:rPr>
        <w:t>。我经常和学员谈这个词，很多人没有战略定力：一谈战略，"行行，我们公司也有战略"；一谈战术，"我们公司有战术"，咔咔这可能讲了；然后过几天换了——"我们公司调整方向了，我又换了个战略"；过阵子我又换了，"我又发现个好项目"，成天变来变去，这是一种。第二种："哎呀，这个事太难了，算了吧"——坐不住冷板凳、耐不住寂寞、不够笃定。说白了，你之所以战略定力不行，是因为你不笃定；你不笃定是因为：你既看不清，也没有一个真正意义上的决策，你也没有相关的什么战略战术，你更没有强大的行动力，然后你就一定是换来换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所以这个行动力，它不一定非得跑。“行”和“动”——甭管你是发起攻击，还是主动撤退，这个不难。最难的是啥你知道吗？</w:t>
      </w:r>
      <w:r>
        <w:rPr>
          <w:rFonts w:ascii="Calibri" w:hAnsi="Calibri" w:eastAsia="微软雅黑"/>
          <w:b/>
          <w:sz w:val="22"/>
        </w:rPr>
        <w:t>甭管外面什么风雨雷电，我自岿然不动。</w:t>
      </w:r>
      <w:r>
        <w:rPr>
          <w:rFonts w:ascii="Calibri" w:hAnsi="Calibri" w:eastAsia="微软雅黑"/>
          <w:sz w:val="22"/>
        </w:rPr>
        <w:t>佛学里有个词叫</w:t>
      </w:r>
      <w:r>
        <w:rPr>
          <w:rFonts w:ascii="Calibri" w:hAnsi="Calibri" w:eastAsia="微软雅黑"/>
          <w:b/>
          <w:sz w:val="22"/>
        </w:rPr>
        <w:t>如如不动</w:t>
      </w:r>
      <w:r>
        <w:rPr>
          <w:rFonts w:ascii="Calibri" w:hAnsi="Calibri" w:eastAsia="微软雅黑"/>
          <w:sz w:val="22"/>
        </w:rPr>
        <w:t>，听过吗？啥意思？你看这大江大河滚滚向东而去，你看这山啊，他就不动——哪怕你给我冲出一片峡谷，那山也不动。山就看着那个河，那个河每天、每时、每秒都在动，各种浪花向东而去，我就是个高山，叫如如不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人的角度也是一样的：你周围的各种环境都会时时发生各种变化——形势更严峻了、还是看上去一片向好了、有人捧着你了、有人瞧不起你了、还是你家里出问题了、还是你今天心情不好了，各种情况都会变，但是你的心态要稳。很多人心态不稳，特别容易情绪化，特别容易受各种内外条件的环境的影响。你的公司也一样：你没有战略定力，就做不到如如不动。这个事比动还难。我媳妇就经常K我，我觉得我媳妇就是我的导师，因为我这个人有的时候容易浮躁、容易不笃定，容易推翻自己。（学员插话：那你媳妇是不是可以跟你开导开导、稳定稳定？）对，然后我们能够保持一个稳定的状态，然后像虫子一样往前拱，这就是战略定力。你们一定要记住这句话：</w:t>
      </w:r>
      <w:r>
        <w:rPr>
          <w:rFonts w:ascii="Calibri" w:hAnsi="Calibri" w:eastAsia="微软雅黑"/>
          <w:b/>
          <w:sz w:val="22"/>
        </w:rPr>
        <w:t>不动比动还难。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我一般情况下不太讲这个地方，因为一般的创业者层次比较低，他能做到主动的去进攻或者主动撤退，已经很不容易了。但是现在来看，我们更多的应该保持不动。保持不动不是傻了吧唧的在那待着——你该随机应变的随机应变，但是你一旦确定好了，你真的要有点战略定力。怎么能够获得？我个人建议应该多少学点文化。我们现在的创业者也好、这个社会也好，太浮躁了：我们都是追钱、追名、追利，钱也好名也好利也好，总是变来变去，所以你也跟着跑，就像那个抓兔子的狐狸一样——兔子哇哇老跑，狐狸也跟着来回跑。在越是这么艰难的情况下，越考验我们的洞察力、判断力，然后决策，然后战略定力，这个东西挺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做AI这件事情，我坚持了7个月，其实中间无数次的想放弃，真的是无数次的想放弃，但反正我坚持下来了，我就拿到了结果，所以这也算是战略定力。尤其外人对你的影响，比如"哎呀，你这事行吗？靠谱吗？"然后你可能就改了，你就缺乏了战略定力，那这个时候你往往很难拿到结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这是行动力。你具备了这些东西以外，以后你赢的概率更大、拿到结果的概率更大，所以综合来讲叫</w:t>
      </w:r>
      <w:r>
        <w:rPr>
          <w:rFonts w:ascii="Calibri" w:hAnsi="Calibri" w:eastAsia="微软雅黑"/>
          <w:b/>
          <w:sz w:val="22"/>
        </w:rPr>
        <w:t>赢的能力</w:t>
      </w:r>
      <w:r>
        <w:rPr>
          <w:rFonts w:ascii="Calibri" w:hAnsi="Calibri" w:eastAsia="微软雅黑"/>
          <w:sz w:val="22"/>
        </w:rPr>
        <w:t>。行动力它也是个表象，它的结果就是你干啥事都成，能理解吗？咱们毕竟说创业，还要拿到一些结果。你说我平常过日子咱也不讲输赢——那更是了：一个家庭的稳定、心态的稳定，夫妻关系、亲子关系的稳定和健康，他更考验你的如如不动。这个如如不动就是从佛学上来的，你就可以类比成：大江大河向东而去，我巍然不动，就这个意思，我就不动。这个很难的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结尾总结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今天就讲这三个话题：第一个是谋，第二个是主动，第三个是行动。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谋是分层次的</w:t>
      </w:r>
      <w:r>
        <w:rPr>
          <w:rFonts w:ascii="Calibri" w:hAnsi="Calibri" w:eastAsia="微软雅黑"/>
          <w:sz w:val="22"/>
        </w:rPr>
        <w:t>，一般人的层次就比较浅。我们说的事叫谋己、谋人、谋事，事又分成了谋兵、谋国、谋天下。啥意思呢？我既干一些个项目，我又要实现我伟大的理想——这个伟大的理想实际上又是由若干个项目构成的。但是你要知道他的整体的概况，你要有</w:t>
      </w:r>
      <w:r>
        <w:rPr>
          <w:rFonts w:ascii="Calibri" w:hAnsi="Calibri" w:eastAsia="微软雅黑"/>
          <w:b/>
          <w:sz w:val="22"/>
        </w:rPr>
        <w:t>全局观</w:t>
      </w:r>
      <w:r>
        <w:rPr>
          <w:rFonts w:ascii="Calibri" w:hAnsi="Calibri" w:eastAsia="微软雅黑"/>
          <w:sz w:val="22"/>
        </w:rPr>
        <w:t>，而不是做了一个再做那个再做那个，最后做哪了也不知道：你也不知道你是谋兵，谋国你也不是，你谋的什么天下——你就稀里糊涂，那个是没有用的。所以我们要讲究</w:t>
      </w:r>
      <w:r>
        <w:rPr>
          <w:rFonts w:ascii="Calibri" w:hAnsi="Calibri" w:eastAsia="微软雅黑"/>
          <w:b/>
          <w:sz w:val="22"/>
        </w:rPr>
        <w:t>从宏观到微观，从全局到局部，从战略到战术</w:t>
      </w:r>
      <w:r>
        <w:rPr>
          <w:rFonts w:ascii="Calibri" w:hAnsi="Calibri" w:eastAsia="微软雅黑"/>
          <w:sz w:val="22"/>
        </w:rPr>
        <w:t>，他们是相辅相成、互为支撑，这叫谋。甭管你谋啥，既得去了解他、分辨他。对AI也是一样的：你都不了解AI，就轻易地下了某个决定，这大家都不好，尤其对你不好。我们要分辨AI</w:t>
      </w:r>
      <w:r>
        <w:rPr>
          <w:rFonts w:ascii="Calibri" w:hAnsi="Calibri" w:eastAsia="微软雅黑"/>
          <w:b/>
          <w:sz w:val="22"/>
        </w:rPr>
        <w:t>一体两面</w:t>
      </w:r>
      <w:r>
        <w:rPr>
          <w:rFonts w:ascii="Calibri" w:hAnsi="Calibri" w:eastAsia="微软雅黑"/>
          <w:sz w:val="22"/>
        </w:rPr>
        <w:t>：什么事都有它好的一面，也有它不好的一面，AI也一样——他是很厉害，但是它要做起坏事、做起错事了，它比那坏人还坏、还厉害。那我们该如何驾驭它？哪些时候该领导他、引导他，哪些时候要去规范他、治理他？AI干它适合的事，规避它不适合的事：比如变动的场景中AI就比较擅长，那些比较标准化的、固定的，你就用老程序去做就得了——这不也是在识别AI吗？但是你甭管基于啥，到最后，</w:t>
      </w:r>
      <w:r>
        <w:rPr>
          <w:rFonts w:ascii="Calibri" w:hAnsi="Calibri" w:eastAsia="微软雅黑"/>
          <w:b/>
          <w:sz w:val="22"/>
        </w:rPr>
        <w:t>AI都是被我所用</w:t>
      </w:r>
      <w:r>
        <w:rPr>
          <w:rFonts w:ascii="Calibri" w:hAnsi="Calibri" w:eastAsia="微软雅黑"/>
          <w:sz w:val="22"/>
        </w:rPr>
        <w:t>，要去撬动我的野心、撬动这个世界。要不然你说那么好的一个东西，你还在拿AI去当烧火棍烧开水，那有意义吗？如果把AI仅仅当成一个小工具去用，真的是暴殄天物，真的是浪费了这个世界给我们的最好的机会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主动性对应的就是被动</w:t>
      </w:r>
      <w:r>
        <w:rPr>
          <w:rFonts w:ascii="Calibri" w:hAnsi="Calibri" w:eastAsia="微软雅黑"/>
          <w:sz w:val="22"/>
        </w:rPr>
        <w:t>。在现在这个世界上你不要再被动了，甚至我们已经没有机会有谁再给我们下指令了。这么好的时代，主动干吧，你甚至有机会重新引领这个世界。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行动</w:t>
      </w:r>
      <w:r>
        <w:rPr>
          <w:rFonts w:ascii="Calibri" w:hAnsi="Calibri" w:eastAsia="微软雅黑"/>
          <w:sz w:val="22"/>
        </w:rPr>
        <w:t>呢？就是要么前进——冲啊、冲锋啊；要么赶紧跑——撤退啊。撤退不是逃跑啊，我们叫主动性的、战略性的撤退。这两个好理解也好做，最难做到的是</w:t>
      </w:r>
      <w:r>
        <w:rPr>
          <w:rFonts w:ascii="Calibri" w:hAnsi="Calibri" w:eastAsia="微软雅黑"/>
          <w:b/>
          <w:sz w:val="22"/>
        </w:rPr>
        <w:t>如如不动</w:t>
      </w:r>
      <w:r>
        <w:rPr>
          <w:rFonts w:ascii="Calibri" w:hAnsi="Calibri" w:eastAsia="微软雅黑"/>
          <w:sz w:val="22"/>
        </w:rPr>
        <w:t>，就是战略定力：甭管外面咋样，我就如如不动，我很笃定，我很坚持。这个比动还难。然后它最终导出来的结果是啥？就是你拿到结果的胜算更大一点，赢的可能性更大。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课后叮嘱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要跟实战结合在一起，别白听——他也不是概念。咱们不是个培训逻辑，咱更多的是实战。在你们完成这些事的情况下，你说今天老曹又讲了这么多事，在这个事上我们该怎么用？还是拿这些东西怎么去评估我？下一步你怎么辅佐我创业？因为我们叫</w:t>
      </w:r>
      <w:r>
        <w:rPr>
          <w:rFonts w:ascii="Calibri" w:hAnsi="Calibri" w:eastAsia="微软雅黑"/>
          <w:b/>
          <w:sz w:val="22"/>
        </w:rPr>
        <w:t>AI创业助手，不是AI工作助手</w:t>
      </w:r>
      <w:r>
        <w:rPr>
          <w:rFonts w:ascii="Calibri" w:hAnsi="Calibri" w:eastAsia="微软雅黑"/>
          <w:sz w:val="22"/>
        </w:rPr>
        <w:t>。既然学了，就必须得用。老曹今天讲的这几条，明天还会讲两到三条，看你们这个AI怎么反哺到你身上，这才是有意义的。OK，好了，下课，拜拜。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