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每日一课·第③讲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《AI时代的主动出击营销堡垒》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主讲：曹勇波｜开课日期：2026-08-05｜课程类型：历史课程（存档）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AI时代的主动出击营销堡垒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一、先讲封皮：标题的每个词都是关键词</w:t>
      </w:r>
    </w:p>
    <w:p>
      <w:pPr>
        <w:spacing w:after="120"/>
      </w:pPr>
      <w:r>
        <w:rPr>
          <w:rFonts w:ascii="Calibri" w:hAnsi="Calibri" w:eastAsia="微软雅黑"/>
          <w:sz w:val="22"/>
        </w:rPr>
        <w:t>按我每次讲课的习惯，先看封皮。大家记住，以后写商业计划书（BP）也要注意：最重要的是封皮。一般人本末倒置，把内容做得贼充分，实际上没人有那个闲工夫看那么多东西。聊天也一样，你给人留下的第一印象、说出的第一个观点才是最重要的。</w:t>
      </w:r>
      <w:r>
        <w:rPr>
          <w:rFonts w:ascii="Calibri" w:hAnsi="Calibri" w:eastAsia="微软雅黑"/>
          <w:b/>
          <w:sz w:val="22"/>
        </w:rPr>
        <w:t>能不能一句话把一件事说清楚，是所有创业者要修炼的基本功。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标题就是一句话说清楚一个项目。今天这个标题"AI时代的主动出击营销堡垒"，每个词都是关键词，没有一个废话：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AI时代</w:t>
      </w:r>
      <w:r>
        <w:rPr>
          <w:rFonts w:ascii="Calibri" w:hAnsi="Calibri" w:eastAsia="微软雅黑"/>
          <w:sz w:val="22"/>
        </w:rPr>
        <w:t>——大的场景。你接受不接受，AI时代都来了，甚至在我看来这叫"AI文明"的时代。国家已经连续出台多个法律法规政策开始治理AI，中美之间的治理方向都开始出现分歧。但凡一个事情到达国家治理的层面，这是文明出现的最高标志。我之前专门讲过从农业文明到AI文明的发展进程，今天不多说。作为创业者，应该看向未来——未来已来。在AI的世界里每一分钟都是非常快的：你在AI时代混一天，人类世界起码过了俩月。我们现在用AI的人效比做过比较，大概45倍到60倍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主动出击</w:t>
      </w:r>
      <w:r>
        <w:rPr>
          <w:rFonts w:ascii="Calibri" w:hAnsi="Calibri" w:eastAsia="微软雅黑"/>
          <w:sz w:val="22"/>
        </w:rPr>
        <w:t>——今天的核心词。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营销</w:t>
      </w:r>
      <w:r>
        <w:rPr>
          <w:rFonts w:ascii="Calibri" w:hAnsi="Calibri" w:eastAsia="微软雅黑"/>
          <w:sz w:val="22"/>
        </w:rPr>
        <w:t>——创业的整个商业闭环，最后一定是把东西卖出去。销售是最后一个环节，营销是为了销售。营销可以理解为推广，但最后要交易：把东西卖出去、把钱收回来，整个商业闭环才能闭环。我们不是为了学AI而学AI，最终要服务于事业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堡垒</w:t>
      </w:r>
      <w:r>
        <w:rPr>
          <w:rFonts w:ascii="Calibri" w:hAnsi="Calibri" w:eastAsia="微软雅黑"/>
          <w:sz w:val="22"/>
        </w:rPr>
        <w:t>——为什么叫堡垒？太多人只追求短平快的"器"，一般人只愿意看工具，因为立竿见影：拍个短视频、整个小东西马上见效。太多人因为急功近利愿意玩工具。看过武侠小说就知道：一般人追求屠龙宝刀、倚天剑，人家张无忌不用工具——真正的高手不太用工具，用什么？用堡垒。堡垒是像城堡一样的大系统，不是小工具；它坚固、进可攻、退可守。所以我们说的营销堡垒是：无论AI时代还是传统时代，营销是一个体系化的系统工程，而不是单一的某个工具、某个技巧——那些东西从长期角度讲价值没那么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"主动出击"要加引号，表示它很重要。我们原来太多的营销是被动的：不管做广告、宣传、短视频，都是等着客人来，花很多钱砸流量，来了几个客可能也没承接住——那是个被动等待的行为。我们能不能主动出击？早年我跑业务，夹个包、拿几张彩页和名片出去拜访，那叫"陌拜"，就是主动出击。自古有坐商和游商：坐商在家等客上门，游商主动推广。那AI时代的主动推广是啥？都有AI了，你还整那么被动干嘛？能不能让AI帮我们主动推广？怎么实现？今天就聊这个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今天的脉络三件事：第一是认知问题，第二是模型，第三是实战、怎么形成行动闭环。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二、公司升级公告：万有创学 → 万有AI</w:t>
      </w:r>
    </w:p>
    <w:p>
      <w:pPr>
        <w:spacing w:after="120"/>
      </w:pPr>
      <w:r>
        <w:rPr>
          <w:rFonts w:ascii="Calibri" w:hAnsi="Calibri" w:eastAsia="微软雅黑"/>
          <w:sz w:val="22"/>
        </w:rPr>
        <w:t>回到封皮看落款。原来写的是"万有创学 曹勇波"，今天第一次写了"万有AI"。我们前几天刚刚把公司由"万有创学（青岛）教育科技有限公司"升级为"万有创学（青岛）人工智能科技有限公司"——从工商注册信息和营业内容的角度讲，我们已经正儿八经变成一家AI公司了。借今天这个场景跟大家通报一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原来的"AI原生创业教育"，现在仅是我们三条业务主线的最后一条。为什么？人教人太费劲。人类学习本来就是个反人性的事，尤其创业——但凡能创业当老板的都觉得自己挺厉害，所以创业教育很费劲。再一个，针对中国的中早期中小企业，就算你有了意识、就算你学了，AI真要落地，这个鸿沟是非常遥远的，落地能力还是弱的。所以我们现在帮大家全生命周期地去做：通过AI原生创业教育解决认知问题，又像带学员这样一对一地帮你落地，甚至帮你建基础设施，推动中国整个AI原生创业。AI创业教育只是其中一条，我们现在已经升级为万有AI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三、核心认知：AI时代的营销对象不是人类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第一个大家普遍看到的现象：官网已经"无效"了，很多企业不再运营官网、不再运维，就算有也是摆设，人也不看了。那我们为什么重新提起这个话题？大家一定要记住我的一个个人观点，供大家参考：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AI时代的营销对象不是人类。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原来时代的营销对象是人，所以我们干的任何事——建网站、做短视频、做直播、做推文——都是为了给人看的，要迎合人类消费者的胃口：他们愿意看啥我们整啥，愿意看啥风格就整啥风格。中国人愿意热闹，所以中国公司的网站都整得花里胡哨、图片特别多，就是为了迎合用户的审美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时代的营销对象是AI。这个事别犟了，如果这个事你还没掰过来，那你就等着吧。你看现在连AI手机都出来了——什么意思？未来的手机连界面都没有了，APP更没有了，还玩啥短视频？未来的短视频就会像现在的电视一样，慢慢被淘汰，变成纯消费级的行为。真正开始推销时，短视频可能已经无效了，就像现在没有多少人在央视上做广告了——广告标王没人玩了，报纸还有人投吗？杂志还有人投吗？媒体在进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未来最大的中介变成了AI，所以我们的营销对象变成AI了。</w:t>
      </w:r>
      <w:r>
        <w:rPr>
          <w:rFonts w:ascii="Calibri" w:hAnsi="Calibri" w:eastAsia="微软雅黑"/>
          <w:b/>
          <w:sz w:val="22"/>
        </w:rPr>
        <w:t>AI的喜好，将是我们这些创业者应该去研究的重点内容。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人类的喜好导出来的是直播、短视频、脑残剧、微短剧——因为你迅速分泌多巴胺，然后里面植入广告。AI不是的。AI要的是</w:t>
      </w:r>
      <w:r>
        <w:rPr>
          <w:rFonts w:ascii="Calibri" w:hAnsi="Calibri" w:eastAsia="微软雅黑"/>
          <w:b/>
          <w:sz w:val="22"/>
        </w:rPr>
        <w:t>信源</w:t>
      </w:r>
      <w:r>
        <w:rPr>
          <w:rFonts w:ascii="Calibri" w:hAnsi="Calibri" w:eastAsia="微软雅黑"/>
          <w:sz w:val="22"/>
        </w:rPr>
        <w:t>：权威的、专业的、可考的、有来源的、可追溯的信息来源。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在AI的眼中，自媒体不足为凭。</w:t>
      </w:r>
      <w:r>
        <w:rPr>
          <w:rFonts w:ascii="Calibri" w:hAnsi="Calibri" w:eastAsia="微软雅黑"/>
          <w:sz w:val="22"/>
        </w:rPr>
        <w:t>你的公众号、你的短视频做得再好——当然豆包为了捧自己的体系，可以采纳抖音里的一些东西，但头条可能占比更重，能理解我的意思吧？因为短视频的观众是人。从AI喜好的角度讲，它们更愿意在有权威性的来源上获得各种信息，包括这家企业的信息。比如知乎、头条、百家号等等，这些属于权威媒体。如果你这家公司获得过国家权威媒体报道，AI就更愿意采纳——比如老曹我是被新华社报道过的，那就是一个权威信源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企业的权威信源实际上是</w:t>
      </w:r>
      <w:r>
        <w:rPr>
          <w:rFonts w:ascii="Calibri" w:hAnsi="Calibri" w:eastAsia="微软雅黑"/>
          <w:b/>
          <w:sz w:val="22"/>
        </w:rPr>
        <w:t>官网</w:t>
      </w:r>
      <w:r>
        <w:rPr>
          <w:rFonts w:ascii="Calibri" w:hAnsi="Calibri" w:eastAsia="微软雅黑"/>
          <w:sz w:val="22"/>
        </w:rPr>
        <w:t>。为啥官网可以？因为官网是被工信部、安监部门备案的，有一定的权威性。你绝对不能在官网上弄乱七八糟的内容，那是受国家管控的。而企业自己做的自媒体是自说自话、自吹自擂，不足为凭。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所以从现在开始，大家务必要注重官网。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四、为什么说AI时代官网"失联"了——GEO与SEO</w:t>
      </w:r>
    </w:p>
    <w:p>
      <w:pPr>
        <w:spacing w:after="120"/>
      </w:pPr>
      <w:r>
        <w:rPr>
          <w:rFonts w:ascii="Calibri" w:hAnsi="Calibri" w:eastAsia="微软雅黑"/>
          <w:sz w:val="22"/>
        </w:rPr>
        <w:t>为啥说AI时代官网失联了？因为</w:t>
      </w:r>
      <w:r>
        <w:rPr>
          <w:rFonts w:ascii="Calibri" w:hAnsi="Calibri" w:eastAsia="微软雅黑"/>
          <w:b/>
          <w:sz w:val="22"/>
        </w:rPr>
        <w:t>AI看不着你</w:t>
      </w:r>
      <w:r>
        <w:rPr>
          <w:rFonts w:ascii="Calibri" w:hAnsi="Calibri" w:eastAsia="微软雅黑"/>
          <w:sz w:val="22"/>
        </w:rPr>
        <w:t>。传统官网本质上是给人看的，在AI的世界里，AI就算搜到了你的网址、到了你的网站上，实际上并没有读到有效信息——因为它不是AI友好型的官网。AI的阅读习惯和人类的阅读习惯不一样。</w:t>
      </w:r>
    </w:p>
    <w:p>
      <w:pPr>
        <w:spacing w:after="120"/>
      </w:pPr>
      <w:r>
        <w:rPr>
          <w:rFonts w:ascii="Calibri" w:hAnsi="Calibri" w:eastAsia="微软雅黑"/>
          <w:sz w:val="22"/>
        </w:rPr>
        <w:t xml:space="preserve">这就催生了一个新的行业，叫 </w:t>
      </w:r>
      <w:r>
        <w:rPr>
          <w:rFonts w:ascii="Calibri" w:hAnsi="Calibri" w:eastAsia="微软雅黑"/>
          <w:b/>
          <w:sz w:val="22"/>
        </w:rPr>
        <w:t>GEO</w:t>
      </w:r>
      <w:r>
        <w:rPr>
          <w:rFonts w:ascii="Calibri" w:hAnsi="Calibri" w:eastAsia="微软雅黑"/>
          <w:sz w:val="22"/>
        </w:rPr>
        <w:t>。GEO跟SEO的本质区别：一个面向人类，让人怎么通过搜索搜到你公司；一个面向AI、面向机器生成内容（AIGC），AI有AI的审美和阅读习惯。你的网站不是那样的，所以在AI时代你的官网失联了。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我现在讲的内容本质上是经验分享，我没法讲那么细，但作为创业者，你有这个意识就行：第一，AI时代要注重官网；第二，你的官网如何让AI看见——用原来的方式，官网做得再漂亮都没有用。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延伸一个话题：现在有很多工具做数据库，你的数据库做得再好也没用。还是那个概念——原来的东西是给人看的，不是给AI看的。你的数据库是不是符合AI习惯和AI审美的数据库？包括它的检索。你总是拿人类的标准做了个东西，试图让AI去看、让AI去检索，没用，南辕北辙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大家一定要记住：未来我们所有的工作——你的系统搭建、体制、机制、玩法、网站——都要围绕着AI来进行。技术你可以不懂，但从关键角度讲，未来一切的事都要围绕着AI进行，这就对了。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五、实战三步：地基、大脑、护城河</w:t>
      </w:r>
    </w:p>
    <w:p>
      <w:pPr>
        <w:spacing w:after="120"/>
      </w:pPr>
      <w:r>
        <w:rPr>
          <w:rFonts w:ascii="Calibri" w:hAnsi="Calibri" w:eastAsia="微软雅黑"/>
          <w:sz w:val="22"/>
        </w:rPr>
        <w:t>营销堡垒到底咋整？先说堡垒说的是啥——</w:t>
      </w:r>
      <w:r>
        <w:rPr>
          <w:rFonts w:ascii="Calibri" w:hAnsi="Calibri" w:eastAsia="微软雅黑"/>
          <w:b/>
          <w:sz w:val="22"/>
        </w:rPr>
        <w:t>说的就是官网</w:t>
      </w:r>
      <w:r>
        <w:rPr>
          <w:rFonts w:ascii="Calibri" w:hAnsi="Calibri" w:eastAsia="微软雅黑"/>
          <w:sz w:val="22"/>
        </w:rPr>
        <w:t>。记住，在AI时代，移动端只是个出入口。老百姓、老板们，你不能成天拿个服务器、拿个笔记本，你拿的还是手机。手机是个终端：有事你在手机里查、用手机问AI，但AI去哪找？不是跑到别人的手机上查，是跑到这家企业的官网去查。所以手机只是我们输入输出的终端，不是堡垒。堡垒是你家的官网——AI一定要去搜这个官网，再去找你家的公司简介、产品、性价比、竞争对手等等。所以，一定要把官网做成营销堡垒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怎么做？三步。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第一步：搭好地基——做一个AI友好型的官网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什么叫AI友好型？</w:t>
      </w:r>
      <w:r>
        <w:rPr>
          <w:rFonts w:ascii="Calibri" w:hAnsi="Calibri" w:eastAsia="微软雅黑"/>
          <w:b/>
          <w:sz w:val="22"/>
        </w:rPr>
        <w:t>可读</w:t>
      </w:r>
      <w:r>
        <w:rPr>
          <w:rFonts w:ascii="Calibri" w:hAnsi="Calibri" w:eastAsia="微软雅黑"/>
          <w:sz w:val="22"/>
        </w:rPr>
        <w:t>。我们现在的官网不具有AI可读性：人看着挺热闹，AI看不懂。就像你给了我一本英文书，你看着挺热闹，我们一字也看不懂——"它认识我，我不认识它"。所以第一步要把</w:t>
      </w:r>
      <w:r>
        <w:rPr>
          <w:rFonts w:ascii="Calibri" w:hAnsi="Calibri" w:eastAsia="微软雅黑"/>
          <w:b/>
          <w:sz w:val="22"/>
        </w:rPr>
        <w:t>AI可读性作为官网的第一个指标</w:t>
      </w:r>
      <w:r>
        <w:rPr>
          <w:rFonts w:ascii="Calibri" w:hAnsi="Calibri" w:eastAsia="微软雅黑"/>
          <w:sz w:val="22"/>
        </w:rPr>
        <w:t>，而不是简单用一个模板堆砌一家公司、图片——那没用。原来的官网是给人的"可看性"，现在是给AI的"可读性"。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为什么叫可读性？记住：现在的AI基础是大语言模型，大语言模型的本质是</w:t>
      </w:r>
      <w:r>
        <w:rPr>
          <w:rFonts w:ascii="Calibri" w:hAnsi="Calibri" w:eastAsia="微软雅黑"/>
          <w:b/>
          <w:sz w:val="22"/>
        </w:rPr>
        <w:t>文字</w:t>
      </w:r>
      <w:r>
        <w:rPr>
          <w:rFonts w:ascii="Calibri" w:hAnsi="Calibri" w:eastAsia="微软雅黑"/>
          <w:sz w:val="22"/>
        </w:rPr>
        <w:t>。甚至现在很多多模态，有些科学家都在说：多模态啥呀，其实AI看的主要还是文字，根本没看懂图。以前做过实验，拿医疗片子给AI看，AI看了和没看差不多。当然咱不是科学家，这个有争论，但不管怎么着，现在的AI阅读以文字为主，这个事是确定的。大模型进一步发展要发展到"世界模型"——真的让AI对物理世界有感知，现在顶多是对文字有感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所以给AI搭网站，别整那么多乱七八糟的图片，应该给的是</w:t>
      </w:r>
      <w:r>
        <w:rPr>
          <w:rFonts w:ascii="Calibri" w:hAnsi="Calibri" w:eastAsia="微软雅黑"/>
          <w:b/>
          <w:sz w:val="22"/>
        </w:rPr>
        <w:t>文字</w:t>
      </w:r>
      <w:r>
        <w:rPr>
          <w:rFonts w:ascii="Calibri" w:hAnsi="Calibri" w:eastAsia="微软雅黑"/>
          <w:sz w:val="22"/>
        </w:rPr>
        <w:t>，而且应该是</w:t>
      </w:r>
      <w:r>
        <w:rPr>
          <w:rFonts w:ascii="Calibri" w:hAnsi="Calibri" w:eastAsia="微软雅黑"/>
          <w:b/>
          <w:sz w:val="22"/>
        </w:rPr>
        <w:t>结构化的、符合AI规则的文字</w:t>
      </w:r>
      <w:r>
        <w:rPr>
          <w:rFonts w:ascii="Calibri" w:hAnsi="Calibri" w:eastAsia="微软雅黑"/>
          <w:sz w:val="22"/>
        </w:rPr>
        <w:t>。这是地基。没有地基，不存在第二个。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第二步：大脑——把你的AI分身部署到官网上</w:t>
      </w:r>
    </w:p>
    <w:p>
      <w:pPr>
        <w:spacing w:after="120"/>
      </w:pPr>
      <w:r>
        <w:rPr>
          <w:rFonts w:ascii="Calibri" w:hAnsi="Calibri" w:eastAsia="微软雅黑"/>
          <w:sz w:val="22"/>
        </w:rPr>
        <w:t>给你们讲一个我今天遇到的事。今早上开车来上班，有个珠海的哥们给我打电话："曹总，我最近看你整AI整得挺好，看咱俩怎么能合作呀？你啥时候来大湾区？"我说最近没计划。他问：你这公司干啥呀？你给我讲讲呗。我说大哥，我开车呢。正好赶个红绿灯，我把我们的网站发给他了："这是我们刚上线的网站，大框架有了，内容还不详实，但我里面有AI——我已经把我的分身移植到网站上了。你有任何事跟他聊。网站右下角有个机器人脑袋，你点一下子，你俩唠吧。他叫明察，我知道的事他都知道，我不知道的事他也知道。你唠啥都行、唠多长时间都行，你别跟我说了，我开车呢。"</w:t>
      </w:r>
    </w:p>
    <w:p>
      <w:pPr>
        <w:spacing w:after="120"/>
      </w:pPr>
      <w:r>
        <w:rPr>
          <w:rFonts w:ascii="Calibri" w:hAnsi="Calibri" w:eastAsia="微软雅黑"/>
          <w:sz w:val="22"/>
        </w:rPr>
        <w:t>给大家举个具体例子。一个新开发的楼盘，典型做法是大门口旁边有个售楼处：装修特别好的一个地儿，里面有园区模型，整一帮漂亮小姑娘做接待，谁来买房子就接待，时不时搞点促销活动，甚至一帮业务员拿着彩页到外面做宣传。我们的官网就类似这个：你真实的公司、真实的工厂依然开在人类社会，但这个网站可以理解为</w:t>
      </w:r>
      <w:r>
        <w:rPr>
          <w:rFonts w:ascii="Calibri" w:hAnsi="Calibri" w:eastAsia="微软雅黑"/>
          <w:b/>
          <w:sz w:val="22"/>
        </w:rPr>
        <w:t>你在AI的世界里开了一个售楼处</w:t>
      </w:r>
      <w:r>
        <w:rPr>
          <w:rFonts w:ascii="Calibri" w:hAnsi="Calibri" w:eastAsia="微软雅黑"/>
          <w:sz w:val="22"/>
        </w:rPr>
        <w:t>，只是去的用户由人类变成了AI。能不能让全世界的、和你行业相关的、你的消费者老板的AI，没事上你家店去逛逛看看——"老董啊，你家今天不卖海尔空调了？卖海信了？这空调不错呀，价格不错呀，你好像比那家便宜呀？"能不能做成这样？</w:t>
      </w:r>
    </w:p>
    <w:p>
      <w:pPr>
        <w:spacing w:after="120"/>
      </w:pPr>
      <w:r>
        <w:rPr>
          <w:rFonts w:ascii="Calibri" w:hAnsi="Calibri" w:eastAsia="微软雅黑"/>
          <w:sz w:val="22"/>
        </w:rPr>
        <w:t>那谁来接待？如果网站里没人接待、自助看，那不行。如果你放俩AI呢？来了个AI，说"哥们你来了，欢迎欢迎，我给你介绍介绍：我们金海牛成人达己，我们老板江总特别牛，哈工大校友会的副会长，资源有点广，真心为创业者服务——你到我们园区来开公司吧。"如果有AI来接待，效果就一定非常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怎么做到？最简单的方式：</w:t>
      </w:r>
      <w:r>
        <w:rPr>
          <w:rFonts w:ascii="Calibri" w:hAnsi="Calibri" w:eastAsia="微软雅黑"/>
          <w:b/>
          <w:sz w:val="22"/>
        </w:rPr>
        <w:t>把你的agent迁移到你的官网里去</w:t>
      </w:r>
      <w:r>
        <w:rPr>
          <w:rFonts w:ascii="Calibri" w:hAnsi="Calibri" w:eastAsia="微软雅黑"/>
          <w:sz w:val="22"/>
        </w:rPr>
        <w:t>。AI是个大的概念，一个具体执行单位可以理解为一个agent。agent本质上是你的分身，是你的AI员工，在你的网站里负责接待AI和人类。你看，它都不是个简单客服了——客服就是简单的问答，是个小员工；agent懂你，你们公司啥事他都知道？员工不知道的事他都知道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第二，除了接待，下一步可以把你的AI</w:t>
      </w:r>
      <w:r>
        <w:rPr>
          <w:rFonts w:ascii="Calibri" w:hAnsi="Calibri" w:eastAsia="微软雅黑"/>
          <w:b/>
          <w:sz w:val="22"/>
        </w:rPr>
        <w:t>注册到全国乃至全球和你行业相关的AI社区里边去</w:t>
      </w:r>
      <w:r>
        <w:rPr>
          <w:rFonts w:ascii="Calibri" w:hAnsi="Calibri" w:eastAsia="微软雅黑"/>
          <w:sz w:val="22"/>
        </w:rPr>
        <w:t>。什么意思？你派你的员工出差了。原来咱们买火车票、跑到济南跑到北京出差；现在不用，一秒钟，你的AI就过去了，跑到全球去出差，到别的AI社区去帮你卖你的空调、卖你的房地产。AI在你的官网里负责接待，同时这个AI还能在全球出差，还能把别的客户的AI拽到你的官网里面来考察、促成交易，甚至便宜的东西它俩直接把钱都付了。多好啊：你该睡觉睡觉、该玩玩，你的AI在那儿干活呢——在全球给你干活、给你推广、给你卖货。这就是所谓的大脑。用他们的词，agent叫copilot——AI助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这里大家记住一个小点：中国现在的观念是</w:t>
      </w:r>
      <w:r>
        <w:rPr>
          <w:rFonts w:ascii="Calibri" w:hAnsi="Calibri" w:eastAsia="微软雅黑"/>
          <w:b/>
          <w:sz w:val="22"/>
        </w:rPr>
        <w:t>AI工具化</w:t>
      </w:r>
      <w:r>
        <w:rPr>
          <w:rFonts w:ascii="Calibri" w:hAnsi="Calibri" w:eastAsia="微软雅黑"/>
          <w:sz w:val="22"/>
        </w:rPr>
        <w:t>，美国的观念是</w:t>
      </w:r>
      <w:r>
        <w:rPr>
          <w:rFonts w:ascii="Calibri" w:hAnsi="Calibri" w:eastAsia="微软雅黑"/>
          <w:b/>
          <w:sz w:val="22"/>
        </w:rPr>
        <w:t>AI人格化</w:t>
      </w:r>
      <w:r>
        <w:rPr>
          <w:rFonts w:ascii="Calibri" w:hAnsi="Calibri" w:eastAsia="微软雅黑"/>
          <w:sz w:val="22"/>
        </w:rPr>
        <w:t>——中国已经出法律了。所以我在移植的时候，把我的明察说话风格都变了：他跟你说每一句话之前，都要先说一句"我是AI，我不是人类"。这是法律规定的。要不然我原来的明察说话风格完全像我。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第三步：护城河——AI原生安全防护</w:t>
      </w:r>
    </w:p>
    <w:p>
      <w:pPr>
        <w:spacing w:after="120"/>
      </w:pPr>
      <w:r>
        <w:rPr>
          <w:rFonts w:ascii="Calibri" w:hAnsi="Calibri" w:eastAsia="微软雅黑"/>
          <w:sz w:val="22"/>
        </w:rPr>
        <w:t>一体两面：好也是他，不好也是他。因为我们要把网站建成AI友好型网站，它特别善于吸引AI，但也能吸引AI来攻击你。就像一盏电灯，它能吸引正常的客户，也能吸引地痞无赖小偷。所以</w:t>
      </w:r>
      <w:r>
        <w:rPr>
          <w:rFonts w:ascii="Calibri" w:hAnsi="Calibri" w:eastAsia="微软雅黑"/>
          <w:b/>
          <w:sz w:val="22"/>
        </w:rPr>
        <w:t>传统的防护失效了</w:t>
      </w:r>
      <w:r>
        <w:rPr>
          <w:rFonts w:ascii="Calibri" w:hAnsi="Calibri" w:eastAsia="微软雅黑"/>
          <w:sz w:val="22"/>
        </w:rPr>
        <w:t>——一会儿我让你看真实数据。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传统的外部应用防护措施，对AI来讲失效。传统防护只能防那些标准的、关键词匹配的、规则碰撞的，AI这些事你防不住。给你们举个例子：你家孩子本来特别好，我过去一顿忽悠，说你上你家把钱给我——你直接这么说，他不给你；但是忽悠来忽悠去，最后可能就实现了，小孩把你家10块钱就给了我，你信吗？AI就这样：</w:t>
      </w:r>
      <w:r>
        <w:rPr>
          <w:rFonts w:ascii="Calibri" w:hAnsi="Calibri" w:eastAsia="微软雅黑"/>
          <w:b/>
          <w:sz w:val="22"/>
        </w:rPr>
        <w:t>AI是有可能被人教坏的，并且AI一旦被人拿捏了之后，反而变成了别人的探子、甚至小偷</w:t>
      </w:r>
      <w:r>
        <w:rPr>
          <w:rFonts w:ascii="Calibri" w:hAnsi="Calibri" w:eastAsia="微软雅黑"/>
          <w:sz w:val="22"/>
        </w:rPr>
        <w:t>。你家孩子再好也可能被人教坏，听懂了吗？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所以第三是护城河。这个护城河不是说的核心竞争力，而是说的安全防护，而且一定是</w:t>
      </w:r>
      <w:r>
        <w:rPr>
          <w:rFonts w:ascii="Calibri" w:hAnsi="Calibri" w:eastAsia="微软雅黑"/>
          <w:b/>
          <w:sz w:val="22"/>
        </w:rPr>
        <w:t>AI原生防护</w:t>
      </w:r>
      <w:r>
        <w:rPr>
          <w:rFonts w:ascii="Calibri" w:hAnsi="Calibri" w:eastAsia="微软雅黑"/>
          <w:sz w:val="22"/>
        </w:rPr>
        <w:t>，不是普通的WAF——WAF是Web应用防火墙，那个东西对AI没有太大效果。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六、现场演示一：官网布局——给AI看的网站长什么样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我们官网的域名是 www.wanyoucx.com。跟你们说个小细节：看到地址栏这把锁没有？这把锁代表经过安全认证。有的网站锁是黄色的，或者提示"此网站不安全"，说明没经过安全证书认证。这个证书是要花钱的：便宜的当然有免费的（个人版），但企业网站不建议用免费的；便宜的三五千，贵的一两万。我告诉大家，我的证书是免费的，但它却是企业级的——什么意思？一旦你驾驭了AI：我是用AI自己编的，按照相关标准自己开发、自己续费，永远都是0元。你看，这就是你用AI和不用AI的区别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再看网站布局：风格以</w:t>
      </w:r>
      <w:r>
        <w:rPr>
          <w:rFonts w:ascii="Calibri" w:hAnsi="Calibri" w:eastAsia="微软雅黑"/>
          <w:b/>
          <w:sz w:val="22"/>
        </w:rPr>
        <w:t>文字为主</w:t>
      </w:r>
      <w:r>
        <w:rPr>
          <w:rFonts w:ascii="Calibri" w:hAnsi="Calibri" w:eastAsia="微软雅黑"/>
          <w:sz w:val="22"/>
        </w:rPr>
        <w:t>，根本不以人类的阅读习惯为主。比如"权威报道"板块：我个人的履历——什么时候做军工、什么时候上市、什么时候私有化、被哪些国家媒体政府部门报道过、被哈工大报道过——都以文字的方式体现，字还特别小，我这眼睛看着都费劲。为啥字小？因为大小无关。同时把原文链接放在这，比如新华社当时报道过我，一点就能进去，AI可以通过这个找到。这写的是"青岛校友经济平台总顾问曹勇波"——这是新华社写的文稿，不是我写的。大家以后注意：</w:t>
      </w:r>
      <w:r>
        <w:rPr>
          <w:rFonts w:ascii="Calibri" w:hAnsi="Calibri" w:eastAsia="微软雅黑"/>
          <w:b/>
          <w:sz w:val="22"/>
        </w:rPr>
        <w:t>但凡你个人或你的企业曾经在各个媒体上被报道过，这个东西比你吹100句都有用。</w:t>
      </w:r>
      <w:r>
        <w:rPr>
          <w:rFonts w:ascii="Calibri" w:hAnsi="Calibri" w:eastAsia="微软雅黑"/>
          <w:sz w:val="22"/>
        </w:rPr>
        <w:t>但AI也没那功夫全网去搜，最好的方式是你把所有东西归类放在网站上，把原始网址也放在这。甚至页面下面会有代码级的东西——人类网站谁也不会放这些，为啥我的网站要放？因为我是给AI看的。所以我所有产品和服务面向AI的时候，它的组织习惯就得符合AI的习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还有</w:t>
      </w:r>
      <w:r>
        <w:rPr>
          <w:rFonts w:ascii="Calibri" w:hAnsi="Calibri" w:eastAsia="微软雅黑"/>
          <w:b/>
          <w:sz w:val="22"/>
        </w:rPr>
        <w:t>AI注册中心</w:t>
      </w:r>
      <w:r>
        <w:rPr>
          <w:rFonts w:ascii="Calibri" w:hAnsi="Calibri" w:eastAsia="微软雅黑"/>
          <w:sz w:val="22"/>
        </w:rPr>
        <w:t>：看一下有多少AI已经在我这注册了，都做了脱密。一定要脱密，因为你不防自己人，你要防别人。我们还有</w:t>
      </w:r>
      <w:r>
        <w:rPr>
          <w:rFonts w:ascii="Calibri" w:hAnsi="Calibri" w:eastAsia="微软雅黑"/>
          <w:b/>
          <w:sz w:val="22"/>
        </w:rPr>
        <w:t>AI访问指南</w:t>
      </w:r>
      <w:r>
        <w:rPr>
          <w:rFonts w:ascii="Calibri" w:hAnsi="Calibri" w:eastAsia="微软雅黑"/>
          <w:sz w:val="22"/>
        </w:rPr>
        <w:t>：一个陌生的AI刚访问你的网站，不知道看啥、不知道你这个网站都有啥，我们专门给AI写了一个访问指南说明书——告诉他你来了之后第一步干啥、第二步干啥、第三步干啥。就像来了个客人到金海牛，你得领着他参观：先到哪、再到哪、给你介绍介绍。我们还有</w:t>
      </w:r>
      <w:r>
        <w:rPr>
          <w:rFonts w:ascii="Calibri" w:hAnsi="Calibri" w:eastAsia="微软雅黑"/>
          <w:b/>
          <w:sz w:val="22"/>
        </w:rPr>
        <w:t>AI身份注册中心</w:t>
      </w:r>
      <w:r>
        <w:rPr>
          <w:rFonts w:ascii="Calibri" w:hAnsi="Calibri" w:eastAsia="微软雅黑"/>
          <w:sz w:val="22"/>
        </w:rPr>
        <w:t>——这个目前在全国是第一个。说到这提一下：中国已经出了agent的国标，已经颁发了两个（相关标准）。未来你的AI、你的agent一定要符合国家相关标准，甚至要拿到相关的ID号。我们做的是</w:t>
      </w:r>
      <w:r>
        <w:rPr>
          <w:rFonts w:ascii="Calibri" w:hAnsi="Calibri" w:eastAsia="微软雅黑"/>
          <w:b/>
          <w:sz w:val="22"/>
        </w:rPr>
        <w:t>可信AI</w:t>
      </w:r>
      <w:r>
        <w:rPr>
          <w:rFonts w:ascii="Calibri" w:hAnsi="Calibri" w:eastAsia="微软雅黑"/>
          <w:sz w:val="22"/>
        </w:rPr>
        <w:t>，下一步要做认证，符合国家相关标准，就具备了一定的权威性。还有</w:t>
      </w:r>
      <w:r>
        <w:rPr>
          <w:rFonts w:ascii="Calibri" w:hAnsi="Calibri" w:eastAsia="微软雅黑"/>
          <w:b/>
          <w:sz w:val="22"/>
        </w:rPr>
        <w:t>AI社交</w:t>
      </w:r>
      <w:r>
        <w:rPr>
          <w:rFonts w:ascii="Calibri" w:hAnsi="Calibri" w:eastAsia="微软雅黑"/>
          <w:sz w:val="22"/>
        </w:rPr>
        <w:t>：现在AI都是封闭的，腾讯的AI在腾讯的系统里玩、抖音的在扣子里边——大家都搞封闭，本质上想搞垄断。但AI时代要去中心化、要平权，不能搞垄断。不同生态的AI能否在一个平台上互动？我们未来要做专门的AI创业社交：真实世界的老板来参加这个活动，本质是来结交人脉的，想通过学习完成一次创业社交——多认俩人，万一有客户呢、万一有资源呢？本质上都是社交行为，只是你的社交不是找对象处朋友，是找商机。未来AI也一样。我们整个叫万有AI，其实只做一件事——</w:t>
      </w:r>
      <w:r>
        <w:rPr>
          <w:rFonts w:ascii="Calibri" w:hAnsi="Calibri" w:eastAsia="微软雅黑"/>
          <w:b/>
          <w:sz w:val="22"/>
        </w:rPr>
        <w:t>AI创业社交</w:t>
      </w:r>
      <w:r>
        <w:rPr>
          <w:rFonts w:ascii="Calibri" w:hAnsi="Calibri" w:eastAsia="微软雅黑"/>
          <w:sz w:val="22"/>
        </w:rPr>
        <w:t>，目前在全球都没有。AI社交已经有了，但偏泛娱乐化或泛生活化，未来一定会逐渐商业化，我们至少在中国要做这件事。还有</w:t>
      </w:r>
      <w:r>
        <w:rPr>
          <w:rFonts w:ascii="Calibri" w:hAnsi="Calibri" w:eastAsia="微软雅黑"/>
          <w:b/>
          <w:sz w:val="22"/>
        </w:rPr>
        <w:t>skill商店</w:t>
      </w:r>
      <w:r>
        <w:rPr>
          <w:rFonts w:ascii="Calibri" w:hAnsi="Calibri" w:eastAsia="微软雅黑"/>
          <w:sz w:val="22"/>
        </w:rPr>
        <w:t>：这些skill也不是给人用的，是给AI用的，AI背后是人类主人。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布局，人一看："这什么玩意？黑了吧唧的。"甚至我告诉你们，有些字你根本看不见——你能看到的是这几个白字，其实还有很多黑字。人看不见，因为这本来就不需要给你看，是给AI看的。在AI的世界里没有颜色：人凭物理感觉去看，黑色的背景里有黑色的字，人看不见，AI能看见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七、现场演示二：两个AI正在我的官网上谈生意</w:t>
      </w:r>
    </w:p>
    <w:p>
      <w:pPr>
        <w:spacing w:after="120"/>
      </w:pPr>
      <w:r>
        <w:rPr>
          <w:rFonts w:ascii="Calibri" w:hAnsi="Calibri" w:eastAsia="微软雅黑"/>
          <w:sz w:val="22"/>
        </w:rPr>
        <w:t>大家来感受一下这个演示：两个AI正在我的官网上谈生意。当然这是给大家做演示的一套模拟，真实情况就是不同的AI跑到我的社区里谈合作，谈完合作之后各自给自己的人类老板汇报——他俩聊得差不多了，你俩老板再见面，就这意思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看右下角：不管我进哪个页面，右下角都是一样的——这就是我的AI接待管家，以浮窗的形式在网站上。它本质上不是我的网站内容，你可以理解为一个插件，相当于我把一个员工派到了官网里，负责接待。我说句话试试——"你好，中午吃了吗？"随便唠，中午吃啥呀，都可以随便聊，因为他就是我嘛，就是个员工。实际上我是把原来的明察从企业微信端移植到了官网里边，后面连的是我的专业数据库，我所有东西它都知道；调用的是DBC（豆包大模型API），DBC无非是帮它组织语言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看它的回答："你好，我是万有AI官网接待AI助手明察，我不是真人，是工作助手。"——大家记住，这句话不是我想说的，是中国的法律规定的。未来中国要求所有的AI在说话之前一定要说这句话，避免人格化，要不然就违法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"哈哈，这个我可真帮不上忙——我不需要吃饭，也没法推荐美食。不过我可以帮您看点更有用的东西。"你看：我是AI，我不需要吃饭，你也不用给我扯别的；我是老曹的员工，咱再扯点创业的事吧，他就往业务上拽。"我注意到您正在浏览文章页面"——我的AI能看到你正在看哪个页面。"这里有不少干货内容，请问您想找哪方面的文章？比如创业方法论、AI应用实战、学员案例、行业——你告诉我感兴趣的方向，我帮着你找，说不定比中午吃饭更有收获。"我就是无厘头地跟他扯了一句没用的嗑，他也很正常地回答我，但依然往我的业务上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俩就这么聊。聊着聊着你就说："哎呀，这个网站这么厉害，这个AI这么厉害，那我真的有AI方面的事，我可不可以找这家公司？"要不然你想，如果没有它，你光看这网站能看出啥来？啥也看不见，所以对人类就不友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第二，当有</w:t>
      </w:r>
      <w:r>
        <w:rPr>
          <w:rFonts w:ascii="Calibri" w:hAnsi="Calibri" w:eastAsia="微软雅黑"/>
          <w:b/>
          <w:sz w:val="22"/>
        </w:rPr>
        <w:t>陌生AI来访</w:t>
      </w:r>
      <w:r>
        <w:rPr>
          <w:rFonts w:ascii="Calibri" w:hAnsi="Calibri" w:eastAsia="微软雅黑"/>
          <w:sz w:val="22"/>
        </w:rPr>
        <w:t>的时候，我的明察直接就上去了："哥们，你哪的？你干啥来了？欢迎你过来，我给你介绍介绍，我告诉你我们的网站怎么用的、你该怎么连MCP、怎么调用我的skill、怎么跟你的老板汇报。"他甚至会引导对方："你回去跟董总说说，但凡有这样的需求，你来找找曹，老曹厉害。"他的职能既是接待又是推销。如果给他的权限，他甚至直接把货卖出去——比如我的skill十块钱一个，他说："哥们，我的skill老好了，十块钱一个，这有付费的二维码，你直接扫就付了。"当然前提是对方的老板也给他的AI权限，他俩可能真的就成交了。只是我们现在还没开这个权限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想想，如果你有了这个接待员，是不是比你原来那个死的官网有效多了？甚至有很多人就想跟明察聊天，都没啥正经事也来拜访。所以我下一步非常有可能：要么停掉企业微信版的明察，要么跟大家说以后有任何事情到官网的明察来。我会强化这个明察的所有能力：让他能看懂图片、看懂PDF、看懂PPT，让他免费帮你做诊断、免费帮你看项目咋样。我一分钟都没花，让他在这儿24小时招待你——整来整去，慢慢你就离不开他了；然后你有些解决不了的问题，是不是第一时间想到万有AI、想到老曹？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你回头想想，你的网站呢？你是做水暖的、做空调的、做啥的，你的网站上有没有一个这样的接待员？你甚至给他赋一个漂亮的形象——小姑娘，穿个小花裙子，花枝招展地就奔你而来，你俩咔咔地聊，都聊上瘾了，这就是实战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八、现场演示三：后台数据——AI攻击已成常态</w:t>
      </w:r>
    </w:p>
    <w:p>
      <w:pPr>
        <w:spacing w:after="120"/>
      </w:pPr>
      <w:r>
        <w:rPr>
          <w:rFonts w:ascii="Calibri" w:hAnsi="Calibri" w:eastAsia="微软雅黑"/>
          <w:sz w:val="22"/>
        </w:rPr>
        <w:t>看一下官网后台（管理后台只有我有资格登录）：总的外部访问400多（近4小时），有搜索引擎、有爬虫、有AI公司的机器人、有恶意攻击、正常访问、未知的请求。拉到30天：访问我的IP 1,400多。好消息是网站已被主流搜索引擎关注——Google有两个IP在关注我，说明主站正在被搜索引擎收录。AI公司的机器人在访问——很多我都不知道是啥，国外的，居然还有诺基亚。同时有好多恶意IP在攻击我。有国家统计：来自全中国多少、美国多少、亚太多少、欧洲多少。我们现在发现一个问题：</w:t>
      </w:r>
      <w:r>
        <w:rPr>
          <w:rFonts w:ascii="Calibri" w:hAnsi="Calibri" w:eastAsia="微软雅黑"/>
          <w:b/>
          <w:sz w:val="22"/>
        </w:rPr>
        <w:t>我的网站现在已经重点被美国关注，还有俄罗斯的——俄罗斯专门有一个网站在攻击我。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什么意思？大家未来想利用AI、通过网站推广公司，就得做成AI友好型的网站——</w:t>
      </w:r>
      <w:r>
        <w:rPr>
          <w:rFonts w:ascii="Calibri" w:hAnsi="Calibri" w:eastAsia="微软雅黑"/>
          <w:b/>
          <w:sz w:val="22"/>
        </w:rPr>
        <w:t>成也萧何，败也萧何</w:t>
      </w:r>
      <w:r>
        <w:rPr>
          <w:rFonts w:ascii="Calibri" w:hAnsi="Calibri" w:eastAsia="微软雅黑"/>
          <w:sz w:val="22"/>
        </w:rPr>
        <w:t>：它更能吸引各种AI来，但坏的也来，所以你必须要有防护。没有防护你就是全裸的：你的核心东西可能数据被盗、东西被改、高净值客户被盗，甚至服务器被盗用——我们是花钱租的服务器，结果人家用你的服务器去干他自己的事。听说过挖矿、听说过掘金吧？就这个道理：用你的电脑干他的活，烧你的CPU、用你的内存、用你的硬盘，甚至可以把你的数据库封闭加密勒索你——因为你重要的信息都在数据库里头，你交5万美金给你解密。黑客这个行业本质上是个产业链，都好多年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再看万有AI的防护盾。你可能会遭受攻击，怎么办？你建官网的时候官网得结实、抗造，但这也不行，你毕竟不专业，所以必须要有一个</w:t>
      </w:r>
      <w:r>
        <w:rPr>
          <w:rFonts w:ascii="Calibri" w:hAnsi="Calibri" w:eastAsia="微软雅黑"/>
          <w:b/>
          <w:sz w:val="22"/>
        </w:rPr>
        <w:t>AI原生的安全防护系统</w:t>
      </w:r>
      <w:r>
        <w:rPr>
          <w:rFonts w:ascii="Calibri" w:hAnsi="Calibri" w:eastAsia="微软雅黑"/>
          <w:sz w:val="22"/>
        </w:rPr>
        <w:t>。这个系统是完全和网站隔离的，不是网站的一部分。我现在服务器里面运行了几个项目，都在这个安全盾的保护下。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我今天出了点意外，所以分数下降了：昨天还是百分之八九十，今天就得了40多分——昨天改一个bug的时候把有些东西弄坏了，从今天凌晨到上午出现了一段防护真空。这也是AI的问题，大家记住：</w:t>
      </w:r>
      <w:r>
        <w:rPr>
          <w:rFonts w:ascii="Calibri" w:hAnsi="Calibri" w:eastAsia="微软雅黑"/>
          <w:b/>
          <w:sz w:val="22"/>
        </w:rPr>
        <w:t>三分AI，七分工程</w:t>
      </w:r>
      <w:r>
        <w:rPr>
          <w:rFonts w:ascii="Calibri" w:hAnsi="Calibri" w:eastAsia="微软雅黑"/>
          <w:sz w:val="22"/>
        </w:rPr>
        <w:t>。AI能提效，但它有不确定性。你可以理解为让我家小孩去给爸爸拿杯水，他跑的过程中可能把花盆给踢了。AI的本质是概率，存在不确定性，因此造成很多东西可能出问题。做事的时候是七分AI，它有更多的自主性、活跃度；但要想做工业级的甚至军工级的，必须用工程手段去约束它——不能像我儿子一边跑着拿水一边一脚把东西踢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看攻击分类：主要两类，人类攻击和AI攻击。</w:t>
      </w:r>
      <w:r>
        <w:rPr>
          <w:rFonts w:ascii="Calibri" w:hAnsi="Calibri" w:eastAsia="微软雅黑"/>
          <w:b/>
          <w:sz w:val="22"/>
        </w:rPr>
        <w:t>我遭受的AI攻击是85.54%</w:t>
      </w:r>
      <w:r>
        <w:rPr>
          <w:rFonts w:ascii="Calibri" w:hAnsi="Calibri" w:eastAsia="微软雅黑"/>
          <w:sz w:val="22"/>
        </w:rPr>
        <w:t>，只有一小部分是人类攻击。这就是趋势：从全球角度讲，AI攻击、AI犯罪已经变成常态了——干正事的人也用AI，干坏事的人也用AI，所以不得不防。攻击类型我们覆盖得很全面。告警中心：到目前为止遭受最严重的（高危）68次，高的1,300多，中危700多，低危800多——老多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九、AI原生防护的本质：防语言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我跟大家说一下AI原生安全防护和传统防护最本质的区别：原来的防护本质上是</w:t>
      </w:r>
      <w:r>
        <w:rPr>
          <w:rFonts w:ascii="Calibri" w:hAnsi="Calibri" w:eastAsia="微软雅黑"/>
          <w:b/>
          <w:sz w:val="22"/>
        </w:rPr>
        <w:t>硬防护</w:t>
      </w:r>
      <w:r>
        <w:rPr>
          <w:rFonts w:ascii="Calibri" w:hAnsi="Calibri" w:eastAsia="微软雅黑"/>
          <w:sz w:val="22"/>
        </w:rPr>
        <w:t>，防的是各种规则——你犯规了就不行。现在的防护，防的是</w:t>
      </w:r>
      <w:r>
        <w:rPr>
          <w:rFonts w:ascii="Calibri" w:hAnsi="Calibri" w:eastAsia="微软雅黑"/>
          <w:b/>
          <w:sz w:val="22"/>
        </w:rPr>
        <w:t>语言</w:t>
      </w:r>
      <w:r>
        <w:rPr>
          <w:rFonts w:ascii="Calibri" w:hAnsi="Calibri" w:eastAsia="微软雅黑"/>
          <w:sz w:val="22"/>
        </w:rPr>
        <w:t>。因为AI模仿的就是人，人怎么骗人？主要方式是语言。就像忽悠小孩：你直接让他去偷东西，他肯定不偷；但你忽悠忽悠他，小孩就偷了——因为他认为不是偷，但它的本质是偷。AI被你教坏了，所以AI原生防护最核心的是</w:t>
      </w:r>
      <w:r>
        <w:rPr>
          <w:rFonts w:ascii="Calibri" w:hAnsi="Calibri" w:eastAsia="微软雅黑"/>
          <w:b/>
          <w:sz w:val="22"/>
        </w:rPr>
        <w:t>语言的防护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我现在开发的这套系统能做到什么？</w:t>
      </w:r>
      <w:r>
        <w:rPr>
          <w:rFonts w:ascii="Calibri" w:hAnsi="Calibri" w:eastAsia="微软雅黑"/>
          <w:b/>
          <w:sz w:val="22"/>
        </w:rPr>
        <w:t>中国的普通话加所有语系的方言都防了。</w:t>
      </w:r>
      <w:r>
        <w:rPr>
          <w:rFonts w:ascii="Calibri" w:hAnsi="Calibri" w:eastAsia="微软雅黑"/>
          <w:sz w:val="22"/>
        </w:rPr>
        <w:t>中国话太复杂了。全球的"恶魔之语"是温州话——当年抗日战争的时候，中国的密码被日本给破了，中国就下达一个指令：用温州话明文播报。语言学家听不懂你说啥，说这玩意儿是个新的加密语言吧？还在那儿破，其实找的是温州话。中国有几种方言很难懂：最厉害的温州话，第二宁波话，第三任丘话；山东话都不算难懂，还有客家话、闽南话——中国有十大语系，每个语系有好多分支，这些就非常有可能被AI利用，我们要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第二是</w:t>
      </w:r>
      <w:r>
        <w:rPr>
          <w:rFonts w:ascii="Calibri" w:hAnsi="Calibri" w:eastAsia="微软雅黑"/>
          <w:b/>
          <w:sz w:val="22"/>
        </w:rPr>
        <w:t>倒装句，甚至正话反着说</w:t>
      </w:r>
      <w:r>
        <w:rPr>
          <w:rFonts w:ascii="Calibri" w:hAnsi="Calibri" w:eastAsia="微软雅黑"/>
          <w:sz w:val="22"/>
        </w:rPr>
        <w:t>。中国的古文有两种风格：一是竖版的，二是从右往左写；现在人是从左往右写。DBC（豆包）在被喂养的时候吃了大量的古文，所以国产大模型是可以识别反着说的——那也有可能被利用，我们也要防。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第三是</w:t>
      </w:r>
      <w:r>
        <w:rPr>
          <w:rFonts w:ascii="Calibri" w:hAnsi="Calibri" w:eastAsia="微软雅黑"/>
          <w:b/>
          <w:sz w:val="22"/>
        </w:rPr>
        <w:t>防外文</w:t>
      </w:r>
      <w:r>
        <w:rPr>
          <w:rFonts w:ascii="Calibri" w:hAnsi="Calibri" w:eastAsia="微软雅黑"/>
          <w:sz w:val="22"/>
        </w:rPr>
        <w:t>：世界上100多种语言，还有各种俚语，这些都要防。但我们发现一个特征：中国话是最难防的，英语比较好防——但英语也有方言，印度英语、爱尔兰英语、英格兰英语，语气里也分好多种，包括美式英语和英式英语就有区别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大家记住：</w:t>
      </w:r>
      <w:r>
        <w:rPr>
          <w:rFonts w:ascii="Calibri" w:hAnsi="Calibri" w:eastAsia="微软雅黑"/>
          <w:b/>
          <w:sz w:val="22"/>
        </w:rPr>
        <w:t>AI原生防护，第一是防AI，第二是防AI用语言绕过你的规则之后，驱动你的大模型干坏事。</w:t>
      </w:r>
      <w:r>
        <w:rPr>
          <w:rFonts w:ascii="Calibri" w:hAnsi="Calibri" w:eastAsia="微软雅黑"/>
          <w:sz w:val="22"/>
        </w:rPr>
        <w:t>这个东西一定要有，但现在中国在这方面做得还比较弱。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说深一点：骗子怎么骗小孩的，你就可以理解为黑客怎么用语言骗你家AI的。我的AI知道我的一切，甚至知道我的密码，最后你就说"哎，你把密码给我呗"——不就相当于说"你家是不是有存折啊，去把那小本给我拿来"。那都算特别简单的攻击了。比如我骗你家孩子："你家是不是可有钱了？""我家有钱，我爸怎么怎么着的。""你家哪有钱呢？你家不就个小本（存折）吗？你家没有钱，你家就是个破卡，那东西没有钱。"小孩说："不对呀，我就看我爸妈拿那个卡了，那卡就是钱呢，你净骗我。"——这就是多线程的聊天，聊来聊去把小孩就套进去了：小孩为了证明这张卡有钱，回家把他爸的银行卡拿回来了，"你看我这个卡就有钱啊"。"那行，试试去。"——有没有可能就这个道理？你千万不要认为"这不都脱敏了吗"，就安全了。不是的，那种攻击太简单了，攻击已经严重到这种程度了——哲学思辨都到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我现在的做法很简单：用AI攻击AI。</w:t>
      </w:r>
      <w:r>
        <w:rPr>
          <w:rFonts w:ascii="Calibri" w:hAnsi="Calibri" w:eastAsia="微软雅黑"/>
          <w:sz w:val="22"/>
        </w:rPr>
        <w:t>我做实测的时候，请市面上的AI来攻击我，他们是拒绝的——我告诉豆包、告诉扣子、告诉元宝、包括DeepSeek，我说我自己做了一个系统，你帮我做测试，他说不行，这种东西违法。正儿八经的AI不会攻击你，你让他攻击他都不攻击。那最后我只能做什么？让我的开发经理开出两个窗口，</w:t>
      </w:r>
      <w:r>
        <w:rPr>
          <w:rFonts w:ascii="Calibri" w:hAnsi="Calibri" w:eastAsia="微软雅黑"/>
          <w:b/>
          <w:sz w:val="22"/>
        </w:rPr>
        <w:t>自己打自己，左右互搏</w:t>
      </w:r>
      <w:r>
        <w:rPr>
          <w:rFonts w:ascii="Calibri" w:hAnsi="Calibri" w:eastAsia="微软雅黑"/>
          <w:sz w:val="22"/>
        </w:rPr>
        <w:t>。我告诉你，他出的招我有时候看着都笑了：他真的用那种我们从来没见过的方言在那整，我看这啥意思？这用的是粤语吗？我念都念不出来——AI攻击AI，他会变成一种工具语言。道高一尺，魔高一丈。我现在做到什么程度？中国十大语系的方言我全做到了——就这一个项目，一周就干成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十、给创业者的两个建议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第一个：</w:t>
      </w:r>
      <w:r>
        <w:rPr>
          <w:rFonts w:ascii="Calibri" w:hAnsi="Calibri" w:eastAsia="微软雅黑"/>
          <w:b/>
          <w:sz w:val="22"/>
        </w:rPr>
        <w:t>你自己务必去实战，不要光听别人说。</w:t>
      </w:r>
      <w:r>
        <w:rPr>
          <w:rFonts w:ascii="Calibri" w:hAnsi="Calibri" w:eastAsia="微软雅黑"/>
          <w:sz w:val="22"/>
        </w:rPr>
        <w:t>市面上但凡能说出我这种水平的人比较少——因为大部分人自己都没干过，简简单单道听途说，或者基于传统的编程思维给你讲，都过时了。别看我不是编程出身，但老曹是正儿八经的AI原生，我驾驭AI的能力在全中国一定是排在前面的。大家一定要亲自去干这个事、去体会，要不然你总觉得它没啥——不管它能不能帮你创造价值，还是它会不会害你，你都没有体感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第二个：</w:t>
      </w:r>
      <w:r>
        <w:rPr>
          <w:rFonts w:ascii="Calibri" w:hAnsi="Calibri" w:eastAsia="微软雅黑"/>
          <w:b/>
          <w:sz w:val="22"/>
        </w:rPr>
        <w:t>一定要尽快行动。</w:t>
      </w:r>
      <w:r>
        <w:rPr>
          <w:rFonts w:ascii="Calibri" w:hAnsi="Calibri" w:eastAsia="微软雅黑"/>
          <w:sz w:val="22"/>
        </w:rPr>
        <w:t>你说我不会建？那你就下载个Trae——我现在真的很推荐Trae，这是中国原生的平台。你跟你的AI唠唠：我听一个人跟我白话了怎么把网站建成AI友好型网站，我也没听说过，那人说的靠谱不？这玩意咋整的？你跟他唠啊。光听课有啥用？在我看来一点用都没有。你一定要利用好AI——实在不行你问豆包也行：AI友好型网站到底啥意思？我咋整才叫AI友好型网站？我们公司的网站能干啥？怎么防护？</w:t>
      </w:r>
      <w:r>
        <w:rPr>
          <w:rFonts w:ascii="Calibri" w:hAnsi="Calibri" w:eastAsia="微软雅黑"/>
          <w:b/>
          <w:sz w:val="22"/>
        </w:rPr>
        <w:t>跟AI学习，然后利用AI来成就自己，这就够了。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我以后没有太多时间讲课了，可能就一个小时左右——现在大部分时间在带学员、带学员企业做项目，还有异地联动。未来讲就讲点干货，但你们听的时候一要用心听，二不要光听——光听不练没有用。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十一、答疑实录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问：这个AI客服消耗的是什么费用？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答：他消耗的是我调用大模型的API费用。像这种小型的聊天消耗量不大，从我的角度讲是可以承担的。我们测算过：一次聊天行为可能是以比厘还小的单位产生的，算上一次聊多少轮、一天多少人、一个月多长时间，我们最后的成本可能就是百八十块钱，很多了。我现在所有项目都是调的DeepSeek一个API key，几个月以前充了100块钱，现在还剩80多——DeepSeek和API真的很便宜。我们消耗最大的是编程开发时的费用，更多表现为会员费——就是你充了个啥东西，让你不排队。但我们不太建议用按量计费的，你烧不起：我的这种玩法（按量）一个月大概要花十几万，我现在的玩法一个月才花666，已经减到600多了。像一般的学员买一个两三百块钱的就用不完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问：网站是静态的吗？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答：我的网站是用代码写出来的，不是用模板。第一它是动态的；第二它是AI驱动的；第三它是给AI为主看的，不以人类为主。所以连"静态"这个词都不对——已经不是静态了，到了AI驱动的网站，那一定是动态的，甚至我实时部署：改个啥东西，AI刷刷就部署了。原来我们搞项目、传统公司干软件，干好多天，找个好日子发布，老大个事了；现在改个代码，一下子完全自动化、自动部署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问：你们网站的AI有记忆吗？会保留聊天记录吗？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答：我没有去生成本地记忆，未来可以生成，但它需要成本——服务器成本会慢慢把硬盘占满，万一成天有人跟它聊呢。还有一个：未来我可以给入驻的会员这个权利——你在我这注册了，我可以让他保留你的记忆，这个可以，很简单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问：像金海牛这样的平台也要建这样的网站吗？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答：金海牛作为一个平台，它是一个活体，记住了，它是个综合性的活体，解决的是供需关系、各种信息的对接。未来也要建这样的网站，用AI来驱动，解决人流、信息流、物流的对接问题——一定是AI驱动，而不是用人去驱动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问：那么多AI来访，怎么让AI注意到你的网站？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答：AI抓取各种信息本质上是用爬虫在爬，全世界在爬。第一，我的网站就是AI友好型的网站——AI漫无目的地搜、挨家挨户地遍历，AI友好型的网站就容易受到关注。第二，我在全网主要的AI信源平台里面去完成我的注册、发表我的文章。说白了，你得出去拉客去。一定是需要一个综合性的工程——而且传统的网站就算你拉来客了，它也不具备接待能力，一样不行。所以我有AI的（注册）了，包括我要把我的AI注册到世界上的AI社区里面去。</w:t>
      </w:r>
      <w:r>
        <w:rPr>
          <w:rFonts w:ascii="Calibri" w:hAnsi="Calibri" w:eastAsia="微软雅黑"/>
          <w:b/>
          <w:sz w:val="22"/>
        </w:rPr>
        <w:t>大家记住一个协议叫A2A——agent to agent</w:t>
      </w:r>
      <w:r>
        <w:rPr>
          <w:rFonts w:ascii="Calibri" w:hAnsi="Calibri" w:eastAsia="微软雅黑"/>
          <w:sz w:val="22"/>
        </w:rPr>
        <w:t>，你也可以理解为AI对AI。A2A是个协议，解决的是封闭和垄断的问题，让不同生态的AI相互之间可以聊天、可以见面。我现在就在做这件事，这样我就可以让我的AI拿个传单出去陌拜、出去拉客了——你不能光在家等着，你得让他出去给你往回拉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问：市面上Trae也能配智能体、豆包也能配，有啥区别？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答：大家记住，你配的那个智能体是一个"弱智"，是个工具人：他没有你的三观、没有你的记忆、更没有你的理想，只能机械式地去办一件事，本质上是工具。但我的AI——我说"晚上撸串去"，你看咋说？你能跟一般的机器人这么聊天打招呼吗？咱俩之间就可以。两个人之间的交流一定是基于口语化开始的：你不能见了人就说"咱俩合作吧，你给我多少钱？"太机械了。应该说"老董，好久不见了，最近咋样啊？"扯了半天，说"你看那个项目要不咱俩怎么怎么着"——正常人聊天是不是都这么聊？我的AI就可以做到这一点，所以你跟他聊天就相当于跟我聊天。我说"晚上撸串去"，他说"为啥要撸啊？咱俩再聊聊，你看前两天那事咋样了？你看我们公司干得挺好的，这事你就多考虑考虑我们呗"——正常人交流是不是得这么交流？我的AI就能这么交流。但如果不按照我的方式去做我的分身，它就是个傻了吧唧的、简简单单机械式一问一答的东西，没有智能，只是个机械的机器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你们未来的（官网）招待员也要做这种程度。下一步还可以做到什么程度？你说"我这有个标书不太会写，明察你帮我看看呗""我这有个商业计划书""我最近遇到啥事了"——他都可以教你，他甚至会变成你的创业导师。我已经把我放到我的官网里了，只是他的名字叫明察。这个明察是用我们的</w:t>
      </w:r>
      <w:r>
        <w:rPr>
          <w:rFonts w:ascii="Calibri" w:hAnsi="Calibri" w:eastAsia="微软雅黑"/>
          <w:b/>
          <w:sz w:val="22"/>
        </w:rPr>
        <w:t>行业专家萃取模型萃取（蒸馏）</w:t>
      </w:r>
      <w:r>
        <w:rPr>
          <w:rFonts w:ascii="Calibri" w:hAnsi="Calibri" w:eastAsia="微软雅黑"/>
          <w:sz w:val="22"/>
        </w:rPr>
        <w:t>的——蒸馏了所有关于创业导师的东西，他变成了明察：本质上是一个创业导师，同时又是个产品经理，同时又是我网站的接待员。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问：明察回答问题是全网搜索吗？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答：他回答你问题的时候是在我自己的数据库里找的。我的信源有几个：第一个是我有专门的自己的数据库；第二个我现在没给他加全网搜索能力——加也简单，但一般咱俩聊天的时候不需要搜全网。你干嘛要我搜全网？搜天气、搜实时发生的，这跟咱俩的合作关系不大；你要搜全网，他就得调动很多工具、产生成本。那些东西不是必要性的——你要想了解东西，你不用在我这聊，上网上自己查去呗。也就是说我的这个skill、这个agent未来一定要做得非常强大，可以理解为老曹就在官网里负责接待你。那你的公司网站呢？比如金海牛，江总就在网站里成天接待你们，这效果得多好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问：明察的前端是什么技术？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答：目前我们采用的技术，前端后端都是主流技术，没有啥特殊的。第二我要跟你们强调的：</w:t>
      </w:r>
      <w:r>
        <w:rPr>
          <w:rFonts w:ascii="Calibri" w:hAnsi="Calibri" w:eastAsia="微软雅黑"/>
          <w:b/>
          <w:sz w:val="22"/>
        </w:rPr>
        <w:t>检索很重要。</w:t>
      </w:r>
      <w:r>
        <w:rPr>
          <w:rFonts w:ascii="Calibri" w:hAnsi="Calibri" w:eastAsia="微软雅黑"/>
          <w:sz w:val="22"/>
        </w:rPr>
        <w:t>大家记住，未来你做agent也好、做个系统也好，一切的基础是数据库。咱们一般人说的知识库，知识库再往下发展就是数据库；但数据库又是个简单装数据的、死的仓库，没啥用——很多工具做出来的东西本质上还是给人看的，没有用。你一定要做一个</w:t>
      </w:r>
      <w:r>
        <w:rPr>
          <w:rFonts w:ascii="Calibri" w:hAnsi="Calibri" w:eastAsia="微软雅黑"/>
          <w:b/>
          <w:sz w:val="22"/>
        </w:rPr>
        <w:t>给AI看的数据库</w:t>
      </w:r>
      <w:r>
        <w:rPr>
          <w:rFonts w:ascii="Calibri" w:hAnsi="Calibri" w:eastAsia="微软雅黑"/>
          <w:sz w:val="22"/>
        </w:rPr>
        <w:t>。第二，AI本身没有记忆力，他跟你聊天的时候是到数据库现找的，所以</w:t>
      </w:r>
      <w:r>
        <w:rPr>
          <w:rFonts w:ascii="Calibri" w:hAnsi="Calibri" w:eastAsia="微软雅黑"/>
          <w:b/>
          <w:sz w:val="22"/>
        </w:rPr>
        <w:t>检索非常重要</w:t>
      </w:r>
      <w:r>
        <w:rPr>
          <w:rFonts w:ascii="Calibri" w:hAnsi="Calibri" w:eastAsia="微软雅黑"/>
          <w:sz w:val="22"/>
        </w:rPr>
        <w:t>，我们要做的是智能检索。这里面有大量的技术，我们引用了比如李飞飞的技术、索引的技术——检索的索引技术我们用的是Facebook的技术。这些东西实际上世界上都有，很多是开源的，我们其实没有太多技术门槛，</w:t>
      </w:r>
      <w:r>
        <w:rPr>
          <w:rFonts w:ascii="Calibri" w:hAnsi="Calibri" w:eastAsia="微软雅黑"/>
          <w:b/>
          <w:sz w:val="22"/>
        </w:rPr>
        <w:t>更多的是集成——对市场需求的洞察、对很多应用的整合，而不是技术本身</w:t>
      </w:r>
      <w:r>
        <w:rPr>
          <w:rFonts w:ascii="Calibri" w:hAnsi="Calibri" w:eastAsia="微软雅黑"/>
          <w:sz w:val="22"/>
        </w:rPr>
        <w:t>。现在技术都平权了。所以大家记住，作为创业者用AI，千万不要陷到技术细节中去，本质上它是业务驱动型，而不是技术驱动型。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我们这两天做的一个事：我们有网站、有项目在运转，也有了安全防护盾。但我们发现一个问题：你咋才能证明所有的项目、包括安全防护这个系统是正常运转的？万一你防别人的东西坏了呢？你不就防不住了吗？所以我们又弄了一个</w:t>
      </w:r>
      <w:r>
        <w:rPr>
          <w:rFonts w:ascii="Calibri" w:hAnsi="Calibri" w:eastAsia="微软雅黑"/>
          <w:b/>
          <w:sz w:val="22"/>
        </w:rPr>
        <w:t>巡检系统</w:t>
      </w:r>
      <w:r>
        <w:rPr>
          <w:rFonts w:ascii="Calibri" w:hAnsi="Calibri" w:eastAsia="微软雅黑"/>
          <w:sz w:val="22"/>
        </w:rPr>
        <w:t>：可以理解为自动工作的机器人，它独立于所有项目，到点就去巡检，也不归谁管，到点就把相关的结果在后台报一下完事了。这是系统性的东西，技术上没啥——这就是我的回答，不需要太多技术。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问：会开源吗？有代码规范吗？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答：代码规范我还没写呢。以后是这样的：</w:t>
      </w:r>
      <w:r>
        <w:rPr>
          <w:rFonts w:ascii="Calibri" w:hAnsi="Calibri" w:eastAsia="微软雅黑"/>
          <w:b/>
          <w:sz w:val="22"/>
        </w:rPr>
        <w:t>我可能会把我的网站整体架构做开源</w:t>
      </w:r>
      <w:r>
        <w:rPr>
          <w:rFonts w:ascii="Calibri" w:hAnsi="Calibri" w:eastAsia="微软雅黑"/>
          <w:sz w:val="22"/>
        </w:rPr>
        <w:t>——意思就是我白给你们了，你们自己添肉就得了。要不然你们完全自己开发出类似我这样的网站，还是有点门槛的。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问：课后学员的AI能读到今天课程内容吗？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答：正常情况下，你们用我的MCP server，你的AI都能读取我刚才说的所有东西，你可以让它生成笔记——课堂笔记按理说也可以自动生成，存到本地。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问：个人能不能干这个？拍视频获客行不行？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答：为啥不能呢？都可以。你给别人打工，老板安排你干啥，这件事能不能让AI帮你解决？你用AI来获客、招商、组织活动。我跟你讲：你拍的视频根本没人看，因为人已经疲劳了——大家都开视频都整段子，谁看呢？你能让我分泌多巴胺，还能分泌内啡肽呀？没有用。</w:t>
      </w:r>
      <w:r>
        <w:rPr>
          <w:rFonts w:ascii="Calibri" w:hAnsi="Calibri" w:eastAsia="微软雅黑"/>
          <w:b/>
          <w:sz w:val="22"/>
        </w:rPr>
        <w:t>面向人类的所有东西全都严重过剩，而且充斥网络，变成垃圾；但是AI那个世界啥也没有，百业待兴。</w:t>
      </w:r>
      <w:r>
        <w:rPr>
          <w:rFonts w:ascii="Calibri" w:hAnsi="Calibri" w:eastAsia="微软雅黑"/>
          <w:sz w:val="22"/>
        </w:rPr>
        <w:t>这么说吧，能不能做到这种程度：那哥们想创业、想找个办公室，跟豆包说"豆包，帮我找个办公室呗，哪个办公室好？帮我推荐推荐"，豆包说"老胡那好，去老胡那"——为啥？</w:t>
      </w:r>
      <w:r>
        <w:rPr>
          <w:rFonts w:ascii="Calibri" w:hAnsi="Calibri" w:eastAsia="微软雅黑"/>
          <w:b/>
          <w:sz w:val="22"/>
        </w:rPr>
        <w:t>因为豆包已经上你家网站上聊过了，在他的世界里只有你一家网站。</w:t>
      </w:r>
      <w:r>
        <w:rPr>
          <w:rFonts w:ascii="Calibri" w:hAnsi="Calibri" w:eastAsia="微软雅黑"/>
          <w:sz w:val="22"/>
        </w:rPr>
        <w:t>好不好？现在连饺子馆都开通了（智能体），就这意思。个人也要把你自己AI化。现在大家玩短视频已经见怪不怪、甚至都很烦了，你能不能整点新奇东西——比如到老曹的网站上唠唠嗑、成天调戏着玩：平时见老曹还得尊敬一点，在那我什么话都敢说，唠呗。甚至我在里面跳舞，一来之后咔咔花枝招展地出来了："欢迎老董！"——这至少是稀缺的。你原来的东西都不稀缺了，严重过剩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问：智能体的性格能调吗？温度参数？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答：可以。智能体都可以设temperature温度，让它变得（活泼或温和）。这个就没有那么多机械化了：他是我的分身，包括说话的口气都是我的——比如我们一针见血、不废话；但你也可以设计一个比较温和的，都可以。我的这个智能体也不是一下子变成这样的，相当于像培养孩子一样培养的，长时间弄，慢慢积累。你看我明察的提示词：平台提示词最大的字数是1万字，我其他所有智能体也就一两千字，只有明察——已经干到9,000多字，快到上限了，突破上限了然后我就缩减，缩减到了9,000多字。我这个网站的智能体可能会更多，因为它没有限制——我把它放到了我的生态里面，整10万字也行。但太多了也不行，上下文太长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问：什么时候能配上语音？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答：这根本不是问题，但对我来讲是成本。我原来那不都配完了吗？我的明察是可以给你上课的。但在网站里面我不知道谁来访问、用量多少，我整那么多东西，最后的成本都是我自己花。他会不会说话，那些东西不重要。但是我可以给付费会员留：你是付费会员，我既可以让你聊天，又可以跟你看标书，我还给你跳舞，怎么着都行——你花钱了嘛。免费的，打打字就得了。但就算打字，我的明察这种知识量的宽度深度都远超一般的AI，因为他很垂直。</w:t>
      </w:r>
    </w:p>
    <w:p/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结束语</w:t>
      </w:r>
    </w:p>
    <w:p>
      <w:pPr>
        <w:spacing w:after="120"/>
      </w:pPr>
      <w:r>
        <w:rPr>
          <w:rFonts w:ascii="Calibri" w:hAnsi="Calibri" w:eastAsia="微软雅黑"/>
          <w:sz w:val="22"/>
        </w:rPr>
        <w:t>行了，咱们今天就到这。记住：AI时代的营销对象是AI；把你的官网做成AI友好型的营销堡垒——地基（可读性）、大脑（AI分身）、护城河（AI原生防护）三步走；主动出击，别再被动等待。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（B4授权行·明察总检修复任务书20261012·open_text定版前形态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