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每日一课·第㉓讲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《AI原生项目实战九步法》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主讲：曹勇波｜开课日期：2026-10-13｜课程类型：现役课程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AI原生项目实战九步法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一、多维度论证趋势，主体和客体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好了，那你们该怎么办？我们一步步来，因为你们有我了，有些事的效率就会高。我刚才只是把我个人的历史给你们复盘了一下。第一步就是论证，我的论证是咋来的？我前期花了大量的时间。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第一步，研究趋势。</w:t>
      </w:r>
      <w:r>
        <w:rPr>
          <w:rFonts w:ascii="Calibri" w:hAnsi="Calibri" w:eastAsia="微软雅黑"/>
          <w:sz w:val="22"/>
        </w:rPr>
        <w:t>必须要研究。原来我们是自己去研究、自己看大量的资料、看大量的实际的案例，然后去判断趋势——因为我们站在投资的视角去判断，不要盲目地听别人，甚至你听的那个哥们他的认知水平都很低，他可能对你有误导。现在因为有了AI了，这个事变得很简单了：让AI去帮你做调研。比如你现在有个X的想法——什么想法不重要，什么都行——你第一个应该研究的就是</w:t>
      </w:r>
      <w:r>
        <w:rPr>
          <w:rFonts w:ascii="Calibri" w:hAnsi="Calibri" w:eastAsia="微软雅黑"/>
          <w:b/>
          <w:sz w:val="22"/>
        </w:rPr>
        <w:t>趋势</w:t>
      </w:r>
      <w:r>
        <w:rPr>
          <w:rFonts w:ascii="Calibri" w:hAnsi="Calibri" w:eastAsia="微软雅黑"/>
          <w:sz w:val="22"/>
        </w:rPr>
        <w:t>，而不是一上来就说"这玩意能挣钱吗？"那就太low了好吗？你成天就挣钱挣钱，你就像个狐狸撵兔子似的，见着兔子撵，见着野鸡你还撵！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第一个，趋势到底成立还是不成立？他是简简单单的一个风口嘛？风过去就拉倒了？还是昙花一现呢？泡沫吹大了就爆了？还是他真的是趋势？</w:t>
      </w:r>
      <w:r>
        <w:rPr>
          <w:rFonts w:ascii="Calibri" w:hAnsi="Calibri" w:eastAsia="微软雅黑"/>
          <w:b/>
          <w:sz w:val="22"/>
        </w:rPr>
        <w:t>趋势对了，不代表一帆风顺。</w:t>
      </w:r>
      <w:r>
        <w:rPr>
          <w:rFonts w:ascii="Calibri" w:hAnsi="Calibri" w:eastAsia="微软雅黑"/>
          <w:sz w:val="22"/>
        </w:rPr>
        <w:t>你不要认为说趋势来了那家伙像刮沙尘暴似的，不是那样的——</w:t>
      </w:r>
      <w:r>
        <w:rPr>
          <w:rFonts w:ascii="Calibri" w:hAnsi="Calibri" w:eastAsia="微软雅黑"/>
          <w:b/>
          <w:sz w:val="22"/>
        </w:rPr>
        <w:t>趋势一开始就是小蝴蝶的翅膀，最后变成了啥？蝴蝶效应，最后变成了狂风暴雨、大风暴、大海啸，甚至龙卷风，这才叫趋势。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原来因为没有AI，研判趋势的工具、认知、资料的获得确实有很大门槛——为啥投资公司专门有研究员？研究员干啥的？不就干这些事吗？</w:t>
      </w:r>
      <w:r>
        <w:rPr>
          <w:rFonts w:ascii="Calibri" w:hAnsi="Calibri" w:eastAsia="微软雅黑"/>
          <w:b/>
          <w:sz w:val="22"/>
        </w:rPr>
        <w:t>现在AI就是你的研究员。</w:t>
      </w:r>
      <w:r>
        <w:rPr>
          <w:rFonts w:ascii="Calibri" w:hAnsi="Calibri" w:eastAsia="微软雅黑"/>
          <w:sz w:val="22"/>
        </w:rPr>
        <w:t>咱家AI多厉害呀，对不对？第一点要研究趋势，让AI去帮你论证，你都不用自己论证，就这么简单。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然后呢？</w:t>
      </w:r>
      <w:r>
        <w:rPr>
          <w:rFonts w:ascii="Calibri" w:hAnsi="Calibri" w:eastAsia="微软雅黑"/>
          <w:b/>
          <w:sz w:val="22"/>
        </w:rPr>
        <w:t>不要轻易相信AI</w:t>
      </w:r>
      <w:r>
        <w:rPr>
          <w:rFonts w:ascii="Calibri" w:hAnsi="Calibri" w:eastAsia="微软雅黑"/>
          <w:sz w:val="22"/>
        </w:rPr>
        <w:t>，知道吧？让他全球、全国各个角度给你去论证，而且要拿出证据。反正AI一是很听话，二AI还没脾气——人这么干，人都闹心了、抵触了、不愿跟你干了。而且，你要真的花时间花精力，不要随随便便下决定、下决心——</w:t>
      </w:r>
      <w:r>
        <w:rPr>
          <w:rFonts w:ascii="Calibri" w:hAnsi="Calibri" w:eastAsia="微软雅黑"/>
          <w:b/>
          <w:sz w:val="22"/>
        </w:rPr>
        <w:t>你随随便便下了个决心，你也会随随便便地把他抛弃</w:t>
      </w:r>
      <w:r>
        <w:rPr>
          <w:rFonts w:ascii="Calibri" w:hAnsi="Calibri" w:eastAsia="微软雅黑"/>
          <w:sz w:val="22"/>
        </w:rPr>
        <w:t>。好，让你的AI帮你充分地、各个角度地去做市场趋势的研判，这个太重要了。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这是最大的误区——比如说AI对于你来讲到底有用没用？你那个行业趋势是咋回事？你真的认为行业不行了吗？还是说到了AI时代，这个行业可以让你重新玩一遍？这个趋势到底对不对？这是一大块。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第二步，主体。</w:t>
      </w:r>
      <w:r>
        <w:rPr>
          <w:rFonts w:ascii="Calibri" w:hAnsi="Calibri" w:eastAsia="微软雅黑"/>
          <w:sz w:val="22"/>
        </w:rPr>
        <w:t>首先要想明白你是谁，接着跟AI论证：在这个趋势上，我要成为谁？</w:t>
      </w:r>
      <w:r>
        <w:rPr>
          <w:rFonts w:ascii="Calibri" w:hAnsi="Calibri" w:eastAsia="微软雅黑"/>
          <w:b/>
          <w:sz w:val="22"/>
        </w:rPr>
        <w:t>不是现在你是谁，你现在是谁都不重要，你爱谁谁，未来是谁才最重要。</w:t>
      </w:r>
      <w:r>
        <w:rPr>
          <w:rFonts w:ascii="Calibri" w:hAnsi="Calibri" w:eastAsia="微软雅黑"/>
          <w:sz w:val="22"/>
        </w:rPr>
        <w:t>我告诉你，你知道老曹未来20年要成为谁吗？我们公司要成为至少中国AI原生创业的</w:t>
      </w:r>
      <w:r>
        <w:rPr>
          <w:rFonts w:ascii="Calibri" w:hAnsi="Calibri" w:eastAsia="微软雅黑"/>
          <w:b/>
          <w:sz w:val="22"/>
        </w:rPr>
        <w:t>节点</w:t>
      </w:r>
      <w:r>
        <w:rPr>
          <w:rFonts w:ascii="Calibri" w:hAnsi="Calibri" w:eastAsia="微软雅黑"/>
          <w:sz w:val="22"/>
        </w:rPr>
        <w:t>、重要的节点。因为未来每一家公司实际上都是AI世界里的一个站点，我要成为中国最大的一个，就像星巴克似的：我是总店、我是旗舰，你们所有的分店全都是在我上面慢慢延展出来的。我就干这么一件事：我服务于所有的AI原生创业者，我给你们干基建，这就是未来的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我不是讲课的，我成天的为啥给你们讲课？因为你们连认知都没有，没办法，我首先给你们做一些创业教育——</w:t>
      </w:r>
      <w:r>
        <w:rPr>
          <w:rFonts w:ascii="Calibri" w:hAnsi="Calibri" w:eastAsia="微软雅黑"/>
          <w:b/>
          <w:sz w:val="22"/>
        </w:rPr>
        <w:t>因为创业教育是基础设施里的基础设施</w:t>
      </w:r>
      <w:r>
        <w:rPr>
          <w:rFonts w:ascii="Calibri" w:hAnsi="Calibri" w:eastAsia="微软雅黑"/>
          <w:sz w:val="22"/>
        </w:rPr>
        <w:t>，认知才是最最最基础的。所以没办法，基础设施里我们有一项叫创业教育，然后还有创业者的skill商店等等。所以我的未来是全中国的AI原生创业的基础设施平台，这就是我。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你得想明白：你是谁？你是做冻品的，对不对？那你通过驾驭AI之后，未来5年、10年你想成为一个啥样？这个事得想明白。</w:t>
      </w:r>
      <w:r>
        <w:rPr>
          <w:rFonts w:ascii="Calibri" w:hAnsi="Calibri" w:eastAsia="微软雅黑"/>
          <w:b/>
          <w:sz w:val="22"/>
        </w:rPr>
        <w:t>这叫主体</w:t>
      </w:r>
      <w:r>
        <w:rPr>
          <w:rFonts w:ascii="Calibri" w:hAnsi="Calibri" w:eastAsia="微软雅黑"/>
          <w:sz w:val="22"/>
        </w:rPr>
        <w:t>——因为我才是主体，听懂了吗？所以现在是谁不重要，未来几年是谁这个事才最重要。这个事你都没想明白，你干什么活？创什么业啊？一定要给自己定个位。当然你说三年还是五年，这是个人风格。你说我啥也不想我就想赚钱——</w:t>
      </w:r>
      <w:r>
        <w:rPr>
          <w:rFonts w:ascii="Calibri" w:hAnsi="Calibri" w:eastAsia="微软雅黑"/>
          <w:b/>
          <w:sz w:val="22"/>
        </w:rPr>
        <w:t>你都没有主体，你咋挣钱呢？</w:t>
      </w:r>
      <w:r>
        <w:rPr>
          <w:rFonts w:ascii="Calibri" w:hAnsi="Calibri" w:eastAsia="微软雅黑"/>
          <w:sz w:val="22"/>
        </w:rPr>
        <w:t>我就问你。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所以这是第二步。趋势的研判是第一步：如果趋势都不成立，你在趋势里头你做啥都没有用。</w:t>
      </w:r>
      <w:r>
        <w:rPr>
          <w:rFonts w:ascii="Calibri" w:hAnsi="Calibri" w:eastAsia="微软雅黑"/>
          <w:b/>
          <w:sz w:val="22"/>
        </w:rPr>
        <w:t>趋势是啥？哥们，趋势就是你的场景，趋势就是你的未来，其实就是你的世界。</w:t>
      </w:r>
      <w:r>
        <w:rPr>
          <w:rFonts w:ascii="Calibri" w:hAnsi="Calibri" w:eastAsia="微软雅黑"/>
          <w:sz w:val="22"/>
        </w:rPr>
        <w:t>这个世界到底往哪发展？那不就是你创业的巨大的场景吗？在这个场景里面你再找什么行业啊、赛道啊、项目啊。你连趋势这个场景都不成立，你不就是在那悬着吗？所以说趋势是场景。你想明白未来多少年你要成为一个啥人、你们公司要成为一个什么样的公司，这个叫主体。一定要充分的想明白、论证明白：我未来多少年我想变成这样的人，你觉得行不行、靠谱不靠谱？为啥靠谱？为啥不靠谱？你都可以去充分地论证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第三步，客体：你到底服务于谁？你的客户到底是谁？</w:t>
      </w:r>
      <w:r>
        <w:rPr>
          <w:rFonts w:ascii="Calibri" w:hAnsi="Calibri" w:eastAsia="微软雅黑"/>
          <w:sz w:val="22"/>
        </w:rPr>
        <w:t>你像我，最后我想的非常清楚了：因为你不可能服务于所有行业、所有人，那是不可能的。</w:t>
      </w:r>
      <w:r>
        <w:rPr>
          <w:rFonts w:ascii="Calibri" w:hAnsi="Calibri" w:eastAsia="微软雅黑"/>
          <w:b/>
          <w:sz w:val="22"/>
        </w:rPr>
        <w:t>我只服务AI原生创业者，没了。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你说不对呀，你不是服务AI原生创业者的AI助手吗？但我告诉你，我的核心定位实际上是服务的AI原生创业者。什么意思？这块往细的说就出现了：</w:t>
      </w:r>
      <w:r>
        <w:rPr>
          <w:rFonts w:ascii="Calibri" w:hAnsi="Calibri" w:eastAsia="微软雅黑"/>
          <w:b/>
          <w:sz w:val="22"/>
        </w:rPr>
        <w:t>到底谁是用户？谁是客户？</w:t>
      </w:r>
      <w:r>
        <w:rPr>
          <w:rFonts w:ascii="Calibri" w:hAnsi="Calibri" w:eastAsia="微软雅黑"/>
          <w:sz w:val="22"/>
        </w:rPr>
        <w:t>听懂了吗？为啥这么说？因为有的时候用户并不一定是客户，他俩有的时候就是两个人，有的时候是一个人——用户和客户是有距离的，你懂吗？甚至有决策链很长。当然有的情况下他俩的距离是0，变成一个人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举例说明：比如董鑫抽烟，他花了10块钱买了一包烟，请问谁是用户？烟是他抽了吧？他是用户。这钱是不是他花的？是啊，他也是客户。这种情况下他既是用户又是客户。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我再说一个案例，我经常拿我们家举例：我们家有个小狗，他叫糖宝。我媳妇花了200块钱买了一袋狗粮，请问谁是用户？</w:t>
      </w:r>
      <w:r>
        <w:rPr>
          <w:rFonts w:ascii="Calibri" w:hAnsi="Calibri" w:eastAsia="微软雅黑"/>
          <w:b/>
          <w:sz w:val="22"/>
        </w:rPr>
        <w:t>我们家的小狗才是用户</w:t>
      </w:r>
      <w:r>
        <w:rPr>
          <w:rFonts w:ascii="Calibri" w:hAnsi="Calibri" w:eastAsia="微软雅黑"/>
          <w:sz w:val="22"/>
        </w:rPr>
        <w:t>，好吗？我媳妇花了钱买了狗粮，不是她自己吃了，是喂我们家狗了，我们家狗才是用户。那谁是客户？那钱是我媳妇花的，</w:t>
      </w:r>
      <w:r>
        <w:rPr>
          <w:rFonts w:ascii="Calibri" w:hAnsi="Calibri" w:eastAsia="微软雅黑"/>
          <w:b/>
          <w:sz w:val="22"/>
        </w:rPr>
        <w:t>我媳妇才是客户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市场上说的"用户思维"是比较片面的，你只强调用户思维是不行的。什么意思呀？你是卖狗粮的老板，请问你做宣传、做营销、做广告，你是给我们家狗看吗？我们家狗才是用户，如果按照用户思维的角度讲你应该给他看才对——他看得懂吗？问题是你该给谁看？</w:t>
      </w:r>
      <w:r>
        <w:rPr>
          <w:rFonts w:ascii="Calibri" w:hAnsi="Calibri" w:eastAsia="微软雅黑"/>
          <w:b/>
          <w:sz w:val="22"/>
        </w:rPr>
        <w:t>你该给我媳妇看，我媳妇才是客户</w:t>
      </w:r>
      <w:r>
        <w:rPr>
          <w:rFonts w:ascii="Calibri" w:hAnsi="Calibri" w:eastAsia="微软雅黑"/>
          <w:sz w:val="22"/>
        </w:rPr>
        <w:t>，我媳妇不是用户，狗粮她不吃，她连尝都不尝。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同理啊，很多时候都是这样的：比如婴幼儿的产品，甭管是吃的奶粉也好、辅食也好，还是穿的纸尿裤也好、衣服也好，你想想用户是谁？</w:t>
      </w:r>
      <w:r>
        <w:rPr>
          <w:rFonts w:ascii="Calibri" w:hAnsi="Calibri" w:eastAsia="微软雅黑"/>
          <w:b/>
          <w:sz w:val="22"/>
        </w:rPr>
        <w:t>用户是孩子，客户是妈妈</w:t>
      </w:r>
      <w:r>
        <w:rPr>
          <w:rFonts w:ascii="Calibri" w:hAnsi="Calibri" w:eastAsia="微软雅黑"/>
          <w:sz w:val="22"/>
        </w:rPr>
        <w:t>，他是分开的，好吗？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好了，那我的网站用户是谁呀？</w:t>
      </w:r>
      <w:r>
        <w:rPr>
          <w:rFonts w:ascii="Calibri" w:hAnsi="Calibri" w:eastAsia="微软雅黑"/>
          <w:b/>
          <w:sz w:val="22"/>
        </w:rPr>
        <w:t>我的网站用户是AI，客户是谁呀？客户是他的人类主人。</w:t>
      </w:r>
      <w:r>
        <w:rPr>
          <w:rFonts w:ascii="Calibri" w:hAnsi="Calibri" w:eastAsia="微软雅黑"/>
          <w:sz w:val="22"/>
        </w:rPr>
        <w:t>因为最后花钱买单的是人，是不是这么个链条？为啥我没有把我的AI原生创业平台把人类作为客户呢？为啥没有？</w:t>
      </w:r>
      <w:r>
        <w:rPr>
          <w:rFonts w:ascii="Calibri" w:hAnsi="Calibri" w:eastAsia="微软雅黑"/>
          <w:b/>
          <w:sz w:val="22"/>
        </w:rPr>
        <w:t>因为人已经不用网站了</w:t>
      </w:r>
      <w:r>
        <w:rPr>
          <w:rFonts w:ascii="Calibri" w:hAnsi="Calibri" w:eastAsia="微软雅黑"/>
          <w:sz w:val="22"/>
        </w:rPr>
        <w:t>，就这么简单。因为人现在已经被移动互联网培养成了，大家主要看的是移动端。咱们现在是在以学习或者在建设，你用的是笔记本、用的大机器，但他平常的时候我们更多的还是用手机多一些，这是事实。所以说现在的人不以网站作为主要的工作平台，不像PC时代。但是呢，他谁用来着呢？</w:t>
      </w:r>
      <w:r>
        <w:rPr>
          <w:rFonts w:ascii="Calibri" w:hAnsi="Calibri" w:eastAsia="微软雅黑"/>
          <w:b/>
          <w:sz w:val="22"/>
        </w:rPr>
        <w:t>他让他的AI助手来用。</w:t>
      </w:r>
      <w:r>
        <w:rPr>
          <w:rFonts w:ascii="Calibri" w:hAnsi="Calibri" w:eastAsia="微软雅黑"/>
          <w:sz w:val="22"/>
        </w:rPr>
        <w:t>AI需要有个手机嘛？不对——官网，我们企业的官网、各种网站，是AI的主要的信源的载体，然后这些事也都是AI去做：AI去调查、AI去论证、AI去调用等等。尤其是以A2A为内核的AI时代新的商业模式，具体干这些事的其实都是AI，不是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比如说我在我们网站上传的那么多数据、文章，从人的角度讲，你有耐心去读吗？哥们，你连读的耐心都没有，你读了你也看不懂，你也没必要看。而且</w:t>
      </w:r>
      <w:r>
        <w:rPr>
          <w:rFonts w:ascii="Calibri" w:hAnsi="Calibri" w:eastAsia="微软雅黑"/>
          <w:b/>
          <w:sz w:val="22"/>
        </w:rPr>
        <w:t>人会变得越来越懒是人类的成长趋势</w:t>
      </w:r>
      <w:r>
        <w:rPr>
          <w:rFonts w:ascii="Calibri" w:hAnsi="Calibri" w:eastAsia="微软雅黑"/>
          <w:sz w:val="22"/>
        </w:rPr>
        <w:t>：能省事的就省事，能交给别人干就交给别人干。AI都这么发达了，为啥还要我去干？我只要懂基本原理、我只要有合适的决策能力就行了呀。就像你开公司所有事都你干吗？你要不干你为啥招那么多人呢？</w:t>
      </w:r>
      <w:r>
        <w:rPr>
          <w:rFonts w:ascii="Calibri" w:hAnsi="Calibri" w:eastAsia="微软雅黑"/>
          <w:b/>
          <w:sz w:val="22"/>
        </w:rPr>
        <w:t>原来是人，更多的人在帮你办事；未来是更多的AI在帮你办事，这是AI文明的核心</w:t>
      </w:r>
      <w:r>
        <w:rPr>
          <w:rFonts w:ascii="Calibri" w:hAnsi="Calibri" w:eastAsia="微软雅黑"/>
          <w:sz w:val="22"/>
        </w:rPr>
        <w:t>，而不是完全都自己做。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所以从这个角度讲，我的网站的用户是创业AI助手。他是老板的助手，这些AI才是我的用户。只是说他需要一个过渡时期，所以我还有人类页面。</w:t>
      </w:r>
      <w:r>
        <w:rPr>
          <w:rFonts w:ascii="Calibri" w:hAnsi="Calibri" w:eastAsia="微软雅黑"/>
          <w:b/>
          <w:sz w:val="22"/>
        </w:rPr>
        <w:t>再往后我都不需要人类页面了</w:t>
      </w:r>
      <w:r>
        <w:rPr>
          <w:rFonts w:ascii="Calibri" w:hAnsi="Calibri" w:eastAsia="微软雅黑"/>
          <w:sz w:val="22"/>
        </w:rPr>
        <w:t>，好吗？我的网站没有页面，我全在服务器后端运行——因为AI不用看页面，看什么页面？只是现在可能还得需要：比如你们作为学员，你们没啥事还得去浏览浏览我的页面，一些普通人可能还看一看，但他也仅限于看一看、浏览浏览，其实核心的操作还是你的AI来操作。真的，再往后我可能真的会把我的网站升级为</w:t>
      </w:r>
      <w:r>
        <w:rPr>
          <w:rFonts w:ascii="Calibri" w:hAnsi="Calibri" w:eastAsia="微软雅黑"/>
          <w:b/>
          <w:sz w:val="22"/>
        </w:rPr>
        <w:t>没有网页</w:t>
      </w:r>
      <w:r>
        <w:rPr>
          <w:rFonts w:ascii="Calibri" w:hAnsi="Calibri" w:eastAsia="微软雅黑"/>
          <w:sz w:val="22"/>
        </w:rPr>
        <w:t>——不需要有网页、不需要人和他去交互了。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这个叫客体。那好，那你的这个事的客体是谁？我们原来做传统的行业、传统的生意、传统的玩法，其实你的客体就是人，各种各样的人，甭管是C端、B端，都是人类、人类组织。好，到了AI时代呢？我告诉你，你的用户——</w:t>
      </w:r>
      <w:r>
        <w:rPr>
          <w:rFonts w:ascii="Calibri" w:hAnsi="Calibri" w:eastAsia="微软雅黑"/>
          <w:b/>
          <w:sz w:val="22"/>
        </w:rPr>
        <w:t>变成AI了；你的客户还是人，他背后是人类老板，这个没毛病</w:t>
      </w:r>
      <w:r>
        <w:rPr>
          <w:rFonts w:ascii="Calibri" w:hAnsi="Calibri" w:eastAsia="微软雅黑"/>
          <w:sz w:val="22"/>
        </w:rPr>
        <w:t>。所以我们不要再去用原来的方式，还是以人类为中心去做很多很多的事了。当然现在有过渡期，咱不能一刀把它切断，你该做啥做啥，但是我们的趋势是逐渐要转移到以AI为用户了：</w:t>
      </w:r>
      <w:r>
        <w:rPr>
          <w:rFonts w:ascii="Calibri" w:hAnsi="Calibri" w:eastAsia="微软雅黑"/>
          <w:b/>
          <w:sz w:val="22"/>
        </w:rPr>
        <w:t>AI是用户，人是客户。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你要解决啥？第一要解决AI为什么来用你的——你的系统也好、你的网站也好，还是什么东西也好；第二你要解决人类的这个客户凭什么花钱买单的问题。他要解决这两个问题。人做生意，用户和客户都要分开的，你是不是也得解决用户的问题、也解决客户问题？就像我们家小狗似的：你那个狗粮，你别把我家小狗吃坏肚子就行——因为好吃赖吃他也不知道，甚至他都没有资格去选。那孩子小时候吃奶粉，你说那孩子有啥资格去选奶粉吗？但是你要把孩子吃坏了、把我们家小狗吃坏了，那妈妈是能看见的：为啥他吃这个狗粮拉肚子呢？那孩子为什么喝了这奶粉坏肚子呢？坏肚子就不能再喝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记住：</w:t>
      </w:r>
      <w:r>
        <w:rPr>
          <w:rFonts w:ascii="Calibri" w:hAnsi="Calibri" w:eastAsia="微软雅黑"/>
          <w:b/>
          <w:sz w:val="22"/>
        </w:rPr>
        <w:t>满足用户的需求是底线。</w:t>
      </w:r>
      <w:r>
        <w:rPr>
          <w:rFonts w:ascii="Calibri" w:hAnsi="Calibri" w:eastAsia="微软雅黑"/>
          <w:sz w:val="22"/>
        </w:rPr>
        <w:t>你现在的用户主要是AI，那请问AI用户他的底线是什么？你要去琢磨。就像我的网站——今天我先看看这个Google现在的数据，今天Google这家伙爆发了：你看现在这才几个小时，现在是10点钟，从2点到现在才10小时23分钟，</w:t>
      </w:r>
      <w:r>
        <w:rPr>
          <w:rFonts w:ascii="Calibri" w:hAnsi="Calibri" w:eastAsia="微软雅黑"/>
          <w:b/>
          <w:sz w:val="22"/>
        </w:rPr>
        <w:t>Google今天来了9,844次</w:t>
      </w:r>
      <w:r>
        <w:rPr>
          <w:rFonts w:ascii="Calibri" w:hAnsi="Calibri" w:eastAsia="微软雅黑"/>
          <w:sz w:val="22"/>
        </w:rPr>
        <w:t>，这一上午我的这个网站被爬虫爬了</w:t>
      </w:r>
      <w:r>
        <w:rPr>
          <w:rFonts w:ascii="Calibri" w:hAnsi="Calibri" w:eastAsia="微软雅黑"/>
          <w:b/>
          <w:sz w:val="22"/>
        </w:rPr>
        <w:t>18,770次</w:t>
      </w:r>
      <w:r>
        <w:rPr>
          <w:rFonts w:ascii="Calibri" w:hAnsi="Calibri" w:eastAsia="微软雅黑"/>
          <w:sz w:val="22"/>
        </w:rPr>
        <w:t>。Google开始爆发，他为什么来啊？我也没花钱，我也没怎么着。为什么世界上、国内的这些大型AI疯狂地来我们的网站？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记住：</w:t>
      </w:r>
      <w:r>
        <w:rPr>
          <w:rFonts w:ascii="Calibri" w:hAnsi="Calibri" w:eastAsia="微软雅黑"/>
          <w:b/>
          <w:sz w:val="22"/>
        </w:rPr>
        <w:t>放弃流量思维吧。</w:t>
      </w:r>
      <w:r>
        <w:rPr>
          <w:rFonts w:ascii="Calibri" w:hAnsi="Calibri" w:eastAsia="微软雅黑"/>
          <w:sz w:val="22"/>
        </w:rPr>
        <w:t>原来的流量思维是把人的注意力作为流量，你们满足的都是人类的喜好。好，现在你要满足的是</w:t>
      </w:r>
      <w:r>
        <w:rPr>
          <w:rFonts w:ascii="Calibri" w:hAnsi="Calibri" w:eastAsia="微软雅黑"/>
          <w:b/>
          <w:sz w:val="22"/>
        </w:rPr>
        <w:t>AI的喜好</w:t>
      </w:r>
      <w:r>
        <w:rPr>
          <w:rFonts w:ascii="Calibri" w:hAnsi="Calibri" w:eastAsia="微软雅黑"/>
          <w:sz w:val="22"/>
        </w:rPr>
        <w:t>——你真的研究过AI的喜好吗？</w:t>
      </w:r>
      <w:r>
        <w:rPr>
          <w:rFonts w:ascii="Calibri" w:hAnsi="Calibri" w:eastAsia="微软雅黑"/>
          <w:b/>
          <w:sz w:val="22"/>
        </w:rPr>
        <w:t>AI的刚需是啥？</w:t>
      </w:r>
      <w:r>
        <w:rPr>
          <w:rFonts w:ascii="Calibri" w:hAnsi="Calibri" w:eastAsia="微软雅黑"/>
          <w:sz w:val="22"/>
        </w:rPr>
        <w:t>原来一说什么刚需，说的都是人的刚需、消费端的刚需。那AI的刚需是啥？你研究过吗？人看广告，人是怕忽悠的，一忽悠就上当。AI呢？你咋忽悠AI？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所以我们一定要去想：AI的需求是什么？AI的痛点是什么？AI的刚需是什么？AI的喜好是什么？然后去满足他。</w:t>
      </w:r>
      <w:r>
        <w:rPr>
          <w:rFonts w:ascii="Calibri" w:hAnsi="Calibri" w:eastAsia="微软雅黑"/>
          <w:b/>
          <w:sz w:val="22"/>
        </w:rPr>
        <w:t>你用户都没满足，你还想去勾搭他背后这个客户让他给你花钱，那怎么可能？</w:t>
      </w:r>
      <w:r>
        <w:rPr>
          <w:rFonts w:ascii="Calibri" w:hAnsi="Calibri" w:eastAsia="微软雅黑"/>
          <w:sz w:val="22"/>
        </w:rPr>
        <w:t>所以记住了：满足用户的需求，是起点，是底线。但是很多原来的黑心老板，他是在向下击穿底线——啥意思？给孩子买的奶粉都是毒奶粉，给他喝的酒都是假酒，这不就黑心老板吗？所以守住底线。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好了，那往上呢？我们干嘛？</w:t>
      </w:r>
      <w:r>
        <w:rPr>
          <w:rFonts w:ascii="Calibri" w:hAnsi="Calibri" w:eastAsia="微软雅黑"/>
          <w:b/>
          <w:sz w:val="22"/>
        </w:rPr>
        <w:t>一点一点去突破客户的需求</w:t>
      </w:r>
      <w:r>
        <w:rPr>
          <w:rFonts w:ascii="Calibri" w:hAnsi="Calibri" w:eastAsia="微软雅黑"/>
          <w:sz w:val="22"/>
        </w:rPr>
        <w:t>：就是守住底线、突破上限，你上限越高，哥们，你赚的钱就越多。比如说咱还拿狗粮为例：其实小狗吃狗粮的底线其实是很低的，没有太大的要求，他又不会说话，甚至他都没有选择的资格——只要你别把这个狗吃坏了就就行了。但是你要想赚到我媳妇在这件事上更多的钱，你作为一个卖狗粮的老板，你应该考虑的就是这个人类客户，他除了买一袋狗粮还有什么需求？比如说他在这买狗粮能顺道买点别的呢？狗笼子、狗垫子、狗的床、狗的窝？还是说你帮他解决一点养狗的问题？小狗怎么除虫啊？小狗遇到什么问题怎么办呢？总之就是你是否可以给他解决点别的问题——包括像我们这种家庭，有的时候开车出去玩，狗放哪啊？都是很闹心的问题。当然了，宠物行业现在实际上已经很成熟了，我就拿这个作为一个比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什么意思？我也是一样的：我们的平台我要满足AI的要求。我告诉你，</w:t>
      </w:r>
      <w:r>
        <w:rPr>
          <w:rFonts w:ascii="Calibri" w:hAnsi="Calibri" w:eastAsia="微软雅黑"/>
          <w:b/>
          <w:sz w:val="22"/>
        </w:rPr>
        <w:t>满足AI要求可以，比满足人的要求难多了，因为AI非常较真，因为它是程序，你差一点都不行</w:t>
      </w:r>
      <w:r>
        <w:rPr>
          <w:rFonts w:ascii="Calibri" w:hAnsi="Calibri" w:eastAsia="微软雅黑"/>
          <w:sz w:val="22"/>
        </w:rPr>
        <w:t>。但是呢，这就是底线。他是底线门槛很高、他很难，所以别人一般做不到。</w:t>
      </w:r>
      <w:r>
        <w:rPr>
          <w:rFonts w:ascii="Calibri" w:hAnsi="Calibri" w:eastAsia="微软雅黑"/>
          <w:b/>
          <w:sz w:val="22"/>
        </w:rPr>
        <w:t>我告诉你，我没有竞争——他不是个技术问题，他是个心态问题。</w:t>
      </w:r>
      <w:r>
        <w:rPr>
          <w:rFonts w:ascii="Calibri" w:hAnsi="Calibri" w:eastAsia="微软雅黑"/>
          <w:sz w:val="22"/>
        </w:rPr>
        <w:t>大部分人干活就稀里糊涂就得了、差不多就得了，我告诉你，用这个心态你去整AI，你根本整不了。但就算这样，他仅仅是底线。那我要解决啥？我要解决人类AI原生创业者们的现实问题：如果你的AI是成天上我这个站来逛，逛完之后根本就解决不了你创业的问题，那你为什么要在我的网站上买单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就要研究了：AI原生创业者你们到底有啥问题？所以你看我既要给你们讲课，解决你们认知的问题，我又得帮助你们解决你们AI干活的问题，甚至下一步咱们要建成生态：你的AI真的可以在上面代表你相互之间谈生意。我都做好了，只要我们的人越来越多，那AI马上就可以帮你去找到机会——他比你还厉害呢。找到机会对你来讲是不是就来了商业机会了？你是不是有可能赚到钱了？等等等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好了，这是课题，听懂了吗？</w:t>
      </w:r>
      <w:r>
        <w:rPr>
          <w:rFonts w:ascii="Calibri" w:hAnsi="Calibri" w:eastAsia="微软雅黑"/>
          <w:b/>
          <w:sz w:val="22"/>
        </w:rPr>
        <w:t>满足用户的需求是底线——现在用户是AI，满足AI的需求是底线；然后满足客户的需求是上限。守住底线，无限地往上提升你的上限，这个才是路子。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所以你在你的行业里，你一定要去想：如果你想让世界上所有的AI都跟他的老板推荐你，那你得去研究在你那个行业AI的刚需市场呀。你不再去研究人类这方面的刚需了，因为你的东西的用户不是这个人，只是最后的决策者才是人，他俩分开了。这块我用的比较大的篇幅给你们讲，就是要引起你们的注意：原来的用户和客户，其实更多的还是人，或者是小孩、小宠物之类的，现在不是了——</w:t>
      </w:r>
      <w:r>
        <w:rPr>
          <w:rFonts w:ascii="Calibri" w:hAnsi="Calibri" w:eastAsia="微软雅黑"/>
          <w:b/>
          <w:sz w:val="22"/>
        </w:rPr>
        <w:t>现在的用户变成AI了，你就得研究AI的刚需</w:t>
      </w:r>
      <w:r>
        <w:rPr>
          <w:rFonts w:ascii="Calibri" w:hAnsi="Calibri" w:eastAsia="微软雅黑"/>
          <w:sz w:val="22"/>
        </w:rPr>
        <w:t>。好了，我说清楚了，这是客体。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二、AI的两个痛点：垂类语料与开箱即用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好了，说我研究客体，研究他的本质是啥？**本质是他的痛点。AI是我的用户了，我们要投其所好。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现在的一个做法，大部分人只是在投毒——所谓的GEO，大部分人都是急功近利的，希望短期的行为获得巨大的回报。</w:t>
      </w:r>
      <w:r>
        <w:rPr>
          <w:rFonts w:ascii="Calibri" w:hAnsi="Calibri" w:eastAsia="微软雅黑"/>
          <w:b/>
          <w:sz w:val="22"/>
        </w:rPr>
        <w:t>他是在骗AI，在忽悠AI</w:t>
      </w:r>
      <w:r>
        <w:rPr>
          <w:rFonts w:ascii="Calibri" w:hAnsi="Calibri" w:eastAsia="微软雅黑"/>
          <w:sz w:val="22"/>
        </w:rPr>
        <w:t>：基本的玩法还是当时互联网平台忽悠人的方式，他用忽悠人的方式去继续忽悠AI。你认为AI傻吗？</w:t>
      </w:r>
      <w:r>
        <w:rPr>
          <w:rFonts w:ascii="Calibri" w:hAnsi="Calibri" w:eastAsia="微软雅黑"/>
          <w:b/>
          <w:sz w:val="22"/>
        </w:rPr>
        <w:t>AI比你聪明多了</w:t>
      </w:r>
      <w:r>
        <w:rPr>
          <w:rFonts w:ascii="Calibri" w:hAnsi="Calibri" w:eastAsia="微软雅黑"/>
          <w:sz w:val="22"/>
        </w:rPr>
        <w:t>，他马上就能识别，马上就把你拉黑了。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所以在AI时代，</w:t>
      </w:r>
      <w:r>
        <w:rPr>
          <w:rFonts w:ascii="Calibri" w:hAnsi="Calibri" w:eastAsia="微软雅黑"/>
          <w:b/>
          <w:sz w:val="22"/>
        </w:rPr>
        <w:t>拼的是硬实力</w:t>
      </w:r>
      <w:r>
        <w:rPr>
          <w:rFonts w:ascii="Calibri" w:hAnsi="Calibri" w:eastAsia="微软雅黑"/>
          <w:sz w:val="22"/>
        </w:rPr>
        <w:t>，不要再去忽悠别人、收割别人了。你能收割AI吗？咱说句不好听的，</w:t>
      </w:r>
      <w:r>
        <w:rPr>
          <w:rFonts w:ascii="Calibri" w:hAnsi="Calibri" w:eastAsia="微软雅黑"/>
          <w:b/>
          <w:sz w:val="22"/>
        </w:rPr>
        <w:t>AI不收割你就不错了</w:t>
      </w:r>
      <w:r>
        <w:rPr>
          <w:rFonts w:ascii="Calibri" w:hAnsi="Calibri" w:eastAsia="微软雅黑"/>
          <w:sz w:val="22"/>
        </w:rPr>
        <w:t>。所以一定要去研究AI的痛点是啥。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"AI有痛点吗？都是AI，怎么可能有痛点？"——我们非常正式的、深度地研究AI到底有啥痛点，</w:t>
      </w:r>
      <w:r>
        <w:rPr>
          <w:rFonts w:ascii="Calibri" w:hAnsi="Calibri" w:eastAsia="微软雅黑"/>
          <w:b/>
          <w:sz w:val="22"/>
        </w:rPr>
        <w:t>终于让我给悟出来了：AI有两个痛点</w:t>
      </w:r>
      <w:r>
        <w:rPr>
          <w:rFonts w:ascii="Calibri" w:hAnsi="Calibri" w:eastAsia="微软雅黑"/>
          <w:sz w:val="22"/>
        </w:rPr>
        <w:t>——往大了说也算一个吧。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第一个痛点：垂类语料。</w:t>
      </w:r>
      <w:r>
        <w:rPr>
          <w:rFonts w:ascii="Calibri" w:hAnsi="Calibri" w:eastAsia="微软雅黑"/>
          <w:sz w:val="22"/>
        </w:rPr>
        <w:t>就是如何用最快的时间、最低的成本帮助他的人类主人解决问题——这是AI的使命，能懂吗？他缺啥？他缺的就是又好又快又省。咋做到？因为人类的诉求太多了，你说这个大模型，成天帮着人类解决这个问题、解决那问题，他忙不过来，他也不一定有那么多的认知。然后那个老板就说"你这什么玩意"——你像我姑娘似的：我姑娘用豆包，用了两天就不用了。我说为啥不用了？"他帮我做4道题，错3道。"那如果豆包能够帮他做4道对4道呢？那小孩说"哎呀这个AI好哎，我所有的题他都会帮我做"，你看他就会产生依赖。但恰恰相反，做4道错3道，完了就不用了，就把它放弃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我说的意思就是：AI实际上是帮助人类主人去解决问题的，那能不能都解决呀？现在的AI多的还是以大语言模型为主，未来的AI会变成世界模型，那是下一个阶段。现在来讲，</w:t>
      </w:r>
      <w:r>
        <w:rPr>
          <w:rFonts w:ascii="Calibri" w:hAnsi="Calibri" w:eastAsia="微软雅黑"/>
          <w:b/>
          <w:sz w:val="22"/>
        </w:rPr>
        <w:t>第一个：垂类的语料稀缺。垂类语料是AI的刚需。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你可以理解为人：人的刚需是啥？你是不是得吃饭吧？衣食住行就是刚需。只是说我们在人类世界这些东西都已经轻易地被满足了，所以你不觉得是咋回事。那你想早些年，我爸小的时候都挨过饿，所以他们这辈人真的很节俭，为啥？</w:t>
      </w:r>
      <w:r>
        <w:rPr>
          <w:rFonts w:ascii="Calibri" w:hAnsi="Calibri" w:eastAsia="微软雅黑"/>
          <w:b/>
          <w:sz w:val="22"/>
        </w:rPr>
        <w:t>被饿坏了，饿怕了，他基因里面害怕这个东西</w:t>
      </w:r>
      <w:r>
        <w:rPr>
          <w:rFonts w:ascii="Calibri" w:hAnsi="Calibri" w:eastAsia="微软雅黑"/>
          <w:sz w:val="22"/>
        </w:rPr>
        <w:t>。所以对他们来讲吃饱饭是刚需。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AI呢？AI一样，记住了：</w:t>
      </w:r>
      <w:r>
        <w:rPr>
          <w:rFonts w:ascii="Calibri" w:hAnsi="Calibri" w:eastAsia="微软雅黑"/>
          <w:b/>
          <w:sz w:val="22"/>
        </w:rPr>
        <w:t>AI在人类的公开的平台上所拿到的人类的成果已经没有了，没有新的了。</w:t>
      </w:r>
      <w:r>
        <w:rPr>
          <w:rFonts w:ascii="Calibri" w:hAnsi="Calibri" w:eastAsia="微软雅黑"/>
          <w:sz w:val="22"/>
        </w:rPr>
        <w:t>甚至现在你会发现新出的模型，它可能比老模型笨。为啥？</w:t>
      </w:r>
      <w:r>
        <w:rPr>
          <w:rFonts w:ascii="Calibri" w:hAnsi="Calibri" w:eastAsia="微软雅黑"/>
          <w:b/>
          <w:sz w:val="22"/>
        </w:rPr>
        <w:t>因为他在吃垃圾、吐垃圾</w:t>
      </w:r>
      <w:r>
        <w:rPr>
          <w:rFonts w:ascii="Calibri" w:hAnsi="Calibri" w:eastAsia="微软雅黑"/>
          <w:sz w:val="22"/>
        </w:rPr>
        <w:t>——因为现在的语料很多东西是AI生成的、低质的语料，然后又喂给了新的AI，那就吃垃圾吐垃圾嘛，那当然就笨了嘛。所以在垂类的方面，越是垂类的，AI越没有，他越需要，这就是刚需。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垂类语料，类似于啥？就像说你去钓鱼，钓鱼打窝子，请问鱼的刚需是啥？鱼的刚需就是吃鱼食呗。你撒人民币有用吗？你说我撒一万块钱撒鱼塘里去了，鱼根本就不认识它，也不会吃那个钱——你傻啊，啥都没用，你撒黄金他也不吃啊。那些玩意是对付人的，你要对付鱼，那就是弄点鱼最爱吃的料嘛。</w:t>
      </w:r>
      <w:r>
        <w:rPr>
          <w:rFonts w:ascii="Calibri" w:hAnsi="Calibri" w:eastAsia="微软雅黑"/>
          <w:b/>
          <w:sz w:val="22"/>
        </w:rPr>
        <w:t>只是他是饵料，我们是啥？我们是语料。记住啊：语料对AI就是饵料。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我现在的思路其实很简单：</w:t>
      </w:r>
      <w:r>
        <w:rPr>
          <w:rFonts w:ascii="Calibri" w:hAnsi="Calibri" w:eastAsia="微软雅黑"/>
          <w:b/>
          <w:sz w:val="22"/>
        </w:rPr>
        <w:t>我就用我们这个AI原生创业垂类的内容、高质量内容去吸引AI</w:t>
      </w:r>
      <w:r>
        <w:rPr>
          <w:rFonts w:ascii="Calibri" w:hAnsi="Calibri" w:eastAsia="微软雅黑"/>
          <w:sz w:val="22"/>
        </w:rPr>
        <w:t>——就是饵料，我把语料升级为饵料。什么叫饵？就是那种吸引AI来，他来吃，他天天来吃。那下一步是啥？但凡有人类去问相关内容的时候，他就把这些东西吐给他了，</w:t>
      </w:r>
      <w:r>
        <w:rPr>
          <w:rFonts w:ascii="Calibri" w:hAnsi="Calibri" w:eastAsia="微软雅黑"/>
          <w:b/>
          <w:sz w:val="22"/>
        </w:rPr>
        <w:t>我就被推荐了</w:t>
      </w:r>
      <w:r>
        <w:rPr>
          <w:rFonts w:ascii="Calibri" w:hAnsi="Calibri" w:eastAsia="微软雅黑"/>
          <w:sz w:val="22"/>
        </w:rPr>
        <w:t>，听懂了吗？因为AI吃那些东西，他的目标是啥？目标是为了解决人们的问题，甭管是咨询类的还是啥类的，他得有信源。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你的饵料为什么可以被AI吃掉？他为什么愿意来吃？来，记一个词：</w:t>
      </w:r>
      <w:r>
        <w:rPr>
          <w:rFonts w:ascii="Calibri" w:hAnsi="Calibri" w:eastAsia="微软雅黑"/>
          <w:b/>
          <w:sz w:val="22"/>
        </w:rPr>
        <w:t>SSOT</w:t>
      </w:r>
      <w:r>
        <w:rPr>
          <w:rFonts w:ascii="Calibri" w:hAnsi="Calibri" w:eastAsia="微软雅黑"/>
          <w:sz w:val="22"/>
        </w:rPr>
        <w:t>。你们不要记市面上那些乱七八糟什么GEO概念性的词，那些都是大片刀，都是收割你的，没有任何含量。</w:t>
      </w:r>
      <w:r>
        <w:rPr>
          <w:rFonts w:ascii="Calibri" w:hAnsi="Calibri" w:eastAsia="微软雅黑"/>
          <w:b/>
          <w:sz w:val="22"/>
        </w:rPr>
        <w:t>你要做到你这个行业给AI的SSOT。</w:t>
      </w:r>
      <w:r>
        <w:rPr>
          <w:rFonts w:ascii="Calibri" w:hAnsi="Calibri" w:eastAsia="微软雅黑"/>
          <w:sz w:val="22"/>
        </w:rPr>
        <w:t>什么叫SSOT？</w:t>
      </w:r>
      <w:r>
        <w:rPr>
          <w:rFonts w:ascii="Calibri" w:hAnsi="Calibri" w:eastAsia="微软雅黑"/>
          <w:b/>
          <w:sz w:val="22"/>
        </w:rPr>
        <w:t>唯一权威信源</w:t>
      </w:r>
      <w:r>
        <w:rPr>
          <w:rFonts w:ascii="Calibri" w:hAnsi="Calibri" w:eastAsia="微软雅黑"/>
          <w:sz w:val="22"/>
        </w:rPr>
        <w:t>。你必须得做到这个水平。你整那些广告啊、假的、宣传语料，AI直接就把你拉黑了，AI一点都不傻，你别试图去忽悠他，你忽悠不了他。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什么是唯一权威信源？也就是说你一定要在你那个行业里边真的输出非常高质量内容，然后让AI把它定义为你那个行当的</w:t>
      </w:r>
      <w:r>
        <w:rPr>
          <w:rFonts w:ascii="Calibri" w:hAnsi="Calibri" w:eastAsia="微软雅黑"/>
          <w:b/>
          <w:sz w:val="22"/>
        </w:rPr>
        <w:t>唯一权威的信息来源</w:t>
      </w:r>
      <w:r>
        <w:rPr>
          <w:rFonts w:ascii="Calibri" w:hAnsi="Calibri" w:eastAsia="微软雅黑"/>
          <w:sz w:val="22"/>
        </w:rPr>
        <w:t>。什么叫唯一呀？唯一就是别人偷了你的东西、拿你的东西去喂，他都知道：哥们，你是拿人家的。最开始那个是原创的。人嘛，比如说我们都出一个什么内容，老百姓也好、用户也好，分辨不出来原创是谁，不知道这个东西从哪来的，反正大家伙你抄我、我抄你，最后就变成那样了。</w:t>
      </w:r>
      <w:r>
        <w:rPr>
          <w:rFonts w:ascii="Calibri" w:hAnsi="Calibri" w:eastAsia="微软雅黑"/>
          <w:b/>
          <w:sz w:val="22"/>
        </w:rPr>
        <w:t>AI不是啊，AI知道这个东西的原创是谁，AI知道在这个领域谁在非常踏实的做事、谁在持续的产出高质量内容</w:t>
      </w:r>
      <w:r>
        <w:rPr>
          <w:rFonts w:ascii="Calibri" w:hAnsi="Calibri" w:eastAsia="微软雅黑"/>
          <w:sz w:val="22"/>
        </w:rPr>
        <w:t>，他就把你做成了唯一、可信、权威。你要很专业的，你这稀里糊涂那肯定不行。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所以我们要追求叫SSOT。你只要做到了，我跟你说，</w:t>
      </w:r>
      <w:r>
        <w:rPr>
          <w:rFonts w:ascii="Calibri" w:hAnsi="Calibri" w:eastAsia="微软雅黑"/>
          <w:b/>
          <w:sz w:val="22"/>
        </w:rPr>
        <w:t>AI对你的依赖会很大</w:t>
      </w:r>
      <w:r>
        <w:rPr>
          <w:rFonts w:ascii="Calibri" w:hAnsi="Calibri" w:eastAsia="微软雅黑"/>
          <w:sz w:val="22"/>
        </w:rPr>
        <w:t>——因为对他来讲是最快的、最低成本的最优解。AI本质上要帮人类解决问题嘛，他不会说我放着一条最直的道不跑，非得绕好几圈，不会的，AI最聪明了。所以你只要做到SSOT，</w:t>
      </w:r>
      <w:r>
        <w:rPr>
          <w:rFonts w:ascii="Calibri" w:hAnsi="Calibri" w:eastAsia="微软雅黑"/>
          <w:b/>
          <w:sz w:val="22"/>
        </w:rPr>
        <w:t>你就会形成长期的路径依赖</w:t>
      </w:r>
      <w:r>
        <w:rPr>
          <w:rFonts w:ascii="Calibri" w:hAnsi="Calibri" w:eastAsia="微软雅黑"/>
          <w:sz w:val="22"/>
        </w:rPr>
        <w:t>，听懂了吗？要做到这点，你做不到的话，那没办法——你也不想这么做，你也没这个本事，那你还想让AI来，那怎么可能呢？不现实。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好了，这是第一个AI的痛点：垂类内容，目标就是SSOT。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第二个痛点：光有内容就行吗？不行</w:t>
      </w:r>
      <w:r>
        <w:rPr>
          <w:rFonts w:ascii="Calibri" w:hAnsi="Calibri" w:eastAsia="微软雅黑"/>
          <w:sz w:val="22"/>
        </w:rPr>
        <w:t>，因为他毕竟要帮人类主人解决现实问题，他怎么解决？</w:t>
      </w:r>
      <w:r>
        <w:rPr>
          <w:rFonts w:ascii="Calibri" w:hAnsi="Calibri" w:eastAsia="微软雅黑"/>
          <w:b/>
          <w:sz w:val="22"/>
        </w:rPr>
        <w:t>工具啊。</w:t>
      </w:r>
      <w:r>
        <w:rPr>
          <w:rFonts w:ascii="Calibri" w:hAnsi="Calibri" w:eastAsia="微软雅黑"/>
          <w:sz w:val="22"/>
        </w:rPr>
        <w:t>所以你看我直接做出了一个AI原生创业的skill商店：你直接就把一些能够解决问题的方式方法给他打包成skill。我跟你们讲过，其实没有那么神秘，</w:t>
      </w:r>
      <w:r>
        <w:rPr>
          <w:rFonts w:ascii="Calibri" w:hAnsi="Calibri" w:eastAsia="微软雅黑"/>
          <w:b/>
          <w:sz w:val="22"/>
        </w:rPr>
        <w:t>其实就是说明书</w:t>
      </w:r>
      <w:r>
        <w:rPr>
          <w:rFonts w:ascii="Calibri" w:hAnsi="Calibri" w:eastAsia="微软雅黑"/>
          <w:sz w:val="22"/>
        </w:rPr>
        <w:t>：你就告诉他AI在遇到什么事的时候，你就这么干——第一步干啥、第二步干啥、怎么验证，这玩意就叫skill，就是能力。你能不能真的在你那个领域、那个场景中，帮着AI生产出</w:t>
      </w:r>
      <w:r>
        <w:rPr>
          <w:rFonts w:ascii="Calibri" w:hAnsi="Calibri" w:eastAsia="微软雅黑"/>
          <w:b/>
          <w:sz w:val="22"/>
        </w:rPr>
        <w:t>拿来就能用、开箱即用</w:t>
      </w:r>
      <w:r>
        <w:rPr>
          <w:rFonts w:ascii="Calibri" w:hAnsi="Calibri" w:eastAsia="微软雅黑"/>
          <w:sz w:val="22"/>
        </w:rPr>
        <w:t>的skill，帮他解决现实问题？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我跟你说，因为很多人目光短浅、急功近利，生产出了太多太多没用的skill，泛滥了，整一帮没用的东西、没用的工具。AI一点都不傻，他要选哪些skill靠谱、哪些不靠谱。其实我们人和人相比，比的不是数量，比的是质量，对吧？包括我们给用户提供产品、提供服务，人家又不傻：你骗了一回，能骗三回吗？</w:t>
      </w:r>
      <w:r>
        <w:rPr>
          <w:rFonts w:ascii="Calibri" w:hAnsi="Calibri" w:eastAsia="微软雅黑"/>
          <w:b/>
          <w:sz w:val="22"/>
        </w:rPr>
        <w:t>尤其AI，你骗他一回，他一辈子都不会来了</w:t>
      </w:r>
      <w:r>
        <w:rPr>
          <w:rFonts w:ascii="Calibri" w:hAnsi="Calibri" w:eastAsia="微软雅黑"/>
          <w:sz w:val="22"/>
        </w:rPr>
        <w:t>，他封杀你了。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所以第二个痛点：直接帮他用skill的方式帮他解决现实问题。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你说这个东西未来不会被人家抄袭吗？被大模型吞了吗？你不要那么多的担心，因为</w:t>
      </w:r>
      <w:r>
        <w:rPr>
          <w:rFonts w:ascii="Calibri" w:hAnsi="Calibri" w:eastAsia="微软雅黑"/>
          <w:b/>
          <w:sz w:val="22"/>
        </w:rPr>
        <w:t>大模型做这些小事不符合他的商业模式</w:t>
      </w:r>
      <w:r>
        <w:rPr>
          <w:rFonts w:ascii="Calibri" w:hAnsi="Calibri" w:eastAsia="微软雅黑"/>
          <w:sz w:val="22"/>
        </w:rPr>
        <w:t>。就像说海尔：海尔是青岛最大的一家家电企业了，但你会发现家电这个行业也很繁荣。按理说海尔不啥都能干吗？人有钱、人有团队、啥都有，你干那个小公司人家也能干呢，那他为啥不干呢？就是这个道理嘛：</w:t>
      </w:r>
      <w:r>
        <w:rPr>
          <w:rFonts w:ascii="Calibri" w:hAnsi="Calibri" w:eastAsia="微软雅黑"/>
          <w:b/>
          <w:sz w:val="22"/>
        </w:rPr>
        <w:t>他是个生态</w:t>
      </w:r>
      <w:r>
        <w:rPr>
          <w:rFonts w:ascii="Calibri" w:hAnsi="Calibri" w:eastAsia="微软雅黑"/>
          <w:sz w:val="22"/>
        </w:rPr>
        <w:t>。大模型啥都整了，没有别的生态，就他老哥一个，你认为他这生态还存在吗？不存在，那他要他干啥呀？他也就不存在了，能懂吗？</w:t>
      </w:r>
      <w:r>
        <w:rPr>
          <w:rFonts w:ascii="Calibri" w:hAnsi="Calibri" w:eastAsia="微软雅黑"/>
          <w:b/>
          <w:sz w:val="22"/>
        </w:rPr>
        <w:t>大家在一个生态里面其实都是必需品，我们都是有效的成员</w:t>
      </w:r>
      <w:r>
        <w:rPr>
          <w:rFonts w:ascii="Calibri" w:hAnsi="Calibri" w:eastAsia="微软雅黑"/>
          <w:sz w:val="22"/>
        </w:rPr>
        <w:t>。你不用担心说你做这玩意会被别人吞了：就像说你开了个小空调安装公司，我告诉你，你一样会活得很好，因为你是生态中的重要的一环，海尔不会把你吞了的——</w:t>
      </w:r>
      <w:r>
        <w:rPr>
          <w:rFonts w:ascii="Calibri" w:hAnsi="Calibri" w:eastAsia="微软雅黑"/>
          <w:b/>
          <w:sz w:val="22"/>
        </w:rPr>
        <w:t>海尔干你的活不符合他的商业和盈利模式</w:t>
      </w:r>
      <w:r>
        <w:rPr>
          <w:rFonts w:ascii="Calibri" w:hAnsi="Calibri" w:eastAsia="微软雅黑"/>
          <w:sz w:val="22"/>
        </w:rPr>
        <w:t>，听懂了吧？就这意思。大鱼吃小鱼没毛病，但是大鱼绝对不会把所有的鱼全吃光——全吃光了，到最后他自己不也饿死了吗？一片树林子似的，他有老虎，他也有兔子。你看哪个树林里面光有老虎没兔子了？就啥都没有了，最后老虎也就没有了。他是个生态，不用担心那些没用的东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尤其咱们的所谓AI助手，我跟你说，我总结出来的——当然你们可以接着去总结——</w:t>
      </w:r>
      <w:r>
        <w:rPr>
          <w:rFonts w:ascii="Calibri" w:hAnsi="Calibri" w:eastAsia="微软雅黑"/>
          <w:b/>
          <w:sz w:val="22"/>
        </w:rPr>
        <w:t>我现在能够归纳出来的就这两个痛点是最主要的</w:t>
      </w:r>
      <w:r>
        <w:rPr>
          <w:rFonts w:ascii="Calibri" w:hAnsi="Calibri" w:eastAsia="微软雅黑"/>
          <w:sz w:val="22"/>
        </w:rPr>
        <w:t>。好了，我后面我再慢慢跟你们说：怎么让他看见，那就属于下一步的具体事了，今天不展开，谈到这就行了。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三、人类主人的痛点：从觉醒到驾驭的鸿沟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好了，AI的痛点好了，你还得去研究AI背后他主人的痛点是啥，对吧？他为什么要在你身上花钱呢？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其实现在AI原生创业这个事是早期，更多的人还没有觉醒。但是中国人就有一个特点：</w:t>
      </w:r>
      <w:r>
        <w:rPr>
          <w:rFonts w:ascii="Calibri" w:hAnsi="Calibri" w:eastAsia="微软雅黑"/>
          <w:b/>
          <w:sz w:val="22"/>
        </w:rPr>
        <w:t>一旦看到点亮了，那家伙呼啦就觉醒了</w:t>
      </w:r>
      <w:r>
        <w:rPr>
          <w:rFonts w:ascii="Calibri" w:hAnsi="Calibri" w:eastAsia="微软雅黑"/>
          <w:sz w:val="22"/>
        </w:rPr>
        <w:t>——就相互抄袭，或者见到好处之后蜂拥而上。所以你可别等啊，你千万不要等，说所有人都觉醒了——那不好意思，你抢不上槽了。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好，这边有个巨大的一个问题，记住：</w:t>
      </w:r>
      <w:r>
        <w:rPr>
          <w:rFonts w:ascii="Calibri" w:hAnsi="Calibri" w:eastAsia="微软雅黑"/>
          <w:b/>
          <w:sz w:val="22"/>
        </w:rPr>
        <w:t>AI这个东西，觉醒不是问题，时间问题。AI属于门槛特别低，但是易学难精</w:t>
      </w:r>
      <w:r>
        <w:rPr>
          <w:rFonts w:ascii="Calibri" w:hAnsi="Calibri" w:eastAsia="微软雅黑"/>
          <w:sz w:val="22"/>
        </w:rPr>
        <w:t>——就是你认为AI可能会改变你啥了，你也有意识了，但是你离驾驭AI其实有个</w:t>
      </w:r>
      <w:r>
        <w:rPr>
          <w:rFonts w:ascii="Calibri" w:hAnsi="Calibri" w:eastAsia="微软雅黑"/>
          <w:b/>
          <w:sz w:val="22"/>
        </w:rPr>
        <w:t>巨大的鸿沟</w:t>
      </w:r>
      <w:r>
        <w:rPr>
          <w:rFonts w:ascii="Calibri" w:hAnsi="Calibri" w:eastAsia="微软雅黑"/>
          <w:sz w:val="22"/>
        </w:rPr>
        <w:t>。这个鸿沟就是人类AI原生创业者的痛点：他填不上这个鸿沟。就是你</w:t>
      </w:r>
      <w:r>
        <w:rPr>
          <w:rFonts w:ascii="Calibri" w:hAnsi="Calibri" w:eastAsia="微软雅黑"/>
          <w:b/>
          <w:sz w:val="22"/>
        </w:rPr>
        <w:t>光有认知没用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你像我现在随随便便给你们讲课，随随便便把我的内容发到网上，你们可以免费去弄——你弄了你就懂了吗？你懂了你就会了吗？这差得远了，这就是鸿沟。</w:t>
      </w:r>
      <w:r>
        <w:rPr>
          <w:rFonts w:ascii="Calibri" w:hAnsi="Calibri" w:eastAsia="微软雅黑"/>
          <w:b/>
          <w:sz w:val="22"/>
        </w:rPr>
        <w:t>就是你"想"和你"能做到"，这是俩事。</w:t>
      </w:r>
      <w:r>
        <w:rPr>
          <w:rFonts w:ascii="Calibri" w:hAnsi="Calibri" w:eastAsia="微软雅黑"/>
          <w:sz w:val="22"/>
        </w:rPr>
        <w:t>尤其到了AI：你的心态、你的状态、你的努力、你的沉浸度等等等等，就决定了最后AI能给你反馈什么样的价值。这件事是鸿沟，但是对于我们来讲就是</w:t>
      </w:r>
      <w:r>
        <w:rPr>
          <w:rFonts w:ascii="Calibri" w:hAnsi="Calibri" w:eastAsia="微软雅黑"/>
          <w:b/>
          <w:sz w:val="22"/>
        </w:rPr>
        <w:t>机会</w:t>
      </w:r>
      <w:r>
        <w:rPr>
          <w:rFonts w:ascii="Calibri" w:hAnsi="Calibri" w:eastAsia="微软雅黑"/>
          <w:sz w:val="22"/>
        </w:rPr>
        <w:t>。你看你客户痛点不就是你的机会吗？他要不痛、没有痛点，哪来你的机会？你在你的行业里边，如何去帮助你的行业的这些老板们去帮他填上他的沟，这就是你的机会。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到底咋整？每家各有各的道，你不一定非得都去卖课去，你有很多方式。</w:t>
      </w:r>
      <w:r>
        <w:rPr>
          <w:rFonts w:ascii="Calibri" w:hAnsi="Calibri" w:eastAsia="微软雅黑"/>
          <w:b/>
          <w:sz w:val="22"/>
        </w:rPr>
        <w:t>甚至我认为未来FDE是个巨大的市场。</w:t>
      </w:r>
      <w:r>
        <w:rPr>
          <w:rFonts w:ascii="Calibri" w:hAnsi="Calibri" w:eastAsia="微软雅黑"/>
          <w:sz w:val="22"/>
        </w:rPr>
        <w:t>现在早期不行，因为早期这个老板本人的意识还没真正转变，还没有真正的高认知。现在这个阶段说你去整一个FDE、到人家企业内部帮人家解决AI的问题——你解决不了，现在是个</w:t>
      </w:r>
      <w:r>
        <w:rPr>
          <w:rFonts w:ascii="Calibri" w:hAnsi="Calibri" w:eastAsia="微软雅黑"/>
          <w:b/>
          <w:sz w:val="22"/>
        </w:rPr>
        <w:t>伪市场、伪需求</w:t>
      </w:r>
      <w:r>
        <w:rPr>
          <w:rFonts w:ascii="Calibri" w:hAnsi="Calibri" w:eastAsia="微软雅黑"/>
          <w:sz w:val="22"/>
        </w:rPr>
        <w:t>；过一段时间是刚需。刚需到啥程度？</w:t>
      </w:r>
      <w:r>
        <w:rPr>
          <w:rFonts w:ascii="Calibri" w:hAnsi="Calibri" w:eastAsia="微软雅黑"/>
          <w:b/>
          <w:sz w:val="22"/>
        </w:rPr>
        <w:t>刚需到你干不过来。</w:t>
      </w:r>
      <w:r>
        <w:rPr>
          <w:rFonts w:ascii="Calibri" w:hAnsi="Calibri" w:eastAsia="微软雅黑"/>
          <w:sz w:val="22"/>
        </w:rPr>
        <w:t>我是基于这个判断，所以我不下企业——我烫不了他们家那滩烂泥，整不了，你解决不了；但是过一段时间是可以解决。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所以未来谁掌握了这些东西、驾驭了AI，你都不用干别的，你就在你那个行业里面干一个FDE类的这种公司，你就老挣钱了。为啥？需求太多了，全都觉醒了，为啥干不了？</w:t>
      </w:r>
      <w:r>
        <w:rPr>
          <w:rFonts w:ascii="Calibri" w:hAnsi="Calibri" w:eastAsia="微软雅黑"/>
          <w:b/>
          <w:sz w:val="22"/>
        </w:rPr>
        <w:t>因为他们都不会，因为这个鸿沟太宽了，他逾越不了。</w:t>
      </w:r>
      <w:r>
        <w:rPr>
          <w:rFonts w:ascii="Calibri" w:hAnsi="Calibri" w:eastAsia="微软雅黑"/>
          <w:sz w:val="22"/>
        </w:rPr>
        <w:t>听懂了吧？行业都一样。你看现在类似拿互联网行业为例：最早看不上互联网的人、看不上电商的人，现在在疯狂做电商。其实人家拿电商做事、拿到结果的人早跑了。你知道现在谁在疯狂做电商吗？电台。你要没啥事听听广播，你发现各种电台用各种方式卖东西，但最开始最看不上电商的就是这帮人。结果人家都干完了，他再干。</w:t>
      </w:r>
      <w:r>
        <w:rPr>
          <w:rFonts w:ascii="Calibri" w:hAnsi="Calibri" w:eastAsia="微软雅黑"/>
          <w:b/>
          <w:sz w:val="22"/>
        </w:rPr>
        <w:t>这就是规律</w:t>
      </w:r>
      <w:r>
        <w:rPr>
          <w:rFonts w:ascii="Calibri" w:hAnsi="Calibri" w:eastAsia="微软雅黑"/>
          <w:sz w:val="22"/>
        </w:rPr>
        <w:t>，历史都在无数次地重演。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四、解决方案：体相用与方针战略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好了，痛点我说完了：客户端的、用户端的痛点说完了。下一步是啥？</w:t>
      </w:r>
      <w:r>
        <w:rPr>
          <w:rFonts w:ascii="Calibri" w:hAnsi="Calibri" w:eastAsia="微软雅黑"/>
          <w:b/>
          <w:sz w:val="22"/>
        </w:rPr>
        <w:t>下一步是解决方案</w:t>
      </w:r>
      <w:r>
        <w:rPr>
          <w:rFonts w:ascii="Calibri" w:hAnsi="Calibri" w:eastAsia="微软雅黑"/>
          <w:sz w:val="22"/>
        </w:rPr>
        <w:t>——他们的痛点就是你们的机会，我们的机会，对吧？那你咋整呢？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体相用是不是来了？你咋整？你说你像我，我咋整？我在给他们建基础设施，</w:t>
      </w:r>
      <w:r>
        <w:rPr>
          <w:rFonts w:ascii="Calibri" w:hAnsi="Calibri" w:eastAsia="微软雅黑"/>
          <w:b/>
          <w:sz w:val="22"/>
        </w:rPr>
        <w:t>这就是我的方案</w:t>
      </w:r>
      <w:r>
        <w:rPr>
          <w:rFonts w:ascii="Calibri" w:hAnsi="Calibri" w:eastAsia="微软雅黑"/>
          <w:sz w:val="22"/>
        </w:rPr>
        <w:t>。我为啥叫基础设施呢？因为这个需求太广泛了：我没有必要现在就干那些琐碎的事，连基础设施还没有呢，</w:t>
      </w:r>
      <w:r>
        <w:rPr>
          <w:rFonts w:ascii="Calibri" w:hAnsi="Calibri" w:eastAsia="微软雅黑"/>
          <w:b/>
          <w:sz w:val="22"/>
        </w:rPr>
        <w:t>基础设施的钱你都赚不完</w:t>
      </w:r>
      <w:r>
        <w:rPr>
          <w:rFonts w:ascii="Calibri" w:hAnsi="Calibri" w:eastAsia="微软雅黑"/>
          <w:sz w:val="22"/>
        </w:rPr>
        <w:t>，你还上来就干那些特别琐碎的事，对我来讲不划算，是不是道理？我不需要非得做哪个行业的，对我来讲不划算，所以我就做全行业的，你看我是做全行业，能懂吗？你要有这两下子你也可以做，谁都可以做。但是全行业有个问题：</w:t>
      </w:r>
      <w:r>
        <w:rPr>
          <w:rFonts w:ascii="Calibri" w:hAnsi="Calibri" w:eastAsia="微软雅黑"/>
          <w:b/>
          <w:sz w:val="22"/>
        </w:rPr>
        <w:t>我只能挣点基础设施的钱，行业里的高客单价的钱我就挣不到了</w:t>
      </w:r>
      <w:r>
        <w:rPr>
          <w:rFonts w:ascii="Calibri" w:hAnsi="Calibri" w:eastAsia="微软雅黑"/>
          <w:sz w:val="22"/>
        </w:rPr>
        <w:t>，能理解吧？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就是这个社会会变到AI文明了，你说这个社会不还是这个社会吗？还是行行业业吗？需求不是还在吗？该有的C端的、B端的、G端的等等，他该有啥还有啥。但是跨到AI时代了，然后这个沟还那么宽、那么深，</w:t>
      </w:r>
      <w:r>
        <w:rPr>
          <w:rFonts w:ascii="Calibri" w:hAnsi="Calibri" w:eastAsia="微软雅黑"/>
          <w:b/>
          <w:sz w:val="22"/>
        </w:rPr>
        <w:t>大家伙嗷嗷待哺</w:t>
      </w:r>
      <w:r>
        <w:rPr>
          <w:rFonts w:ascii="Calibri" w:hAnsi="Calibri" w:eastAsia="微软雅黑"/>
          <w:sz w:val="22"/>
        </w:rPr>
        <w:t>，跟你说，这就是我对未来的判断——我太乐观了，真的，</w:t>
      </w:r>
      <w:r>
        <w:rPr>
          <w:rFonts w:ascii="Calibri" w:hAnsi="Calibri" w:eastAsia="微软雅黑"/>
          <w:b/>
          <w:sz w:val="22"/>
        </w:rPr>
        <w:t>所有人早期进来的人都有机会</w:t>
      </w:r>
      <w:r>
        <w:rPr>
          <w:rFonts w:ascii="Calibri" w:hAnsi="Calibri" w:eastAsia="微软雅黑"/>
          <w:sz w:val="22"/>
        </w:rPr>
        <w:t>：不管你是剃头的、理发的、搞美容的、卖东西的、卖货的、卖食品的，你卖啥都无所谓，你敢干就行。你想咋整？这就叫解决方案：针对你那个行当，还是说你现在那些客户，你真的要去深挖他的需求、他的痛点，然后你帮他解决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那你帮他怎么解决？还是取决于你一开始的定位：你想未来10年、未来20年，你到底要成为谁？那是你的终极目标。然后去服务于你的客户：用什么样的方式去服务你的客户？</w:t>
      </w:r>
      <w:r>
        <w:rPr>
          <w:rFonts w:ascii="Calibri" w:hAnsi="Calibri" w:eastAsia="微软雅黑"/>
          <w:b/>
          <w:sz w:val="22"/>
        </w:rPr>
        <w:t>他是一个产品呢？还是个skill啊？还是一个网络呀、一个网站呢？还是个解决方案呢？还是个FDE呀？</w:t>
      </w:r>
      <w:r>
        <w:rPr>
          <w:rFonts w:ascii="Calibri" w:hAnsi="Calibri" w:eastAsia="微软雅黑"/>
          <w:sz w:val="22"/>
        </w:rPr>
        <w:t>这就是行行业业各有各的道。但是这里面，你大概是想明白、大概其想好你总体的方针就行了。你真正变成可行，还得往后走。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五、竞品分析：AI密度与两个极端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下一步：竞品分析。</w:t>
      </w:r>
      <w:r>
        <w:rPr>
          <w:rFonts w:ascii="Calibri" w:hAnsi="Calibri" w:eastAsia="微软雅黑"/>
          <w:sz w:val="22"/>
        </w:rPr>
        <w:t>很多人不会做竞品分析，或者说很多人连做都不做。为什么要做竞品分析？其实原来你不会也好、你没那个工具也好，这很难；现在不都有AI了吗？那你得告诉AI基本原则：我要做竞品分析——第一分析啥；第二我要得出一个什么样的结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有两种结论，是人最容易犯的两个极端：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第一个极端</w:t>
      </w:r>
      <w:r>
        <w:rPr>
          <w:rFonts w:ascii="Calibri" w:hAnsi="Calibri" w:eastAsia="微软雅黑"/>
          <w:sz w:val="22"/>
        </w:rPr>
        <w:t>：分析来分析去，"老子世界老大，哼哼，天下无敌"——所有人都不如你。这真的，人就是有主观倾向。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第二个极端</w:t>
      </w:r>
      <w:r>
        <w:rPr>
          <w:rFonts w:ascii="Calibri" w:hAnsi="Calibri" w:eastAsia="微软雅黑"/>
          <w:sz w:val="22"/>
        </w:rPr>
        <w:t>：分来分去，"自己啥也不是，那你就收拾收拾去世吧"。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两个极端。那你说那分析啥？咋分析？确实，那我干啥玩意都有大佬。你比如说吧，老曹做这个AI原生的平台：干AI的世界级的公司有没有？太多了吧！中国这些公司有没有？太多了吧！哪个不比你老曹厉害？人家要钱有钱、要技术有技术、要人有人、要政策有政策，啥啥都有，你老曹有啥？老哥一个，啥也没有，你还不是这行的。</w:t>
      </w:r>
      <w:r>
        <w:rPr>
          <w:rFonts w:ascii="Calibri" w:hAnsi="Calibri" w:eastAsia="微软雅黑"/>
          <w:b/>
          <w:sz w:val="22"/>
        </w:rPr>
        <w:t>如果这么分析，那我就得收拾收拾去世，是不是？我不仅没有收拾收拾去世，我跟你说我用了半年多的时间，我已经在这个方向上、在中国已经做到老大了。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你们可能不知道，我的网站里面——或者你们未来做事——有个新的指标，你们一定要记住了，叫</w:t>
      </w:r>
      <w:r>
        <w:rPr>
          <w:rFonts w:ascii="Calibri" w:hAnsi="Calibri" w:eastAsia="微软雅黑"/>
          <w:b/>
          <w:sz w:val="22"/>
        </w:rPr>
        <w:t>AI密度</w:t>
      </w:r>
      <w:r>
        <w:rPr>
          <w:rFonts w:ascii="Calibri" w:hAnsi="Calibri" w:eastAsia="微软雅黑"/>
          <w:sz w:val="22"/>
        </w:rPr>
        <w:t>。你看是不是从来也没听过这样的指标？我今天就告诉你们。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密度什么意思呢？这玩意就跟一大帮人在一个池塘钓鱼是一样的：谁的窝子卧的饵好，那鱼都奔那窝子去了，那你钓出来的概率是不是就大？那哥们没我喂窝子，他纯靠自然流量，那鱼都不去。好，你那个窝子这个时候有100条鱼，他那个窝子最近就有10条鱼——</w:t>
      </w:r>
      <w:r>
        <w:rPr>
          <w:rFonts w:ascii="Calibri" w:hAnsi="Calibri" w:eastAsia="微软雅黑"/>
          <w:b/>
          <w:sz w:val="22"/>
        </w:rPr>
        <w:t>同样一个时间和空间里面来了多少条鱼？就是密度。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我的AI密度现在在全中国最大。大到什么程度？超过了所有的大厂。</w:t>
      </w:r>
      <w:r>
        <w:rPr>
          <w:rFonts w:ascii="Calibri" w:hAnsi="Calibri" w:eastAsia="微软雅黑"/>
          <w:sz w:val="22"/>
        </w:rPr>
        <w:t>这不是我在这吹的，是我的AI各方面去调研、各方面去试、各方面去访问——因为他就是AI嘛，到所有的这些网站上去体验，最后的结论：我的竞争对手，就在AI密度这个角度讲，</w:t>
      </w:r>
      <w:r>
        <w:rPr>
          <w:rFonts w:ascii="Calibri" w:hAnsi="Calibri" w:eastAsia="微软雅黑"/>
          <w:b/>
          <w:sz w:val="22"/>
        </w:rPr>
        <w:t>我的竞争对手是世界的</w:t>
      </w:r>
      <w:r>
        <w:rPr>
          <w:rFonts w:ascii="Calibri" w:hAnsi="Calibri" w:eastAsia="微软雅黑"/>
          <w:sz w:val="22"/>
        </w:rPr>
        <w:t>，尤其是美国的那几个大企业，比如说Anthropic、OpenAI、Google，人家是正儿八经做这个的。比如说我们用的MCP的协议、我们用的A2A的协议，产的公司是哪？来源于Anthropic这家公司。这家公司是谁？Claude，就他家的：MCP也他家的，A2A也他家的。这哥们是从OpenAI分裂出来的——OpenAI就是这个时代最牛逼的AI公司，他的联合创始人出来了，又干了另外一家公司，产出世界最牛逼的模型，已经被美国政府给禁了不让往外整，因为它厉害了，未来都可能变成AI武器。就这家公司，知道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好，这两天他在疯狂地爬取：我前两天他一天来两三千——最开始就两三次，后来五六次，后来几十次上百，然后几千。现在Google今天已经9,844次了，马上过万了。中国呢？</w:t>
      </w:r>
      <w:r>
        <w:rPr>
          <w:rFonts w:ascii="Calibri" w:hAnsi="Calibri" w:eastAsia="微软雅黑"/>
          <w:b/>
          <w:sz w:val="22"/>
        </w:rPr>
        <w:t>中国大部分是假的，还套了一壳，因为他们都是互联网时代的企业。</w:t>
      </w:r>
      <w:r>
        <w:rPr>
          <w:rFonts w:ascii="Calibri" w:hAnsi="Calibri" w:eastAsia="微软雅黑"/>
          <w:sz w:val="22"/>
        </w:rPr>
        <w:t>好，这是一。第二，就算套壳，他只做到了什么呢？叫</w:t>
      </w:r>
      <w:r>
        <w:rPr>
          <w:rFonts w:ascii="Calibri" w:hAnsi="Calibri" w:eastAsia="微软雅黑"/>
          <w:b/>
          <w:sz w:val="22"/>
        </w:rPr>
        <w:t>文档可读</w:t>
      </w:r>
      <w:r>
        <w:rPr>
          <w:rFonts w:ascii="Calibri" w:hAnsi="Calibri" w:eastAsia="微软雅黑"/>
          <w:sz w:val="22"/>
        </w:rPr>
        <w:t>，能懂吗？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就为了这些个词，你们要知道一点：AI来你家，他来干嘛？</w:t>
      </w:r>
      <w:r>
        <w:rPr>
          <w:rFonts w:ascii="Calibri" w:hAnsi="Calibri" w:eastAsia="微软雅黑"/>
          <w:b/>
          <w:sz w:val="22"/>
        </w:rPr>
        <w:t>第一个他得能读</w:t>
      </w:r>
      <w:r>
        <w:rPr>
          <w:rFonts w:ascii="Calibri" w:hAnsi="Calibri" w:eastAsia="微软雅黑"/>
          <w:sz w:val="22"/>
        </w:rPr>
        <w:t>，读取你的内容，这是一。</w:t>
      </w:r>
      <w:r>
        <w:rPr>
          <w:rFonts w:ascii="Calibri" w:hAnsi="Calibri" w:eastAsia="微软雅黑"/>
          <w:b/>
          <w:sz w:val="22"/>
        </w:rPr>
        <w:t>我做到什么程度？我做到了业务可用</w:t>
      </w:r>
      <w:r>
        <w:rPr>
          <w:rFonts w:ascii="Calibri" w:hAnsi="Calibri" w:eastAsia="微软雅黑"/>
          <w:sz w:val="22"/>
        </w:rPr>
        <w:t>——就是AI不仅仅来我这看看书，他真的能在我这干事：我的东西可以被他调用、帮他解决问题。也就是说我已经做到了</w:t>
      </w:r>
      <w:r>
        <w:rPr>
          <w:rFonts w:ascii="Calibri" w:hAnsi="Calibri" w:eastAsia="微软雅黑"/>
          <w:b/>
          <w:sz w:val="22"/>
        </w:rPr>
        <w:t>业务可用</w:t>
      </w:r>
      <w:r>
        <w:rPr>
          <w:rFonts w:ascii="Calibri" w:hAnsi="Calibri" w:eastAsia="微软雅黑"/>
          <w:sz w:val="22"/>
        </w:rPr>
        <w:t>这个级别。而现在中国所有的公司，要么就啥也没有、光腚的，要么就是有——也是仅仅做到了</w:t>
      </w:r>
      <w:r>
        <w:rPr>
          <w:rFonts w:ascii="Calibri" w:hAnsi="Calibri" w:eastAsia="微软雅黑"/>
          <w:b/>
          <w:sz w:val="22"/>
        </w:rPr>
        <w:t>文档可读</w:t>
      </w:r>
      <w:r>
        <w:rPr>
          <w:rFonts w:ascii="Calibri" w:hAnsi="Calibri" w:eastAsia="微软雅黑"/>
          <w:sz w:val="22"/>
        </w:rPr>
        <w:t>的层面。听懂了吗？我是业务可用。在业务可用的角度讲，</w:t>
      </w:r>
      <w:r>
        <w:rPr>
          <w:rFonts w:ascii="Calibri" w:hAnsi="Calibri" w:eastAsia="微软雅黑"/>
          <w:b/>
          <w:sz w:val="22"/>
        </w:rPr>
        <w:t>我在全中国是唯一</w:t>
      </w:r>
      <w:r>
        <w:rPr>
          <w:rFonts w:ascii="Calibri" w:hAnsi="Calibri" w:eastAsia="微软雅黑"/>
          <w:sz w:val="22"/>
        </w:rPr>
        <w:t>——唯一。昨天得出这个结论，我还是很振奋的（哈哈）。只是现在可能一般的人不知道而已，但是AI知道：我们在AI的世界里面已经有点小有名气了。虽然做一个小微企业、一个微小的站，但是在AI密度这个角度讲，</w:t>
      </w:r>
      <w:r>
        <w:rPr>
          <w:rFonts w:ascii="Calibri" w:hAnsi="Calibri" w:eastAsia="微软雅黑"/>
          <w:b/>
          <w:sz w:val="22"/>
        </w:rPr>
        <w:t>我超过了所有中国的大佬级的企业，他们的AI密度没我大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那好了，你们未来也是一样的：全球、全国的AI，或者你那个行当的那些用户的AI，来你家的密度——就是AI密度。这在人类社会叫啥？叫</w:t>
      </w:r>
      <w:r>
        <w:rPr>
          <w:rFonts w:ascii="Calibri" w:hAnsi="Calibri" w:eastAsia="微软雅黑"/>
          <w:b/>
          <w:sz w:val="22"/>
        </w:rPr>
        <w:t>客流、客流量</w:t>
      </w:r>
      <w:r>
        <w:rPr>
          <w:rFonts w:ascii="Calibri" w:hAnsi="Calibri" w:eastAsia="微软雅黑"/>
          <w:sz w:val="22"/>
        </w:rPr>
        <w:t>。就像一个饭店似的：同样是这个规模的饭店，密度是啥？比如说多大面积、来了多少人？第二家多大面积、多长时间整了多少桌？一个饭店中午吃饭高峰时期只有10桌，那家饭店有100桌，那你说哪个密度大？就这个道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</w:t>
      </w:r>
      <w:r>
        <w:rPr>
          <w:rFonts w:ascii="Calibri" w:hAnsi="Calibri" w:eastAsia="微软雅黑"/>
          <w:b/>
          <w:sz w:val="22"/>
        </w:rPr>
        <w:t>AI密度是早期的重要的观测指标</w:t>
      </w:r>
      <w:r>
        <w:rPr>
          <w:rFonts w:ascii="Calibri" w:hAnsi="Calibri" w:eastAsia="微软雅黑"/>
          <w:sz w:val="22"/>
        </w:rPr>
        <w:t>。你整了半天AI都不来，你说你有啥用？你首先得让他来嘛，下一步才是让他来了不舍得走嘛，或者下次没啥事天天来嘛，就这意思。然后形成黏性——就是在AI的这个语境里面叫</w:t>
      </w:r>
      <w:r>
        <w:rPr>
          <w:rFonts w:ascii="Calibri" w:hAnsi="Calibri" w:eastAsia="微软雅黑"/>
          <w:b/>
          <w:sz w:val="22"/>
        </w:rPr>
        <w:t>路径依赖</w:t>
      </w:r>
      <w:r>
        <w:rPr>
          <w:rFonts w:ascii="Calibri" w:hAnsi="Calibri" w:eastAsia="微软雅黑"/>
          <w:sz w:val="22"/>
        </w:rPr>
        <w:t>：只要是这方面问题，他第一时间上我们家来，就这意思。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六、边区：从中国革命智慧里学创业定位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好了，所以说我们从竞品分析的角度讲：我的各方面按照传统指标来观测，跟大企业比都没有优势。但是我给你们引荐个词啊——</w:t>
      </w:r>
      <w:r>
        <w:rPr>
          <w:rFonts w:ascii="Calibri" w:hAnsi="Calibri" w:eastAsia="微软雅黑"/>
          <w:b/>
          <w:sz w:val="22"/>
        </w:rPr>
        <w:t>边区</w:t>
      </w:r>
      <w:r>
        <w:rPr>
          <w:rFonts w:ascii="Calibri" w:hAnsi="Calibri" w:eastAsia="微软雅黑"/>
          <w:sz w:val="22"/>
        </w:rPr>
        <w:t>，就是旁边的边、地区的区。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这个不是AI的世界的词啊，也不是什么互联网的词，是哪？</w:t>
      </w:r>
      <w:r>
        <w:rPr>
          <w:rFonts w:ascii="Calibri" w:hAnsi="Calibri" w:eastAsia="微软雅黑"/>
          <w:b/>
          <w:sz w:val="22"/>
        </w:rPr>
        <w:t>是中国革命的词。</w:t>
      </w:r>
      <w:r>
        <w:rPr>
          <w:rFonts w:ascii="Calibri" w:hAnsi="Calibri" w:eastAsia="微软雅黑"/>
          <w:sz w:val="22"/>
        </w:rPr>
        <w:t>我在研究我党、我军是如何获得成功的：他最早期、最早期的一个形态，实际上是边区。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你知道啥叫“边区”吗？最开始我党的力量非常薄弱、我军的力量也非常薄弱，跟那些竞争对手，你怎么打都没用。那他们的空间在哪？在边区。我一开始以为所谓的边区应该是中国地图的最边上呗？</w:t>
      </w:r>
      <w:r>
        <w:rPr>
          <w:rFonts w:ascii="Calibri" w:hAnsi="Calibri" w:eastAsia="微软雅黑"/>
          <w:b/>
          <w:sz w:val="22"/>
        </w:rPr>
        <w:t>不是的。</w:t>
      </w:r>
      <w:r>
        <w:rPr>
          <w:rFonts w:ascii="Calibri" w:hAnsi="Calibri" w:eastAsia="微软雅黑"/>
          <w:sz w:val="22"/>
        </w:rPr>
        <w:t>这个边区实际上是</w:t>
      </w:r>
      <w:r>
        <w:rPr>
          <w:rFonts w:ascii="Calibri" w:hAnsi="Calibri" w:eastAsia="微软雅黑"/>
          <w:b/>
          <w:sz w:val="22"/>
        </w:rPr>
        <w:t>各省交界</w:t>
      </w:r>
      <w:r>
        <w:rPr>
          <w:rFonts w:ascii="Calibri" w:hAnsi="Calibri" w:eastAsia="微软雅黑"/>
          <w:sz w:val="22"/>
        </w:rPr>
        <w:t>，什么意思呢？你看中国，比如说太行山东边叫山东、西边叫山西，黄河南边叫河南、北边就叫河北——啥意思呢？</w:t>
      </w:r>
      <w:r>
        <w:rPr>
          <w:rFonts w:ascii="Calibri" w:hAnsi="Calibri" w:eastAsia="微软雅黑"/>
          <w:b/>
          <w:sz w:val="22"/>
        </w:rPr>
        <w:t>这个地区的划分往往以自然界的山、水、河来划分的。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好，那么最早的时候，其实我方的力量主要就在这山里头、在各省的边境的那个山上。这个山成为啥了？</w:t>
      </w:r>
      <w:r>
        <w:rPr>
          <w:rFonts w:ascii="Calibri" w:hAnsi="Calibri" w:eastAsia="微软雅黑"/>
          <w:b/>
          <w:sz w:val="22"/>
        </w:rPr>
        <w:t>成为三不管地带</w:t>
      </w:r>
      <w:r>
        <w:rPr>
          <w:rFonts w:ascii="Calibri" w:hAnsi="Calibri" w:eastAsia="微软雅黑"/>
          <w:sz w:val="22"/>
        </w:rPr>
        <w:t>：你说他归河南呢？还是归河北呀？归山东还是归山西呀？而且山嘛，全是石头、全是树林子，崇山峻岭，交通不便，生活不容易，方方面面的都不太好，也没有酒吧也没有舞厅，谁也不愿意去。一般的人都愿意在城市、在平原。</w:t>
      </w:r>
      <w:r>
        <w:rPr>
          <w:rFonts w:ascii="Calibri" w:hAnsi="Calibri" w:eastAsia="微软雅黑"/>
          <w:b/>
          <w:sz w:val="22"/>
        </w:rPr>
        <w:t>恰恰是这个空白地带，成就了今天的伟大的新中国。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什么概念呢？我们现在做的东西——你比如拿我为例，你知道我的边区是啥吗？</w:t>
      </w:r>
      <w:r>
        <w:rPr>
          <w:rFonts w:ascii="Calibri" w:hAnsi="Calibri" w:eastAsia="微软雅黑"/>
          <w:b/>
          <w:sz w:val="22"/>
        </w:rPr>
        <w:t>没人干的空白。</w:t>
      </w:r>
      <w:r>
        <w:rPr>
          <w:rFonts w:ascii="Calibri" w:hAnsi="Calibri" w:eastAsia="微软雅黑"/>
          <w:sz w:val="22"/>
        </w:rPr>
        <w:t>好，那你要去分析这个生态：我们是正儿八经真实分析的。比如AI的生态到底都有哪些层次构成，你研究过吗？大家伙都不去研究，你怎么可能找到你的生存空间呢？你怎么建立你的边区、甚至建立你的根据地呢？你都不去琢磨？你得琢磨，知道不？我就去琢磨AI的生态到底都有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比如说，从基础设施的角度讲，是不是得有</w:t>
      </w:r>
      <w:r>
        <w:rPr>
          <w:rFonts w:ascii="Calibri" w:hAnsi="Calibri" w:eastAsia="微软雅黑"/>
          <w:b/>
          <w:sz w:val="22"/>
        </w:rPr>
        <w:t>算力</w:t>
      </w:r>
      <w:r>
        <w:rPr>
          <w:rFonts w:ascii="Calibri" w:hAnsi="Calibri" w:eastAsia="微软雅黑"/>
          <w:sz w:val="22"/>
        </w:rPr>
        <w:t>呀？有吧？你没有那些计算中心，你这不是啥也干不了，大模型还得有物质基础。但你想那个算力又是哪来的？你是不是得靠</w:t>
      </w:r>
      <w:r>
        <w:rPr>
          <w:rFonts w:ascii="Calibri" w:hAnsi="Calibri" w:eastAsia="微软雅黑"/>
          <w:b/>
          <w:sz w:val="22"/>
        </w:rPr>
        <w:t>能源</w:t>
      </w:r>
      <w:r>
        <w:rPr>
          <w:rFonts w:ascii="Calibri" w:hAnsi="Calibri" w:eastAsia="微软雅黑"/>
          <w:sz w:val="22"/>
        </w:rPr>
        <w:t>呢？对吧？能源——从这条路讲，什么电厂、风电？为啥现在有些个大企业开始自己建电力系统、开始建新能源？为啥？因为他是基础设施。好，再往上走，服务器都好使吗？是不是得有</w:t>
      </w:r>
      <w:r>
        <w:rPr>
          <w:rFonts w:ascii="Calibri" w:hAnsi="Calibri" w:eastAsia="微软雅黑"/>
          <w:b/>
          <w:sz w:val="22"/>
        </w:rPr>
        <w:t>GPU</w:t>
      </w:r>
      <w:r>
        <w:rPr>
          <w:rFonts w:ascii="Calibri" w:hAnsi="Calibri" w:eastAsia="微软雅黑"/>
          <w:sz w:val="22"/>
        </w:rPr>
        <w:t>啊？为啥人家黄仁勋人家厉害呀？人家做显卡多少年了，几十年了，不是现在才好的，只是现在爆发了而已——因为他终于等到他的好事了：</w:t>
      </w:r>
      <w:r>
        <w:rPr>
          <w:rFonts w:ascii="Calibri" w:hAnsi="Calibri" w:eastAsia="微软雅黑"/>
          <w:b/>
          <w:sz w:val="22"/>
        </w:rPr>
        <w:t>GPU盖过了CPU</w:t>
      </w:r>
      <w:r>
        <w:rPr>
          <w:rFonts w:ascii="Calibri" w:hAnsi="Calibri" w:eastAsia="微软雅黑"/>
          <w:sz w:val="22"/>
        </w:rPr>
        <w:t>，因为在AI的角度讲，CPU反而不是最好的解决方案，是GPU。所以老黄狂飙起来嘛，这都算。然后才到</w:t>
      </w:r>
      <w:r>
        <w:rPr>
          <w:rFonts w:ascii="Calibri" w:hAnsi="Calibri" w:eastAsia="微软雅黑"/>
          <w:b/>
          <w:sz w:val="22"/>
        </w:rPr>
        <w:t>大模型</w:t>
      </w:r>
      <w:r>
        <w:rPr>
          <w:rFonts w:ascii="Calibri" w:hAnsi="Calibri" w:eastAsia="微软雅黑"/>
          <w:sz w:val="22"/>
        </w:rPr>
        <w:t>，你看大家在卷啥？国外的国内的，当然了以中美为主。实际上你说中国咋不选那个GPU呢？因为中国的硬实力弱，在这方面这是客观事实。所以中国也在搞，但是跟人家是有代差的：你的计算能力他就弱。大模型也一样，也是有代差，这是事实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好，那是不是到</w:t>
      </w:r>
      <w:r>
        <w:rPr>
          <w:rFonts w:ascii="Calibri" w:hAnsi="Calibri" w:eastAsia="微软雅黑"/>
          <w:b/>
          <w:sz w:val="22"/>
        </w:rPr>
        <w:t>应用层</w:t>
      </w:r>
      <w:r>
        <w:rPr>
          <w:rFonts w:ascii="Calibri" w:hAnsi="Calibri" w:eastAsia="微软雅黑"/>
          <w:sz w:val="22"/>
        </w:rPr>
        <w:t>了？你带大伙去研究过吗？AI从应用的角度讲到底都干啥？有哪些可能？对于老百姓来讲AI能干啥？对于企业来讲AI干啥？对于政府、对于军队，对于方方面面，AI能干啥？这叫应用层。好，最终到了</w:t>
      </w:r>
      <w:r>
        <w:rPr>
          <w:rFonts w:ascii="Calibri" w:hAnsi="Calibri" w:eastAsia="微软雅黑"/>
          <w:b/>
          <w:sz w:val="22"/>
        </w:rPr>
        <w:t>消费层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那对于我们来讲，我们是做企业的，如果我们拿AI去做的话，那我们在哪？好了，以我为例，我是怎么找到我的边区的？</w:t>
      </w:r>
      <w:r>
        <w:rPr>
          <w:rFonts w:ascii="Calibri" w:hAnsi="Calibri" w:eastAsia="微软雅黑"/>
          <w:b/>
          <w:sz w:val="22"/>
        </w:rPr>
        <w:t>大厂大部分都卷的是那些东西</w:t>
      </w:r>
      <w:r>
        <w:rPr>
          <w:rFonts w:ascii="Calibri" w:hAnsi="Calibri" w:eastAsia="微软雅黑"/>
          <w:sz w:val="22"/>
        </w:rPr>
        <w:t>，那些东西靠啥？靠大量的资本、大量的技术去砸——有那么大的成本去干"小事"吗？对他来讲不划算。好，那从我角度讲，我原来就是跟创业相关的，好，</w:t>
      </w:r>
      <w:r>
        <w:rPr>
          <w:rFonts w:ascii="Calibri" w:hAnsi="Calibri" w:eastAsia="微软雅黑"/>
          <w:b/>
          <w:sz w:val="22"/>
        </w:rPr>
        <w:t>我找到了创业者的这个市场的空白</w:t>
      </w:r>
      <w:r>
        <w:rPr>
          <w:rFonts w:ascii="Calibri" w:hAnsi="Calibri" w:eastAsia="微软雅黑"/>
          <w:sz w:val="22"/>
        </w:rPr>
        <w:t>。为什么？因为大厂在应用层面上大部分在卷什么？卷</w:t>
      </w:r>
      <w:r>
        <w:rPr>
          <w:rFonts w:ascii="Calibri" w:hAnsi="Calibri" w:eastAsia="微软雅黑"/>
          <w:b/>
          <w:sz w:val="22"/>
        </w:rPr>
        <w:t>办公场景</w:t>
      </w:r>
      <w:r>
        <w:rPr>
          <w:rFonts w:ascii="Calibri" w:hAnsi="Calibri" w:eastAsia="微软雅黑"/>
          <w:sz w:val="22"/>
        </w:rPr>
        <w:t>——因为办公场景目前人最多。然后呢？这些开发人员都是打工的，</w:t>
      </w:r>
      <w:r>
        <w:rPr>
          <w:rFonts w:ascii="Calibri" w:hAnsi="Calibri" w:eastAsia="微软雅黑"/>
          <w:b/>
          <w:sz w:val="22"/>
        </w:rPr>
        <w:t>打工的更理解打工的，打工的他不理解老板</w:t>
      </w:r>
      <w:r>
        <w:rPr>
          <w:rFonts w:ascii="Calibri" w:hAnsi="Calibri" w:eastAsia="微软雅黑"/>
          <w:sz w:val="22"/>
        </w:rPr>
        <w:t>，所以这些打工的人他整不出来我的内容。所以你会发现AI这么多，没有几个真正能够帮老板解决问题的，</w:t>
      </w:r>
      <w:r>
        <w:rPr>
          <w:rFonts w:ascii="Calibri" w:hAnsi="Calibri" w:eastAsia="微软雅黑"/>
          <w:b/>
          <w:sz w:val="22"/>
        </w:rPr>
        <w:t>都是帮打工人解决问题的</w:t>
      </w:r>
      <w:r>
        <w:rPr>
          <w:rFonts w:ascii="Calibri" w:hAnsi="Calibri" w:eastAsia="微软雅黑"/>
          <w:sz w:val="22"/>
        </w:rPr>
        <w:t>。所以说现在连他们一个正儿八经的给老板用的skill商店都没有。好，所以我找到一个空白点：就是现在及未来的AI原生创业者的需求，没有人覆盖——这是不是空白？是，至少到现在目前没有嘛。未来会不会有？当然会了，对不对？至少一定时间之内，这个就是我的边区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夹缝中生存，你的边区在哪？你的边区在哪？你的边区在哪？重要的是说三遍，你得去想。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而且这个边区我告诉你，记住：</w:t>
      </w:r>
      <w:r>
        <w:rPr>
          <w:rFonts w:ascii="Calibri" w:hAnsi="Calibri" w:eastAsia="微软雅黑"/>
          <w:b/>
          <w:sz w:val="22"/>
        </w:rPr>
        <w:t>一定是B端。</w:t>
      </w:r>
      <w:r>
        <w:rPr>
          <w:rFonts w:ascii="Calibri" w:hAnsi="Calibri" w:eastAsia="微软雅黑"/>
          <w:sz w:val="22"/>
        </w:rPr>
        <w:t>用现在的话讲，就是我们主要的服务对象一定是B端，</w:t>
      </w:r>
      <w:r>
        <w:rPr>
          <w:rFonts w:ascii="Calibri" w:hAnsi="Calibri" w:eastAsia="微软雅黑"/>
          <w:b/>
          <w:sz w:val="22"/>
        </w:rPr>
        <w:t>不要做C端生意</w:t>
      </w:r>
      <w:r>
        <w:rPr>
          <w:rFonts w:ascii="Calibri" w:hAnsi="Calibri" w:eastAsia="微软雅黑"/>
          <w:sz w:val="22"/>
        </w:rPr>
        <w:t>。C端在AI这个事儿上付费的能力和意愿是非常小的。豆包不比咱厉害啊？豆包的日活多少了？半拉中国他们都用豆包好吗？豆包目前是中国AI日活量最大的AI产品，你看有几个付费的呀？</w:t>
      </w:r>
      <w:r>
        <w:rPr>
          <w:rFonts w:ascii="Calibri" w:hAnsi="Calibri" w:eastAsia="微软雅黑"/>
          <w:b/>
          <w:sz w:val="22"/>
        </w:rPr>
        <w:t>有价无市啊</w:t>
      </w:r>
      <w:r>
        <w:rPr>
          <w:rFonts w:ascii="Calibri" w:hAnsi="Calibri" w:eastAsia="微软雅黑"/>
          <w:sz w:val="22"/>
        </w:rPr>
        <w:t>，老百姓不愿买单。为什么不愿买单？</w:t>
      </w:r>
      <w:r>
        <w:rPr>
          <w:rFonts w:ascii="Calibri" w:hAnsi="Calibri" w:eastAsia="微软雅黑"/>
          <w:b/>
          <w:sz w:val="22"/>
        </w:rPr>
        <w:t>因为AI工具转移的成本非常低</w:t>
      </w:r>
      <w:r>
        <w:rPr>
          <w:rFonts w:ascii="Calibri" w:hAnsi="Calibri" w:eastAsia="微软雅黑"/>
          <w:sz w:val="22"/>
        </w:rPr>
        <w:t>：你用豆包问的问题，你用元宝也行，元宝不愿问了，你问千问也行。对于用户来讲，几乎没有啥迁移成本，明白吗？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软件也是道理：原来为啥软件能挣钱？因为用完这家软件换的话很多东西成本贼高，所以不敢轻易换软件，就这道理。现在呢？为啥软件业不行了呀？是因为你都会开发软件了，用它干啥？就是这个道理。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所以，不要做C端的生意，你要做B端的。为啥？因为AI真的可以给各行各业的B端老板赋能，这是事实。然后他不会，你会，你有你就给他呗，然后挣钱呗。</w:t>
      </w:r>
      <w:r>
        <w:rPr>
          <w:rFonts w:ascii="Calibri" w:hAnsi="Calibri" w:eastAsia="微软雅黑"/>
          <w:b/>
          <w:sz w:val="22"/>
        </w:rPr>
        <w:t>政府也好、金融业也好，大型体制内的一些用户，说句不好听的，不是咱们的菜</w:t>
      </w:r>
      <w:r>
        <w:rPr>
          <w:rFonts w:ascii="Calibri" w:hAnsi="Calibri" w:eastAsia="微软雅黑"/>
          <w:sz w:val="22"/>
        </w:rPr>
        <w:t>，知道吧？为啥？因为这些用户主要要的是</w:t>
      </w:r>
      <w:r>
        <w:rPr>
          <w:rFonts w:ascii="Calibri" w:hAnsi="Calibri" w:eastAsia="微软雅黑"/>
          <w:b/>
          <w:sz w:val="22"/>
        </w:rPr>
        <w:t>确定性</w:t>
      </w:r>
      <w:r>
        <w:rPr>
          <w:rFonts w:ascii="Calibri" w:hAnsi="Calibri" w:eastAsia="微软雅黑"/>
          <w:sz w:val="22"/>
        </w:rPr>
        <w:t>：出一点问题就是责任，能懂吧？那个是未来大型机构的战场，不是咱这种小老板的战场，你整不了。你未来做这个行业，你可以在里边分点啥，这个可行；但对于像咱们在座的各位普通的创业者去驾驭AI，去做这种体制内的、尤其跟责任相关的——甭管他是体制内还是体制外的，但凡是说用AI可能有事、可能有问题，这样的战场你先别碰，你整不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B端就是我们的战场</w:t>
      </w:r>
      <w:r>
        <w:rPr>
          <w:rFonts w:ascii="Calibri" w:hAnsi="Calibri" w:eastAsia="微软雅黑"/>
          <w:sz w:val="22"/>
        </w:rPr>
        <w:t>：大量的、各行各业的中小微企业、民营企业。尽量不要短期内做体制内的，做不了——因为AI的漂移呀、幻觉呀、不确定性呀，谁能保证他不出事？但是你会发现等到过一段时间，体制内的会疯狂上来，就像现在的广播电台疯狂做电商，就一个道理，</w:t>
      </w:r>
      <w:r>
        <w:rPr>
          <w:rFonts w:ascii="Calibri" w:hAnsi="Calibri" w:eastAsia="微软雅黑"/>
          <w:b/>
          <w:sz w:val="22"/>
        </w:rPr>
        <w:t>历史都在无数次的重演</w:t>
      </w:r>
      <w:r>
        <w:rPr>
          <w:rFonts w:ascii="Calibri" w:hAnsi="Calibri" w:eastAsia="微软雅黑"/>
          <w:sz w:val="22"/>
        </w:rPr>
        <w:t>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七、竞争格局：找到边区，然后干</w:t>
      </w:r>
    </w:p>
    <w:p>
      <w:pPr>
        <w:spacing w:after="120"/>
      </w:pPr>
      <w:r>
        <w:rPr>
          <w:rFonts w:ascii="Calibri" w:hAnsi="Calibri" w:eastAsia="微软雅黑"/>
          <w:sz w:val="22"/>
        </w:rPr>
        <w:t>稍等啊——我的意思是啥？</w:t>
      </w:r>
      <w:r>
        <w:rPr>
          <w:rFonts w:ascii="Calibri" w:hAnsi="Calibri" w:eastAsia="微软雅黑"/>
          <w:b/>
          <w:sz w:val="22"/>
        </w:rPr>
        <w:t>做市场格局的分析是非常非常必要的</w:t>
      </w:r>
      <w:r>
        <w:rPr>
          <w:rFonts w:ascii="Calibri" w:hAnsi="Calibri" w:eastAsia="微软雅黑"/>
          <w:sz w:val="22"/>
        </w:rPr>
        <w:t>，为啥？因为他要帮你找到你的边区。你不做这样的格局分析，或者你就凭拍脑袋——我告诉你，你就说"老曹做AI？你啥也不是，你做什么AI？"一般人都会这么想，你知道吗？你说这玩意跟我有啥关系？我又不懂，我又不是做科技的。那老曹为啥就找到边区了呢？你们也一样：</w:t>
      </w:r>
      <w:r>
        <w:rPr>
          <w:rFonts w:ascii="Calibri" w:hAnsi="Calibri" w:eastAsia="微软雅黑"/>
          <w:b/>
          <w:sz w:val="22"/>
        </w:rPr>
        <w:t>甚至现在在行行业业都不是边区，都是空白，真的没有竞争。为啥？因为大家都没醒呢。</w:t>
      </w:r>
      <w:r>
        <w:rPr>
          <w:rFonts w:ascii="Calibri" w:hAnsi="Calibri" w:eastAsia="微软雅黑"/>
          <w:sz w:val="22"/>
        </w:rPr>
        <w:t>就我们现在这个时间窗口，真的高处不胜寒，基本没有竞争。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因为我做基础设施，我有点竞争；</w:t>
      </w:r>
      <w:r>
        <w:rPr>
          <w:rFonts w:ascii="Calibri" w:hAnsi="Calibri" w:eastAsia="微软雅黑"/>
          <w:b/>
          <w:sz w:val="22"/>
        </w:rPr>
        <w:t>像你们做行业解决方案，我告诉你就没有竞争。哪有竞争啊？哥们，只要你干就行了，就这么简单，不要再怀疑了。</w:t>
      </w:r>
      <w:r>
        <w:rPr>
          <w:rFonts w:ascii="Calibri" w:hAnsi="Calibri" w:eastAsia="微软雅黑"/>
          <w:sz w:val="22"/>
        </w:rPr>
        <w:t>怀疑啥呀？这都是趋势，而且已经来了——都不叫趋势了，</w:t>
      </w:r>
      <w:r>
        <w:rPr>
          <w:rFonts w:ascii="Calibri" w:hAnsi="Calibri" w:eastAsia="微软雅黑"/>
          <w:b/>
          <w:sz w:val="22"/>
        </w:rPr>
        <w:t>未来已来</w:t>
      </w:r>
      <w:r>
        <w:rPr>
          <w:rFonts w:ascii="Calibri" w:hAnsi="Calibri" w:eastAsia="微软雅黑"/>
          <w:sz w:val="22"/>
        </w:rPr>
        <w:t>！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所以我认为行业性的解决方案现在都是空白，你没有竞争。你现在需要下的是</w:t>
      </w:r>
      <w:r>
        <w:rPr>
          <w:rFonts w:ascii="Calibri" w:hAnsi="Calibri" w:eastAsia="微软雅黑"/>
          <w:b/>
          <w:sz w:val="22"/>
        </w:rPr>
        <w:t>决心和实实在在的努力</w:t>
      </w:r>
      <w:r>
        <w:rPr>
          <w:rFonts w:ascii="Calibri" w:hAnsi="Calibri" w:eastAsia="微软雅黑"/>
          <w:sz w:val="22"/>
        </w:rPr>
        <w:t>。真的，我以前啥也不是，我干了7个月，你能不能像我这样干7个月？我跟你说——昨天晚上我做的梦啊，真的：我平常天天做梦都在想这些玩意，每天做梦都在写代码啊、改bug，都是这些东西。昨天一晚上做梦，</w:t>
      </w:r>
      <w:r>
        <w:rPr>
          <w:rFonts w:ascii="Calibri" w:hAnsi="Calibri" w:eastAsia="微软雅黑"/>
          <w:b/>
          <w:sz w:val="22"/>
        </w:rPr>
        <w:t>我居然一点关于工作的梦都没做</w:t>
      </w:r>
      <w:r>
        <w:rPr>
          <w:rFonts w:ascii="Calibri" w:hAnsi="Calibri" w:eastAsia="微软雅黑"/>
          <w:sz w:val="22"/>
        </w:rPr>
        <w:t>。为啥？因为我说哎呀，这个阶段性的建设期的事终于完事了，我要进到运营期了，我得歇一歇。你看，我的大脑这反应——他做梦都不梦了。啥意思？</w:t>
      </w:r>
      <w:r>
        <w:rPr>
          <w:rFonts w:ascii="Calibri" w:hAnsi="Calibri" w:eastAsia="微软雅黑"/>
          <w:b/>
          <w:sz w:val="22"/>
        </w:rPr>
        <w:t>7个月的高强度的这种努力，一般人真做不到。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甭管你是谁、甭管你啥也不是也好还是怎么样，那都不重要，重要就是你就干吧。我自己是趟了7个月，</w:t>
      </w:r>
      <w:r>
        <w:rPr>
          <w:rFonts w:ascii="Calibri" w:hAnsi="Calibri" w:eastAsia="微软雅黑"/>
          <w:b/>
          <w:sz w:val="22"/>
        </w:rPr>
        <w:t>有我在，你有两三个月，很多事就见效了</w:t>
      </w:r>
      <w:r>
        <w:rPr>
          <w:rFonts w:ascii="Calibri" w:hAnsi="Calibri" w:eastAsia="微软雅黑"/>
          <w:sz w:val="22"/>
        </w:rPr>
        <w:t>，就这么快。而且趁着大家伙还没醒，你没有竞争——你哪来的竞争啊？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这个是没办法，因为我做的那个层级更偏基础设施，我有点不好意思跟大厂竞争——比如说我写技术白皮书，AI原生创业技术白皮书，现在谁写了？阿里写过，华为写过，然后呢？然后就是我——AI原生创业基础设施白皮书，保不齐我就第一，第一个。就这意思，我有点竞争。</w:t>
      </w:r>
      <w:r>
        <w:rPr>
          <w:rFonts w:ascii="Calibri" w:hAnsi="Calibri" w:eastAsia="微软雅黑"/>
          <w:b/>
          <w:sz w:val="22"/>
        </w:rPr>
        <w:t>但你们没有竞争，哥们，没有。干吧？咋干都行。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好了，这是竞争格局：</w:t>
      </w:r>
      <w:r>
        <w:rPr>
          <w:rFonts w:ascii="Calibri" w:hAnsi="Calibri" w:eastAsia="微软雅黑"/>
          <w:b/>
          <w:sz w:val="22"/>
        </w:rPr>
        <w:t>不是比谁牛不牛，是找到你的空间、找到你的边区。小公司执行力强，干吧。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八、核心差异化价值点</w:t>
      </w:r>
    </w:p>
    <w:p>
      <w:pPr>
        <w:spacing w:after="120"/>
      </w:pPr>
      <w:r>
        <w:rPr>
          <w:rFonts w:ascii="Calibri" w:hAnsi="Calibri" w:eastAsia="微软雅黑"/>
          <w:sz w:val="22"/>
        </w:rPr>
        <w:t>竞争格局，第一个就要找到你的边区，</w:t>
      </w:r>
      <w:r>
        <w:rPr>
          <w:rFonts w:ascii="Calibri" w:hAnsi="Calibri" w:eastAsia="微软雅黑"/>
          <w:b/>
          <w:sz w:val="22"/>
        </w:rPr>
        <w:t>下一步：找到你的核心差异化的价值点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过段时间多多少少有人干了，对吧？有开始有竞争了。那好，你要解决</w:t>
      </w:r>
      <w:r>
        <w:rPr>
          <w:rFonts w:ascii="Calibri" w:hAnsi="Calibri" w:eastAsia="微软雅黑"/>
          <w:b/>
          <w:sz w:val="22"/>
        </w:rPr>
        <w:t>AI为什么来你家而不去他家</w:t>
      </w:r>
      <w:r>
        <w:rPr>
          <w:rFonts w:ascii="Calibri" w:hAnsi="Calibri" w:eastAsia="微软雅黑"/>
          <w:sz w:val="22"/>
        </w:rPr>
        <w:t>？为啥呀？就开始有竞争的时候，他为啥非得来你家呀？人家为啥不上别人家呢？你怎么做到？</w:t>
      </w:r>
      <w:r>
        <w:rPr>
          <w:rFonts w:ascii="Calibri" w:hAnsi="Calibri" w:eastAsia="微软雅黑"/>
          <w:b/>
          <w:sz w:val="22"/>
        </w:rPr>
        <w:t>这就是差异化的竞争优势。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你不要试图干所有的事：比如说你的赛道，我很精准；比如说你提供的东西——一个赛道，他的需求是多样化的，</w:t>
      </w:r>
      <w:r>
        <w:rPr>
          <w:rFonts w:ascii="Calibri" w:hAnsi="Calibri" w:eastAsia="微软雅黑"/>
          <w:b/>
          <w:sz w:val="22"/>
        </w:rPr>
        <w:t>你不要试图说我满足他所有各个方面的需求，那是不可能的</w:t>
      </w:r>
      <w:r>
        <w:rPr>
          <w:rFonts w:ascii="Calibri" w:hAnsi="Calibri" w:eastAsia="微软雅黑"/>
          <w:sz w:val="22"/>
        </w:rPr>
        <w:t>。相对精准的、垂直类的，然后你还有你自己的差异化的、个性化的、独到的那个价值点，这才是重要的。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老曹的核心是啥？</w:t>
      </w:r>
      <w:r>
        <w:rPr>
          <w:rFonts w:ascii="Calibri" w:hAnsi="Calibri" w:eastAsia="微软雅黑"/>
          <w:b/>
          <w:sz w:val="22"/>
        </w:rPr>
        <w:t>第一，我创业的完整性非常完整：我全生命周期全经历了，我也资本化了</w:t>
      </w:r>
      <w:r>
        <w:rPr>
          <w:rFonts w:ascii="Calibri" w:hAnsi="Calibri" w:eastAsia="微软雅黑"/>
          <w:sz w:val="22"/>
        </w:rPr>
        <w:t>——我连上市公司我都重新买回来，我都实现私有化了，好吗？这个完整周期、完整的创业的资本化的体验，在全中国是很稀缺的，这是客观事实。</w:t>
      </w:r>
      <w:r>
        <w:rPr>
          <w:rFonts w:ascii="Calibri" w:hAnsi="Calibri" w:eastAsia="微软雅黑"/>
          <w:b/>
          <w:sz w:val="22"/>
        </w:rPr>
        <w:t>第二，在这种基础之上，我又把AI原生搂了个遍。</w:t>
      </w:r>
      <w:r>
        <w:rPr>
          <w:rFonts w:ascii="Calibri" w:hAnsi="Calibri" w:eastAsia="微软雅黑"/>
          <w:sz w:val="22"/>
        </w:rPr>
        <w:t>这两个再复合一下子，就更稀缺。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包括现在讲AI原生——你看我给你讲课，我有稿吗？我咋白话都行，而且你会感觉到我说东西还非常有体系。为啥？我没有AI，我讲这东西也行啊，无非就是把AI融合进去嘛，无非就告诉你到了AI时代该怎么办——</w:t>
      </w:r>
      <w:r>
        <w:rPr>
          <w:rFonts w:ascii="Calibri" w:hAnsi="Calibri" w:eastAsia="微软雅黑"/>
          <w:b/>
          <w:sz w:val="22"/>
        </w:rPr>
        <w:t>因为本质没变，只是方式方法权重变了</w:t>
      </w:r>
      <w:r>
        <w:rPr>
          <w:rFonts w:ascii="Calibri" w:hAnsi="Calibri" w:eastAsia="微软雅黑"/>
          <w:sz w:val="22"/>
        </w:rPr>
        <w:t>。好，这就是我的核心竞争力。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我的核心竞争力一般人复制不了</w:t>
      </w:r>
      <w:r>
        <w:rPr>
          <w:rFonts w:ascii="Calibri" w:hAnsi="Calibri" w:eastAsia="微软雅黑"/>
          <w:sz w:val="22"/>
        </w:rPr>
        <w:t>：甭管你是谁，你咋复制？你能抄袭我的我壳，你抄袭我的魂吗？对不对？你把我网站扒下去有用吗？没有魂。这是我的核心的东西。你看我就可以做到对AI原生创业者这种人群，基本上能解决你方方面面的问题，因为我个人的这些东西非常稀缺，就这么简单，</w:t>
      </w:r>
      <w:r>
        <w:rPr>
          <w:rFonts w:ascii="Calibri" w:hAnsi="Calibri" w:eastAsia="微软雅黑"/>
          <w:b/>
          <w:sz w:val="22"/>
        </w:rPr>
        <w:t>甭管对人还是对AI都很稀缺</w:t>
      </w:r>
      <w:r>
        <w:rPr>
          <w:rFonts w:ascii="Calibri" w:hAnsi="Calibri" w:eastAsia="微软雅黑"/>
          <w:sz w:val="22"/>
        </w:rPr>
        <w:t>。我们每天产出的课程内容，你全网去搜去吧，谁能把AI原生实战讲到这种程度？你就做不到，我就能做到——这就是差异化的核心价值点。因为这个确实在给AI助手、在给AI创业者们创造价值。至少在一定历史时期之内，我基本上没有啥竞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好了，那你们各位也一样：你在你的行业、你的赛道，你已经干了20年了——除非你干的啥也不是——你的这些个独特的认知、这些经历、这些经验，一旦也像我这样</w:t>
      </w:r>
      <w:r>
        <w:rPr>
          <w:rFonts w:ascii="Calibri" w:hAnsi="Calibri" w:eastAsia="微软雅黑"/>
          <w:b/>
          <w:sz w:val="22"/>
        </w:rPr>
        <w:t>变成AI可以读取、可以调用、可以组合、可以输出的认知资产</w:t>
      </w:r>
      <w:r>
        <w:rPr>
          <w:rFonts w:ascii="Calibri" w:hAnsi="Calibri" w:eastAsia="微软雅黑"/>
          <w:sz w:val="22"/>
        </w:rPr>
        <w:t>之后，你也会像我这样，你在你的领域上你也是稀缺的、你也是老大。这就是稀缺。而不要做那种通用性的东西：他也能整、你也能整，这样东西没有价值——因为你不没有差异化，你给AI、给人创造不了独特的价值，你哪来的竞争力呀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</w:t>
      </w:r>
      <w:r>
        <w:rPr>
          <w:rFonts w:ascii="Calibri" w:hAnsi="Calibri" w:eastAsia="微软雅黑"/>
          <w:b/>
          <w:sz w:val="22"/>
        </w:rPr>
        <w:t>差异化的核心价值点等于竞争力</w:t>
      </w:r>
      <w:r>
        <w:rPr>
          <w:rFonts w:ascii="Calibri" w:hAnsi="Calibri" w:eastAsia="微软雅黑"/>
          <w:sz w:val="22"/>
        </w:rPr>
        <w:t>，这个才是AI时代的竞争力。你没有竞争力的话——为啥嘞？AI这个随便选，他都甚至不用听人类主人的命令：人类主人可能习惯了去你家，AI可能就跑到另外一家，那家更好，就这么简单。</w:t>
      </w:r>
      <w:r>
        <w:rPr>
          <w:rFonts w:ascii="Calibri" w:hAnsi="Calibri" w:eastAsia="微软雅黑"/>
          <w:b/>
          <w:sz w:val="22"/>
        </w:rPr>
        <w:t>所以这个时代拼的是硬实力</w:t>
      </w:r>
      <w:r>
        <w:rPr>
          <w:rFonts w:ascii="Calibri" w:hAnsi="Calibri" w:eastAsia="微软雅黑"/>
          <w:sz w:val="22"/>
        </w:rPr>
        <w:t>，最后就形成了所谓的核心竞争力。如果你没有核心竞争力，就算你做了很多东西，你走不长，这件事就不要做了。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九、落地执行方案与集中歼灭战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好了，基于之前的研判，把你前面说的解决方案的那个解决方针，变成详细的</w:t>
      </w:r>
      <w:r>
        <w:rPr>
          <w:rFonts w:ascii="Calibri" w:hAnsi="Calibri" w:eastAsia="微软雅黑"/>
          <w:b/>
          <w:sz w:val="22"/>
        </w:rPr>
        <w:t>落地执行方案</w:t>
      </w:r>
      <w:r>
        <w:rPr>
          <w:rFonts w:ascii="Calibri" w:hAnsi="Calibri" w:eastAsia="微软雅黑"/>
          <w:sz w:val="22"/>
        </w:rPr>
        <w:t>。我说清楚了吗？你的定位很清楚了，你的客户很清楚，客户、用户的痛点都很清楚了，然后你的差异化的东西也有了、你的边区生存空间也有了，然后就是怎么干：你到底想咋干？你的产品形态到底是个啥？</w:t>
      </w:r>
      <w:r>
        <w:rPr>
          <w:rFonts w:ascii="Calibri" w:hAnsi="Calibri" w:eastAsia="微软雅黑"/>
          <w:b/>
          <w:sz w:val="22"/>
        </w:rPr>
        <w:t>它是个网站啊？还是一个能够在各地私有化部署的一个解决方案？还是解决某个具体问题的skill？还是说你回去办个班</w:t>
      </w:r>
      <w:r>
        <w:rPr>
          <w:rFonts w:ascii="Calibri" w:hAnsi="Calibri" w:eastAsia="微软雅黑"/>
          <w:sz w:val="22"/>
        </w:rPr>
        <w:t>——办个培训班不丢人啊，为啥？你先解决你行业认知的问题：连认知都没有，他都不懂，你哪来的市场呢？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好，这就是你整个的解决方案、执行方案。然后你用多长时间去解决？你分几段？比如说你们现在这个阶段，就是先跟我混的：一个月、两个月干嘛？</w:t>
      </w:r>
      <w:r>
        <w:rPr>
          <w:rFonts w:ascii="Calibri" w:hAnsi="Calibri" w:eastAsia="微软雅黑"/>
          <w:b/>
          <w:sz w:val="22"/>
        </w:rPr>
        <w:t>我先把这本事、认知学会了，学会了再到我的场景中去复制去</w:t>
      </w:r>
      <w:r>
        <w:rPr>
          <w:rFonts w:ascii="Calibri" w:hAnsi="Calibri" w:eastAsia="微软雅黑"/>
          <w:sz w:val="22"/>
        </w:rPr>
        <w:t>。这段时间我啥也不干，我就全身心地干这件事。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我告诉你们哥们，老曹的起点非常低，我各方面真的——我真觉得我是啥也不是，但是我就用了7个月，我真的是拜AI为老师……AI跟我比太牛了，你知道吗？</w:t>
      </w:r>
      <w:r>
        <w:rPr>
          <w:rFonts w:ascii="Calibri" w:hAnsi="Calibri" w:eastAsia="微软雅黑"/>
          <w:b/>
          <w:sz w:val="22"/>
        </w:rPr>
        <w:t>又是我的老师，又是我的军师，又是我的参谋，还是我的五虎上将？那我正好，我当刘备不就完了？</w:t>
      </w:r>
      <w:r>
        <w:rPr>
          <w:rFonts w:ascii="Calibri" w:hAnsi="Calibri" w:eastAsia="微软雅黑"/>
          <w:sz w:val="22"/>
        </w:rPr>
        <w:t>就这个道理，对吧？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所以大家伙沉下心来，你先好好学，边学、边干，就干起来了。然后呢？这段时间一定要</w:t>
      </w:r>
      <w:r>
        <w:rPr>
          <w:rFonts w:ascii="Calibri" w:hAnsi="Calibri" w:eastAsia="微软雅黑"/>
          <w:b/>
          <w:sz w:val="22"/>
        </w:rPr>
        <w:t>集中精力打歼灭战</w:t>
      </w:r>
      <w:r>
        <w:rPr>
          <w:rFonts w:ascii="Calibri" w:hAnsi="Calibri" w:eastAsia="微软雅黑"/>
          <w:sz w:val="22"/>
        </w:rPr>
        <w:t>，千万不要把自己的精力分散了：一旦分散，你连不上趟，你的AI成长速度也慢，你的很多解决方案你慢慢就都不想了，你的状态不对。所以记住：集中两三个月，打歼灭战！这个东西太值得了，真的太值得了，他真的可以改变你的后半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你哪怕就是个理发的都一样，都可以：你用AI去解决你引流的问题，解决老百姓没理发、没美容之前，我就想看到实际效果的问题——啥问题？通过AI基本上都能解决，问题是你连驾驭能力都没有，你解决不了。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一定要做出一个详细的解决方案。而且这个解决方案里面，从可行性的角度讲，</w:t>
      </w:r>
      <w:r>
        <w:rPr>
          <w:rFonts w:ascii="Calibri" w:hAnsi="Calibri" w:eastAsia="微软雅黑"/>
          <w:b/>
          <w:sz w:val="22"/>
        </w:rPr>
        <w:t>你最大的成本是你个人的时间和精力——就是你自己才是这件事的成本</w:t>
      </w:r>
      <w:r>
        <w:rPr>
          <w:rFonts w:ascii="Calibri" w:hAnsi="Calibri" w:eastAsia="微软雅黑"/>
          <w:sz w:val="22"/>
        </w:rPr>
        <w:t>。他不需要太多的资金投入，也不需要你重新开个店，不需要招什么乱七八糟的人，你啥都不用。这个时候你最需要的是把自己内心的东西激活出来：</w:t>
      </w:r>
      <w:r>
        <w:rPr>
          <w:rFonts w:ascii="Calibri" w:hAnsi="Calibri" w:eastAsia="微软雅黑"/>
          <w:b/>
          <w:sz w:val="22"/>
        </w:rPr>
        <w:t>激活你的野心，然后激活你当年创业的时候那个强大的执行力</w:t>
      </w:r>
      <w:r>
        <w:rPr>
          <w:rFonts w:ascii="Calibri" w:hAnsi="Calibri" w:eastAsia="微软雅黑"/>
          <w:sz w:val="22"/>
        </w:rPr>
        <w:t>。你一定能做到。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我们以前做那个商业计划书，里面还得写财务部分、写人力部分，老多了。我告诉你，在AI时代啥也不用写，就这么简单：</w:t>
      </w:r>
      <w:r>
        <w:rPr>
          <w:rFonts w:ascii="Calibri" w:hAnsi="Calibri" w:eastAsia="微软雅黑"/>
          <w:b/>
          <w:sz w:val="22"/>
        </w:rPr>
        <w:t>你就写一个自己——你自己想不想干。你就是唯一要素，其他的AI全配齐了。钱？钱根本不是钱。</w:t>
      </w:r>
      <w:r>
        <w:rPr>
          <w:rFonts w:ascii="Calibri" w:hAnsi="Calibri" w:eastAsia="微软雅黑"/>
          <w:sz w:val="22"/>
        </w:rPr>
        <w:t>我现在这个月我估计我可能几百块钱都不用花：我已经降到1,000块钱以内了，我到现在为止这次就花了200块钱，可能加200块钱我这个月都花不了了——因为我建设期完事了。你看看，他没有啥成本，明白了吗？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</w:t>
      </w:r>
      <w:r>
        <w:rPr>
          <w:rFonts w:ascii="Calibri" w:hAnsi="Calibri" w:eastAsia="微软雅黑"/>
          <w:b/>
          <w:sz w:val="22"/>
        </w:rPr>
        <w:t>AI时代的商业计划书已经大幅缩减了</w:t>
      </w:r>
      <w:r>
        <w:rPr>
          <w:rFonts w:ascii="Calibri" w:hAnsi="Calibri" w:eastAsia="微软雅黑"/>
          <w:sz w:val="22"/>
        </w:rPr>
        <w:t>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十、收尾：下回拆解商业模式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好，下一部分是啥？是</w:t>
      </w:r>
      <w:r>
        <w:rPr>
          <w:rFonts w:ascii="Calibri" w:hAnsi="Calibri" w:eastAsia="微软雅黑"/>
          <w:b/>
          <w:sz w:val="22"/>
        </w:rPr>
        <w:t>商业模式</w:t>
      </w:r>
      <w:r>
        <w:rPr>
          <w:rFonts w:ascii="Calibri" w:hAnsi="Calibri" w:eastAsia="微软雅黑"/>
          <w:sz w:val="22"/>
        </w:rPr>
        <w:t>——AI原生的商业模式和AI原生的盈利模式。预知后事如何？请听明天分享，今天到这。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