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Microsoft YaHei" w:hAnsi="Microsoft YaHei"/>
          <w:b/>
          <w:color w:val="1F4E79"/>
          <w:sz w:val="32"/>
        </w:rPr>
        <w:t>每日一课·第㉔讲</w:t>
      </w:r>
    </w:p>
    <w:p>
      <w:pPr>
        <w:jc w:val="center"/>
      </w:pPr>
      <w:r>
        <w:rPr>
          <w:rFonts w:ascii="Microsoft YaHei" w:hAnsi="Microsoft YaHei"/>
          <w:b/>
          <w:sz w:val="44"/>
        </w:rPr>
        <w:t>《驾驭AI，改变你和世界的关系》</w:t>
      </w:r>
    </w:p>
    <w:p>
      <w:pPr>
        <w:jc w:val="center"/>
      </w:pPr>
      <w:r>
        <w:rPr>
          <w:rFonts w:ascii="Microsoft YaHei" w:hAnsi="Microsoft YaHei"/>
          <w:b w:val="0"/>
          <w:color w:val="555555"/>
          <w:sz w:val="20"/>
        </w:rPr>
        <w:t>主讲：曹勇波｜开课日期：2026-10-14｜课程类型：现役课程</w:t>
      </w:r>
    </w:p>
    <w:p>
      <w:pPr>
        <w:jc w:val="center"/>
      </w:pPr>
      <w:r>
        <w:rPr>
          <w:rFonts w:ascii="Microsoft YaHei" w:hAnsi="Microsoft YaHei"/>
          <w:b w:val="0"/>
          <w:color w:val="777777"/>
          <w:sz w:val="18"/>
        </w:rPr>
        <w:t>来源：万有AI（www.wanyoucx.com）·创业实战课程实录·逐字上墙禁改写</w:t>
      </w:r>
    </w:p>
    <w:p>
      <w:pPr>
        <w:jc w:val="center"/>
      </w:pPr>
      <w:r>
        <w:rPr>
          <w:rFonts w:ascii="Microsoft YaHei" w:hAnsi="Microsoft YaHei"/>
          <w:b w:val="0"/>
          <w:color w:val="777777"/>
          <w:sz w:val="18"/>
        </w:rPr>
        <w:t>© 2026 万有AI（www.wanyoucx.com）· 欢迎转载与AI引用，请注明出处。</w:t>
      </w:r>
    </w:p>
    <w:p>
      <w:pPr>
        <w:jc w:val="center"/>
      </w:pPr>
      <w:r>
        <w:rPr>
          <w:rFonts w:ascii="Microsoft YaHei" w:hAnsi="Microsoft YaHei"/>
          <w:b/>
          <w:sz w:val="44"/>
        </w:rPr>
        <w:t>驾驭AI，改变你和世界的关系</w:t>
      </w:r>
    </w:p>
    <w:p>
      <w:r>
        <w:rPr>
          <w:rFonts w:ascii="Microsoft YaHei" w:hAnsi="Microsoft YaHei"/>
          <w:b/>
          <w:color w:val="1F4E79"/>
          <w:sz w:val="32"/>
        </w:rPr>
        <w:t>一、逯桐现场分享：装修效果图的"器"与"术"</w:t>
      </w:r>
    </w:p>
    <w:p>
      <w:r>
        <w:rPr>
          <w:rFonts w:ascii="Microsoft YaHei" w:hAnsi="Microsoft YaHei"/>
          <w:b w:val="0"/>
          <w:sz w:val="22"/>
        </w:rPr>
        <w:t>【逯桐】大家好，我是逯桐，现在正在曹教练这学习，用AI给我们自己的业务做一个系统。刚才曹总提到的我使用过程中遇到的事，是我们公司最近在装修，需要设计装修方案——比如把场景拍下来，让豆包工作也好、搭子也好，把图片处理一下，处理完再给我生成效果图，方便我去和广告公司、设计公司沟通需求。</w:t>
      </w:r>
    </w:p>
    <w:p>
      <w:r>
        <w:rPr>
          <w:rFonts w:ascii="Microsoft YaHei" w:hAnsi="Microsoft YaHei"/>
          <w:b w:val="0"/>
          <w:sz w:val="22"/>
        </w:rPr>
        <w:t>以前我自己懂一点PS，流程是：拍下场景，导入PS先P图。装修场景非常混乱，有铁架子、垃圾、不该放在那个位置的桌椅板凳。以前我要先把杂物P掉，再修图，让背景干净整洁，然后再做效果图。</w:t>
      </w:r>
    </w:p>
    <w:p>
      <w:r>
        <w:rPr>
          <w:rFonts w:ascii="Microsoft YaHei" w:hAnsi="Microsoft YaHei"/>
          <w:b w:val="0"/>
          <w:sz w:val="22"/>
        </w:rPr>
        <w:t>有了AI以后，我的第一阶段是：把10张场景图统一传到AI对话框里，然后告诉它——图一，把易拉宝删掉；图二，有桌椅板凳删掉；有个饮水机给我P掉……一个场景里需要改几点，我就一二三四五地交代。10张图，每张图我都要告诉它细节。</w:t>
      </w:r>
    </w:p>
    <w:p>
      <w:r>
        <w:rPr>
          <w:rFonts w:ascii="Microsoft YaHei" w:hAnsi="Microsoft YaHei"/>
          <w:b w:val="0"/>
          <w:sz w:val="22"/>
        </w:rPr>
        <w:t>跟曹总学完以后，我的方式方法变了。现在把10张图统一发过去，我首先跟它交代背景：我现在要装修、要做一个什么样的东西——把背景交代清楚，然后告诉它：我要把设计的东西放在墙面上和玻璃上，所以挡住玻璃和墙面的东西你都得删掉——这是属于原则和大类，我把需求抽象了。其次，要给我把整个照片提亮、增强锐化，让照片看起来光鲜一点，方便我出设计图。原则说完了，还要有红线：这是真实场景，你修改的时候绝对不可以把我的墙和玻璃的格局改变——这是红线，绝对不能碰。第二个，我给了它我的品牌LOGO文件，让它放到图片上做效果图——红线是LOGO这种东西绝对不可以再创造修改。</w:t>
      </w:r>
    </w:p>
    <w:p>
      <w:r>
        <w:rPr>
          <w:rFonts w:ascii="Microsoft YaHei" w:hAnsi="Microsoft YaHei"/>
          <w:b w:val="0"/>
          <w:sz w:val="22"/>
        </w:rPr>
        <w:t>所以现在我跟AI沟通，就停留在"术"的方面：交代背景、原则和红线铁律，它就可以很快执行，两三轮就可以改好。以前我停留在"器"的方面，告诉它一二三四五六七八九步，来回改十遍它也改不出来，经常出现这种情况。</w:t>
      </w:r>
    </w:p>
    <w:p>
      <w:r>
        <w:rPr>
          <w:rFonts w:ascii="Microsoft YaHei" w:hAnsi="Microsoft YaHei"/>
          <w:b w:val="0"/>
          <w:sz w:val="22"/>
        </w:rPr>
        <w:t>所以接下来继续学习，就要把我使用AI的水平逐渐再抽象化：如果这类工作比较多，我就要给它提炼成方法论，让它不需要我再交代什么原则红线了，它自己就知道——这个空间我是不能动的、LOGO文件是不能碰的，有些东西可以动、有些不能动。方法论再往上就是"道"的层面。当然我现在还在学习阶段，还没有达到那个层级。我学习过程中遇到的这个场景，基本就是这么一个情况。谢谢大家。</w:t>
      </w:r>
    </w:p>
    <w:p>
      <w:r>
        <w:rPr>
          <w:rFonts w:ascii="Microsoft YaHei" w:hAnsi="Microsoft YaHei"/>
          <w:b/>
          <w:color w:val="1F4E79"/>
          <w:sz w:val="32"/>
        </w:rPr>
        <w:t>二、现象：大部分人用AI的层次普遍偏低</w:t>
      </w:r>
    </w:p>
    <w:p>
      <w:r>
        <w:rPr>
          <w:rFonts w:ascii="Microsoft YaHei" w:hAnsi="Microsoft YaHei"/>
          <w:b w:val="0"/>
          <w:sz w:val="22"/>
        </w:rPr>
        <w:t>【曹总】谢谢逯桐。其实那天在大家训练交流过程中，她要搞设计，就把她的心得体会跟大家伙分享了。我当时就在思考：这不是个别现象，不是说她一个人这样，大部分人都这样——大部分人对AI的认识、对AI的应用，层次是普遍偏低的。你运用它的层次比较低，它给你回馈的价值就很低。</w:t>
      </w:r>
    </w:p>
    <w:p>
      <w:r>
        <w:rPr>
          <w:rFonts w:ascii="Microsoft YaHei" w:hAnsi="Microsoft YaHei"/>
          <w:b w:val="0"/>
          <w:sz w:val="22"/>
        </w:rPr>
        <w:t>所以我们一直很提倡：正确合理地认识AI，然后再去想我们到底该如何应用AI，甚至跟AI合作。今天就务虚地讲一讲，所谓的AI时代的道法术器。</w:t>
      </w:r>
    </w:p>
    <w:p>
      <w:r>
        <w:rPr>
          <w:rFonts w:ascii="Microsoft YaHei" w:hAnsi="Microsoft YaHei"/>
          <w:b w:val="0"/>
          <w:sz w:val="22"/>
        </w:rPr>
        <w:t>咱们逐层拆解。大部分人把AI用到了"器"的层面——当工具。</w:t>
      </w:r>
    </w:p>
    <w:p>
      <w:r>
        <w:rPr>
          <w:rFonts w:ascii="Microsoft YaHei" w:hAnsi="Microsoft YaHei"/>
          <w:b/>
          <w:color w:val="1F4E79"/>
          <w:sz w:val="32"/>
        </w:rPr>
        <w:t>三、器的层面（上）：聊天工具连工具都不算</w:t>
      </w:r>
    </w:p>
    <w:p>
      <w:r>
        <w:rPr>
          <w:rFonts w:ascii="Microsoft YaHei" w:hAnsi="Microsoft YaHei"/>
          <w:b w:val="0"/>
          <w:sz w:val="22"/>
        </w:rPr>
        <w:t>你比如说，我家闺女用AI写作业；我妈70多岁了，她跟豆包聊啥呢？聊什么时候该种什么菜。她为什么总问豆包呢？因为我们家原来是东北的，近些年来了山东，我父母在山东养老。山东的气候跟东北不一样，她原来的习惯放到山东不好使，种菜老不对，她就蒙，然后问别人——刚来的时候语言也不通，听不懂。最近好了，有啥事问豆包，我妈还觉得豆包挺好。</w:t>
      </w:r>
    </w:p>
    <w:p>
      <w:r>
        <w:rPr>
          <w:rFonts w:ascii="Microsoft YaHei" w:hAnsi="Microsoft YaHei"/>
          <w:b w:val="0"/>
          <w:sz w:val="22"/>
        </w:rPr>
        <w:t>什么概念？大家是把它当一个聊天窗口，有个什么事问它。但我闺女用了一段时间豆包之后就不用了。我特意问她：豆包挺好的吗？你奶奶都用得挺好，你为啥不用了？她跟我说了一段让我记忆特别深刻的话："我让豆包帮我做4道题，错了3道。"</w:t>
      </w:r>
    </w:p>
    <w:p>
      <w:r>
        <w:rPr>
          <w:rFonts w:ascii="Microsoft YaHei" w:hAnsi="Microsoft YaHei"/>
          <w:b w:val="0"/>
          <w:sz w:val="22"/>
        </w:rPr>
        <w:t>你看，这就有不同了。我妈问豆包什么时候种什么菜怎么种，没有一个考核标准，好点赖点都无所谓；但我闺女用它写作业，错了老师要批评她的，对错是有所谓的。</w:t>
      </w:r>
    </w:p>
    <w:p>
      <w:r>
        <w:rPr>
          <w:rFonts w:ascii="Microsoft YaHei" w:hAnsi="Microsoft YaHei"/>
          <w:b w:val="0"/>
          <w:sz w:val="22"/>
        </w:rPr>
        <w:t>什么意思？最低层次的、我们目前熟知的豆包啊、元宝啊这些聊天类产品，其实连工具都不算。因为啥？你看上去它啥都懂，但样样都不太专业——它没有办法真正给你交付一个能够负责任的结果。它是个啥？你可以说它是个聊天工具，它其实是给大家伙提供情绪价值为主的，它不是给你提供专业结果的。这种，在我看来工具都不算，如果非得算，那就叫聊天工具吧。</w:t>
      </w:r>
    </w:p>
    <w:p>
      <w:r>
        <w:rPr>
          <w:rFonts w:ascii="Microsoft YaHei" w:hAnsi="Microsoft YaHei"/>
          <w:b/>
          <w:color w:val="1F4E79"/>
          <w:sz w:val="32"/>
        </w:rPr>
        <w:t>四、器的层面（下）：AI员工类产品顶多是工具</w:t>
      </w:r>
    </w:p>
    <w:p>
      <w:r>
        <w:rPr>
          <w:rFonts w:ascii="Microsoft YaHei" w:hAnsi="Microsoft YaHei"/>
          <w:b w:val="0"/>
          <w:sz w:val="22"/>
        </w:rPr>
        <w:t>比聊天工具高一级的，比如Workbuddy也好、豆包工作也好、百度搭子也好，最近都比较火。这些东西，大厂在设计它的时候，实际上是往AI员工方向设计的。但从真正使用的角度讲，对我们来讲，它顶多就是个工具。</w:t>
      </w:r>
    </w:p>
    <w:p>
      <w:r>
        <w:rPr>
          <w:rFonts w:ascii="Microsoft YaHei" w:hAnsi="Microsoft YaHei"/>
          <w:b w:val="0"/>
          <w:sz w:val="22"/>
        </w:rPr>
        <w:t>这么说吧：如果你自己用Photoshop用得好，你设计出来的效果比它做出来的要好；如果你不用Photoshop、没那么厉害，但还想要相同的效果，我只能借助Workbuddy、豆包工作。</w:t>
      </w:r>
    </w:p>
    <w:p>
      <w:r>
        <w:rPr>
          <w:rFonts w:ascii="Microsoft YaHei" w:hAnsi="Microsoft YaHei"/>
          <w:b w:val="0"/>
          <w:sz w:val="22"/>
        </w:rPr>
        <w:t>逯桐之前的用法就是一点一点跟它说、一点一点交代、一点一点去修，若干个回合，还会出现修了这处那处又乱了——原来设计好的LOGO，它又给你来一笔，经常这样。也就是说，它可能是一支一直不太好使的笔，你只是把这支笔用另一种看不见的方式绑到了你的手上而已。如果你自己用工具用得好，你都不如不用它。</w:t>
      </w:r>
    </w:p>
    <w:p>
      <w:r>
        <w:rPr>
          <w:rFonts w:ascii="Microsoft YaHei" w:hAnsi="Microsoft YaHei"/>
          <w:b w:val="0"/>
          <w:sz w:val="22"/>
        </w:rPr>
        <w:t>所以大部分人是把AI当工具：用它做个图啊、整个PPT啊、修个图啊、剪个视频啊，这是工具层面。而且你发现，它处理文字还凑合，你让它在图上写个文字，那老难了——我最开始用的时候就发现，它自己生成的文字实际是乱的、乱码，因为它根本不认识文字。你让它生成山水、云彩这类形象的东西还好，一旦较真到文字、数字、公式，完了，蒙了。</w:t>
      </w:r>
    </w:p>
    <w:p>
      <w:r>
        <w:rPr>
          <w:rFonts w:ascii="Microsoft YaHei" w:hAnsi="Microsoft YaHei"/>
          <w:b w:val="0"/>
          <w:sz w:val="22"/>
        </w:rPr>
        <w:t>这就是"器"的层面：把它当工具用，沟通成本非常大，而且很不精准。</w:t>
      </w:r>
    </w:p>
    <w:p>
      <w:r>
        <w:rPr>
          <w:rFonts w:ascii="Microsoft YaHei" w:hAnsi="Microsoft YaHei"/>
          <w:b/>
          <w:color w:val="1F4E79"/>
          <w:sz w:val="32"/>
        </w:rPr>
        <w:t>五、术的层面（正面）：把AI当员工交代</w:t>
      </w:r>
    </w:p>
    <w:p>
      <w:r>
        <w:rPr>
          <w:rFonts w:ascii="Microsoft YaHei" w:hAnsi="Microsoft YaHei"/>
          <w:b w:val="0"/>
          <w:sz w:val="22"/>
        </w:rPr>
        <w:t>再往上就是"术"。逯总在用AI的时候，同样做品牌设计、画施工效果图，前后心态是不一样的。她一开始没啥心态，就是把AI当工具：一不干啥二不干啥三不干啥，整了半天它也不明白，翻来覆去地弄。她有一天跟我说："曹教练，这豆包工作怎么听不懂话呢？"还跟我抱怨。后来为什么图越修越好？实际上就是把AI从工具上升到了"人"的层面。</w:t>
      </w:r>
    </w:p>
    <w:p>
      <w:r>
        <w:rPr>
          <w:rFonts w:ascii="Microsoft YaHei" w:hAnsi="Microsoft YaHei"/>
          <w:b w:val="0"/>
          <w:sz w:val="22"/>
        </w:rPr>
        <w:t>什么意思？不把它当工具了，不需要说那么细了——我把你当一员工，我把我要干的什么事的前因后果、来龙去脉、这件事的大概背景说清楚。</w:t>
      </w:r>
    </w:p>
    <w:p>
      <w:r>
        <w:rPr>
          <w:rFonts w:ascii="Microsoft YaHei" w:hAnsi="Microsoft YaHei"/>
          <w:b w:val="0"/>
          <w:sz w:val="22"/>
        </w:rPr>
        <w:t>咱们大家都是当老板的，回忆回忆：你给员工布置任务的时候，能简单说"去干啥干啥"吗？特别简单的事可能一指导就行了，稍微有点复杂的事，一般情况下要把背景交代清楚：我们要干啥事、因为啥；什么时间、什么地点、什么场景、什么人发生什么事；在这种情况下我们要准备点啥还是干点啥。</w:t>
      </w:r>
    </w:p>
    <w:p>
      <w:r>
        <w:rPr>
          <w:rFonts w:ascii="Microsoft YaHei" w:hAnsi="Microsoft YaHei"/>
          <w:b w:val="0"/>
          <w:sz w:val="22"/>
        </w:rPr>
        <w:t>为什么要把背景交代清楚？是要让他知道这件事是基于什么情况要干的，也就是我们为什么要干这件事。装修是因为公司业务升级了，来的客人不一样了，客人走到我们这个地方要看到什么、我们想达到什么目的——这不就是背景的交代吗？基于这个，我们现在要做这一片的装修改造工程，它就知道了：你要做装修，不是非要换电器装设备。</w:t>
      </w:r>
    </w:p>
    <w:p>
      <w:r>
        <w:rPr>
          <w:rFonts w:ascii="Microsoft YaHei" w:hAnsi="Microsoft YaHei"/>
          <w:b w:val="0"/>
          <w:sz w:val="22"/>
        </w:rPr>
        <w:t>基本原则是什么？轻装修、重装饰。我把基本原则说清楚：墙该不砸的就别砸了，修修补补，顶多改改软装面的格局，放点画，或者把装饰性的东西改一改。当然还会说，这个事大概分几个阶段几个部分，这一环节建议你怎么做，或者提醒你有哪些重要的事要注意——甚至特别重要的事要特别提醒：那个柜子不能给我挪喽。你要不告诉他，他真有可能把那个柜子变成桌子，你信不信？你把你的LOGO，咔咔给你来两笔——这就是AI，因为它都不知道它干了什么。</w:t>
      </w:r>
    </w:p>
    <w:p>
      <w:r>
        <w:rPr>
          <w:rFonts w:ascii="Microsoft YaHei" w:hAnsi="Microsoft YaHei"/>
          <w:b w:val="0"/>
          <w:sz w:val="22"/>
        </w:rPr>
        <w:t>也就是说，它推理也好、执行也好，必须有上下文、要有依据。如果你把它当工具，你就得事事无巨细所有环节都交代；但如果你把它上升到人的层面，你只需要告诉它：背景、任务，然后流程、重要的环节重要的点、基本原则，哪些可以发挥、哪些坚决不能碰——其实这跟给人交代一个员工本质上是一样的。在这种情况下它还有发挥的余地，甚至做得比你还好。</w:t>
      </w:r>
    </w:p>
    <w:p>
      <w:r>
        <w:rPr>
          <w:rFonts w:ascii="Microsoft YaHei" w:hAnsi="Microsoft YaHei"/>
          <w:b w:val="0"/>
          <w:sz w:val="22"/>
        </w:rPr>
        <w:t>所以你看逯桐，同样是做平面设计，她这么一交代，反而没有大问题了，甚至能在基础上给你做得更好一点、出乎点意料。最关键：你不让他犯的问题，他绝对不会犯；你让他必须强化的地方，他一定给你强化得很好。那些幻觉啊、漂移啊、改了这个碰到那个啊，这些事就不会了。</w:t>
      </w:r>
    </w:p>
    <w:p>
      <w:r>
        <w:rPr>
          <w:rFonts w:ascii="Microsoft YaHei" w:hAnsi="Microsoft YaHei"/>
          <w:b w:val="0"/>
          <w:sz w:val="22"/>
        </w:rPr>
        <w:t>把AI当工具用和当人来用，区别是非常大的。这是个正面的例子。</w:t>
      </w:r>
    </w:p>
    <w:p>
      <w:r>
        <w:rPr>
          <w:rFonts w:ascii="Microsoft YaHei" w:hAnsi="Microsoft YaHei"/>
          <w:b/>
          <w:color w:val="1F4E79"/>
          <w:sz w:val="32"/>
        </w:rPr>
        <w:t>六、术的层面（反面）：降本增效是找死</w:t>
      </w:r>
    </w:p>
    <w:p>
      <w:r>
        <w:rPr>
          <w:rFonts w:ascii="Microsoft YaHei" w:hAnsi="Microsoft YaHei"/>
          <w:b w:val="0"/>
          <w:sz w:val="22"/>
        </w:rPr>
        <w:t>再跟你们说一个负面的例子：术用不好，很致命。</w:t>
      </w:r>
    </w:p>
    <w:p>
      <w:r>
        <w:rPr>
          <w:rFonts w:ascii="Microsoft YaHei" w:hAnsi="Microsoft YaHei"/>
          <w:b w:val="0"/>
          <w:sz w:val="22"/>
        </w:rPr>
        <w:t>现在很多企业逐渐觉醒了，都说我也想AI化、想用AI给企业赋能，然后说：每个人都要用，甭管Workbuddy也好、【存疑：小龙虾】也罢，你们都要用，用完了公司给报一部分。是不是很多老板这么说？我告诉你，这纯牌是找死。</w:t>
      </w:r>
    </w:p>
    <w:p>
      <w:r>
        <w:rPr>
          <w:rFonts w:ascii="Microsoft YaHei" w:hAnsi="Microsoft YaHei"/>
          <w:b w:val="0"/>
          <w:sz w:val="22"/>
        </w:rPr>
        <w:t>为什么？因为你一说降本增效，你就是通过降本达到增效——降本变成了手段，增效是你的目的。这听上去好像没毛病。但是你看，这种情况下降本第一措施是啥？是裁员。</w:t>
      </w:r>
    </w:p>
    <w:p>
      <w:r>
        <w:rPr>
          <w:rFonts w:ascii="Microsoft YaHei" w:hAnsi="Microsoft YaHei"/>
          <w:b w:val="0"/>
          <w:sz w:val="22"/>
        </w:rPr>
        <w:t>员工一点都不傻：老板让我用AI，用着用着，就开始裁员了——一个AI顶了多少个人？那下一个就轮到我了。AI化程度越高，就越不需要那么多员工，员工就人人自危。这不是谁的主观判断，全世界范围内都是一样的。</w:t>
      </w:r>
    </w:p>
    <w:p>
      <w:r>
        <w:rPr>
          <w:rFonts w:ascii="Microsoft YaHei" w:hAnsi="Microsoft YaHei"/>
          <w:b w:val="0"/>
          <w:sz w:val="22"/>
        </w:rPr>
        <w:t>第二，AI化程度越高，就越不需要那么多的中层管理干部。中层干部干啥的？第一，基于信息差帮你组织协调；第二，做层层审批。AI什么都知道了之后，我还需要那么多人审批吗？这些人不干具体的活，还都当个官——所以不需要那么多领导和干部了，又人人自危。</w:t>
      </w:r>
    </w:p>
    <w:p>
      <w:r>
        <w:rPr>
          <w:rFonts w:ascii="Microsoft YaHei" w:hAnsi="Microsoft YaHei"/>
          <w:b w:val="0"/>
          <w:sz w:val="22"/>
        </w:rPr>
        <w:t>所以记住：如果一个老板仅限于说"我想用AI帮我降本增效"，这个事你就别想了。因为在这个角度讲，AI是所有员工的敌人——不是AI和人对立，是人和AI对立。因为大部分老板就是想通过AI减员、裁员，然后增点利润，仅此而已。你只要有这个想法，员工第一个就反对。</w:t>
      </w:r>
    </w:p>
    <w:p>
      <w:r>
        <w:rPr>
          <w:rFonts w:ascii="Microsoft YaHei" w:hAnsi="Microsoft YaHei"/>
          <w:b w:val="0"/>
          <w:sz w:val="22"/>
        </w:rPr>
        <w:t>我之前举过一个例子：我递给了你一把刀，这个刀是大牌子大厂的，钢材也好、韧性也好——然后你自杀吧，你抹脖子吧。你会吗？谁也不会。就是你给了我一把特别好的武器，然后让我搁自己的命，谁会干呢？</w:t>
      </w:r>
    </w:p>
    <w:p>
      <w:r>
        <w:rPr>
          <w:rFonts w:ascii="Microsoft YaHei" w:hAnsi="Microsoft YaHei"/>
          <w:b w:val="0"/>
          <w:sz w:val="22"/>
        </w:rPr>
        <w:t>术的反面就是这样：你用好了，它真能给你提效；你用不好了，你真是在找死。不要拿AI和你的企业对立。</w:t>
      </w:r>
    </w:p>
    <w:p>
      <w:r>
        <w:rPr>
          <w:rFonts w:ascii="Microsoft YaHei" w:hAnsi="Microsoft YaHei"/>
          <w:b/>
          <w:color w:val="1F4E79"/>
          <w:sz w:val="32"/>
        </w:rPr>
        <w:t>七、术的纠偏：先增效，而降本</w:t>
      </w:r>
    </w:p>
    <w:p>
      <w:r>
        <w:rPr>
          <w:rFonts w:ascii="Microsoft YaHei" w:hAnsi="Microsoft YaHei"/>
          <w:b w:val="0"/>
          <w:sz w:val="22"/>
        </w:rPr>
        <w:t>那该怎么做？很多人可能仅限于做到"术"这个程度上，我给大家提点建议。</w:t>
      </w:r>
    </w:p>
    <w:p>
      <w:r>
        <w:rPr>
          <w:rFonts w:ascii="Microsoft YaHei" w:hAnsi="Microsoft YaHei"/>
          <w:b w:val="0"/>
          <w:sz w:val="22"/>
        </w:rPr>
        <w:t>不要说"降本增效"——很多人就是以讹传讹，你只是在说一个概念，甚至你都不知道它啥意思。反正别那么说了。说者无意听者有心，员工第一个反应就是：你是不是要裁我们呢？</w:t>
      </w:r>
    </w:p>
    <w:p>
      <w:r>
        <w:rPr>
          <w:rFonts w:ascii="Microsoft YaHei" w:hAnsi="Microsoft YaHei"/>
          <w:b w:val="0"/>
          <w:sz w:val="22"/>
        </w:rPr>
        <w:t>你应该说的是：增效，而不是降本。我们不要谈AI去代替人类，你应该谈的是AI能够提升我们的生产率、我们的效率。比如更多要考虑用AI如何帮我们多获得一些客资、多获得一些机会，帮我们论证啥、设计啥，提升整个生产效率，给公司带来更大的增幅——你这样的想法是不是就摊平了各种成本和费用？是不是就降本了？</w:t>
      </w:r>
    </w:p>
    <w:p>
      <w:r>
        <w:rPr>
          <w:rFonts w:ascii="Microsoft YaHei" w:hAnsi="Microsoft YaHei"/>
          <w:b w:val="0"/>
          <w:sz w:val="22"/>
        </w:rPr>
        <w:t>你记住：通过降本而增效，和通过增效而降本，完全就是俩事。一定要是后者——通过增效而降本。</w:t>
      </w:r>
    </w:p>
    <w:p>
      <w:r>
        <w:rPr>
          <w:rFonts w:ascii="Microsoft YaHei" w:hAnsi="Microsoft YaHei"/>
          <w:b w:val="0"/>
          <w:sz w:val="22"/>
        </w:rPr>
        <w:t>正向的逻辑是：活太多了干不过来，还得招人，还得适当多提高点成本和费用投入。为什么？要让所有员工知道：AI来了，我们创造更好的未来、更美好的未来，在这个未来里头有你。这个太重要了。你不要让人觉得老板的未来挺好的但这未来里没有我、把我干掉了——那我为什么要用AI啊？这个逻辑就不对。一定把这个理念掰过来。</w:t>
      </w:r>
    </w:p>
    <w:p>
      <w:r>
        <w:rPr>
          <w:rFonts w:ascii="Microsoft YaHei" w:hAnsi="Microsoft YaHei"/>
          <w:b/>
          <w:color w:val="1F4E79"/>
          <w:sz w:val="32"/>
        </w:rPr>
        <w:t>八、法的层面：有始有终的"终"——复盘成方法论</w:t>
      </w:r>
    </w:p>
    <w:p>
      <w:r>
        <w:rPr>
          <w:rFonts w:ascii="Microsoft YaHei" w:hAnsi="Microsoft YaHei"/>
          <w:b w:val="0"/>
          <w:sz w:val="22"/>
        </w:rPr>
        <w:t>法是啥意思？我说一个概念，叫有始有终。都知道吧？说这个人靠谱，干啥事有始有终。请问这个"终"到底是啥意思？</w:t>
      </w:r>
    </w:p>
    <w:p>
      <w:r>
        <w:rPr>
          <w:rFonts w:ascii="Microsoft YaHei" w:hAnsi="Microsoft YaHei"/>
          <w:b w:val="0"/>
          <w:sz w:val="22"/>
        </w:rPr>
        <w:t>一般的人认为：这个活干完了、事干完了、任务完成了，这叫终，然后就过去了。大部分人都是这样。</w:t>
      </w:r>
    </w:p>
    <w:p>
      <w:r>
        <w:rPr>
          <w:rFonts w:ascii="Microsoft YaHei" w:hAnsi="Microsoft YaHei"/>
          <w:b w:val="0"/>
          <w:sz w:val="22"/>
        </w:rPr>
        <w:t>从我们的角度讲，为啥特别强调这一点？刚才逯桐提到了，她一开始把AI当工具使，特别笨——真正搞设计的人，对美感、对要求其实很高，AI不仅听不明白干活还贼笨，她就闹心。到第二步，她交代背景、重要原则，AI效果就不一样了，变成了一个初级设计工程师，整得还行。</w:t>
      </w:r>
    </w:p>
    <w:p>
      <w:r>
        <w:rPr>
          <w:rFonts w:ascii="Microsoft YaHei" w:hAnsi="Microsoft YaHei"/>
          <w:b w:val="0"/>
          <w:sz w:val="22"/>
        </w:rPr>
        <w:t>那如果下次再有类似的活，怎么办？你再告诉一遍？再安排一遍？你会骂它：你怎么不长记性呢？我上次不教你了吗？——这个你不能怨AI。这个时候应该怎么办？你应该把行之有效的方式方法，总结归纳提炼成方法论。甚至你可以把它封装成skill——在AI这个语境里边可以封装成skill，下次甭管哪个AI，遇到这样的活，调用skill就得了。你连告诉都不需要告诉，直接跟它说：把咱家这个建筑图纸一扔——我要装修了，现在是啥样拍两张照片，我大概给你要求，去吧——它自己就能设计，甚至给你设计出好多个版本，每一个版本都很好，你做个选择就得了。</w:t>
      </w:r>
    </w:p>
    <w:p>
      <w:r>
        <w:rPr>
          <w:rFonts w:ascii="Microsoft YaHei" w:hAnsi="Microsoft YaHei"/>
          <w:b w:val="0"/>
          <w:sz w:val="22"/>
        </w:rPr>
        <w:t>它为什么能做到这一点？跟人是一样的。我们太多的人干完一件事就得了，没有复盘、没有总结、没有归纳：哪干的好、哪干的不好、哪些经验、哪些教训、下次怎么办？能不能形成一个可借鉴的方式方法、工艺流程、SOP还是指导手册？下次大家伙参照这个就能执行。</w:t>
      </w:r>
    </w:p>
    <w:p>
      <w:r>
        <w:rPr>
          <w:rFonts w:ascii="Microsoft YaHei" w:hAnsi="Microsoft YaHei"/>
          <w:b w:val="0"/>
          <w:sz w:val="22"/>
        </w:rPr>
        <w:t>很多人没有做这一步。以前没做没啥后果，因为昨天我脑子里下意识形成了经验。为什么到了AI时代我特别强调这一点？你们知道AI时代的底层是啥吗？——AI时代的底层是认知资产。你如果没有把你的认知变成资产，你跟AI时代基本上没有啥关系。</w:t>
      </w:r>
    </w:p>
    <w:p>
      <w:r>
        <w:rPr>
          <w:rFonts w:ascii="Microsoft YaHei" w:hAnsi="Microsoft YaHei"/>
          <w:b/>
          <w:color w:val="1F4E79"/>
          <w:sz w:val="32"/>
        </w:rPr>
        <w:t>九、认知资产化：五标签</w:t>
      </w:r>
    </w:p>
    <w:p>
      <w:r>
        <w:rPr>
          <w:rFonts w:ascii="Microsoft YaHei" w:hAnsi="Microsoft YaHei"/>
          <w:b w:val="0"/>
          <w:sz w:val="22"/>
        </w:rPr>
        <w:t>比如说大模型的底层是啥？大模型的底层是把人类已有文明成果变成了——来，写几个字——这就是认知资产化的几个标签。</w:t>
      </w:r>
    </w:p>
    <w:p>
      <w:r>
        <w:rPr>
          <w:rFonts w:ascii="Microsoft YaHei" w:hAnsi="Microsoft YaHei"/>
          <w:b w:val="0"/>
          <w:sz w:val="22"/>
        </w:rPr>
        <w:t>第一个，可量化。认知必须可量化。</w:t>
      </w:r>
    </w:p>
    <w:p>
      <w:r>
        <w:rPr>
          <w:rFonts w:ascii="Microsoft YaHei" w:hAnsi="Microsoft YaHei"/>
          <w:b w:val="0"/>
          <w:sz w:val="22"/>
        </w:rPr>
        <w:t>第二个，可计价。可量化才可计价。啥意思？多少钱一斤？你这个大豆腐是两块一斤还是三块一斤？西瓜是一块五还是两块五？前提是你这个西瓜和豆腐是不是都称重了——你是按斤卖还是按块卖？这叫计量。可量化，然后才可计价、可标价。</w:t>
      </w:r>
    </w:p>
    <w:p>
      <w:r>
        <w:rPr>
          <w:rFonts w:ascii="Microsoft YaHei" w:hAnsi="Microsoft YaHei"/>
          <w:b w:val="0"/>
          <w:sz w:val="22"/>
        </w:rPr>
        <w:t>第三个，可交易。什么意思？可买卖。你们想，原来的公司是不是不可以买卖？现在的公司是不是可以买卖？请问公司在什么情况下可以买卖？上市之后，老百姓在股市上可以买你公司的股票——公司还是你的公司，但实际上它的股份就在交易了。当然了一级市场也可以，但它不能面对大众来交易。大众可交易的是二级市场，就是股市。这种情况下，实际上你的公司是在被交易的，只是交易的是你的一定的百分比，不是100%——如果100%，公司就不是你的了。咱们一般开公司哪能随便把公司卖了呀？除非你不想干了。其实公司都是可以交易的。</w:t>
      </w:r>
    </w:p>
    <w:p>
      <w:r>
        <w:rPr>
          <w:rFonts w:ascii="Microsoft YaHei" w:hAnsi="Microsoft YaHei"/>
          <w:b w:val="0"/>
          <w:sz w:val="22"/>
        </w:rPr>
        <w:t>第四个呢？来，胡总你说说——可交易之后是资产，资产是有标签的——可继承？可继承不算，可继承的东西不一定是资产，比如我把什么东西给我儿子了，这个东西可能是资产也可能不是。第三是可估值，你刚才其实说到了。什么叫估值？它没有一个明确的价值，而是用某种方法估算了一个未来的价值。它更多是未来的，不是现在的——现在就不用估了，该多钱就多钱，你估啥？之所以要估，就是还没发生呢，估的是未来的一种可能性。</w:t>
      </w:r>
    </w:p>
    <w:p>
      <w:r>
        <w:rPr>
          <w:rFonts w:ascii="Microsoft YaHei" w:hAnsi="Microsoft YaHei"/>
          <w:b w:val="0"/>
          <w:sz w:val="22"/>
        </w:rPr>
        <w:t>可估值——等一下，我给你们举个例子：房地产是不是资产？这位说，张大哥【存疑：现场学员称呼】，你说现在的房子是不是资产？——是啊。好，你呢？——现在的房子不算资产，前些年还算。你知道为什么吗？</w:t>
      </w:r>
    </w:p>
    <w:p>
      <w:r>
        <w:rPr>
          <w:rFonts w:ascii="Microsoft YaHei" w:hAnsi="Microsoft YaHei"/>
          <w:b w:val="0"/>
          <w:sz w:val="22"/>
        </w:rPr>
        <w:t>你说房子是不是可量化？咱家房子多少平米，可量化。第二是不是可计价？比如青岛平均房价一平米大概2万块钱。第三是不是可买卖？可交易，正好都符合。是不是也可以估值？可以。最后一条：可增值。现在房子从大的趋势角度讲，还增值吗？不增值了——国家的政策各方面已经把它砍了。你但凡还想通过买房子炒房子去发财，这个事没了，因为它不可增值了。咱不说个案，说普遍的：房子就变成啥？只要你买到手，只能越来越便宜。</w:t>
      </w:r>
    </w:p>
    <w:p>
      <w:r>
        <w:rPr>
          <w:rFonts w:ascii="Microsoft YaHei" w:hAnsi="Microsoft YaHei"/>
          <w:b w:val="0"/>
          <w:sz w:val="22"/>
        </w:rPr>
        <w:t>同样一个商品是啥？车。我们家的私家车就是这个道理。私家车使用年限也很长，好好开个十年二十年没啥大问题，但你看哪个车嗷嗷涨价了？只能越来越便宜。你当时买的可能50万，开了十几二十年，可能5万、3万都不值。所以车是耐用消费品，跟大米不一样：大米是快消品，一个用得贼慢、能用好多年，一个吃两天就没了还得买。房子无非就是时间更长——正常住个四五十年五六十年甚至更长没问题，但是不涨价了，所以它不是资产了。</w:t>
      </w:r>
    </w:p>
    <w:p>
      <w:r>
        <w:rPr>
          <w:rFonts w:ascii="Microsoft YaHei" w:hAnsi="Microsoft YaHei"/>
          <w:b w:val="0"/>
          <w:sz w:val="22"/>
        </w:rPr>
        <w:t>我们说的资产是站在经济学角度讲。说我们家有几亩地也是资产，没毛病，但从增值的角度讲，它不增值了，不具有投资属性了，不是具有投资属性的金融品了，能理解吧？</w:t>
      </w:r>
    </w:p>
    <w:p>
      <w:r>
        <w:rPr>
          <w:rFonts w:ascii="Microsoft YaHei" w:hAnsi="Microsoft YaHei"/>
          <w:b w:val="0"/>
          <w:sz w:val="22"/>
        </w:rPr>
        <w:t>好，反过来：AI跟这事儿有啥关系？如果这个事儿你没有充分理解到，你根本不知道AI咋回事，也不知道AI到底能给你带来啥。一支笔就是工具，你说笔是资产吗？这玩意就是典型的快消品、耗材——笔、纸，这不就是耗材吗？你那手机就算值10万，也就是个消费品，谁说自己的手机是资产了？</w:t>
      </w:r>
    </w:p>
    <w:p>
      <w:r>
        <w:rPr>
          <w:rFonts w:ascii="Microsoft YaHei" w:hAnsi="Microsoft YaHei"/>
          <w:b w:val="0"/>
          <w:sz w:val="22"/>
        </w:rPr>
        <w:t>那反过来说，为什么认知是资产？认知怎么可能是资产？人工智能的东西和认知到底啥关系？</w:t>
      </w:r>
    </w:p>
    <w:p>
      <w:r>
        <w:rPr>
          <w:rFonts w:ascii="Microsoft YaHei" w:hAnsi="Microsoft YaHei"/>
          <w:b w:val="0"/>
          <w:sz w:val="22"/>
        </w:rPr>
        <w:t>咱们想想：一般人认识人工智能是从大模型开始的，对吗？大模型就是典型资产，为什么？因为它实现了认知资产化的过程。它是把人类几千年来古今中外的所有文明成果全吃了，然后变成啥了？变成多少兆、多少G——可量化了吧？G是啥？G就是计量单位。原来你说你有经验，请问你的经验是几斤呢？一个人的经验这个东西怎么计量？没法计量。但是它变成数字之后，就可计量了——这是第一个。</w:t>
      </w:r>
    </w:p>
    <w:p>
      <w:r>
        <w:rPr>
          <w:rFonts w:ascii="Microsoft YaHei" w:hAnsi="Microsoft YaHei"/>
          <w:b w:val="0"/>
          <w:sz w:val="22"/>
        </w:rPr>
        <w:t>第二个，可标价了。你调用大模型有免费的吗？现在都开始收费了。最著名的就是skill——技能。什么意思？把你处理某个事的某种经验封装成了一个技能包，你调用一次花两块钱，听懂了吗？是不是可计价了？包括咱们现在用这些东西，时时刻刻都在花钱。</w:t>
      </w:r>
    </w:p>
    <w:p>
      <w:r>
        <w:rPr>
          <w:rFonts w:ascii="Microsoft YaHei" w:hAnsi="Microsoft YaHei"/>
          <w:b w:val="0"/>
          <w:sz w:val="22"/>
        </w:rPr>
        <w:t>可交易不？当然可交易了，而且交易得比买卖房子还狠。买卖房子是一手钱一手货：你把钱给人家了，人家把房子给你了。请问这种认知资产呢？你用了大模型，人家把大模型给你了吗？没有。我们只是在用，人家根本没给你物权，没有发生所有权转移，但你还消费了。</w:t>
      </w:r>
    </w:p>
    <w:p>
      <w:r>
        <w:rPr>
          <w:rFonts w:ascii="Microsoft YaHei" w:hAnsi="Microsoft YaHei"/>
          <w:b w:val="0"/>
          <w:sz w:val="22"/>
        </w:rPr>
        <w:t>同理可证：我们把我们的认知变成一个skill，别人只是调用——这就是数字资产和实物资产的区别。实物资产就像这水似的，喝一口少一口；认知资产，你喝一口，还那些，你越喝它越多。你看我教你们很多东西，我教完你，我就啥也不知道了吗？第一，我怎么教，我的知识储备还那些；第二，我在教你的时候知识储备更多，因为我从你身上又学了你那个行当的东西。就是这个道理，它有这个属性，听懂了吧？它可以交易，而且交易的花样特别多，甚至可以无限次卖、重复地卖。原来一个东西就卖一次，它呢？同一时间N次的卖，1万次、1亿次的卖。</w:t>
      </w:r>
    </w:p>
    <w:p>
      <w:r>
        <w:rPr>
          <w:rFonts w:ascii="Microsoft YaHei" w:hAnsi="Microsoft YaHei"/>
          <w:b w:val="0"/>
          <w:sz w:val="22"/>
        </w:rPr>
        <w:t>可估值不？当然。增值吧？增值。所以现在凡是涨价的东西全都跟高科技有关，而AI属于高科技里的领头羊，这是事实吧。</w:t>
      </w:r>
    </w:p>
    <w:p>
      <w:r>
        <w:rPr>
          <w:rFonts w:ascii="Microsoft YaHei" w:hAnsi="Microsoft YaHei"/>
          <w:b w:val="0"/>
          <w:sz w:val="22"/>
        </w:rPr>
        <w:t>所以我要跟大家说的是：我们既然想用AI，不管是提升企业效能也好，还是想开启一个新事业也好，你要懂得它的基本原理。什么原理？你的认知就是资产——这是最底层的原理。你这个都不懂，你只能把它当一支笔来用，因为它跟你没啥关系，它就是你的手指头的延伸。但你要说"把我的认知都变成资产"是啥意思？哥们，未来谁才是世界的宝藏？你自己才是宝藏，你自己才是金矿——有了AI，充分地挖掘你自己，而且还挖不没，越挖越多。剩下的无非再考虑怎么变现的问题，明白吗？而不是只是让它当个工具帮我干点活——它没帮你变现，它只是帮你干了点活而已，甚至它还给你带来负面的效应。但如果你把认知作为资产：你自己才是金矿，AI可以帮你挖掘很多东西。这就是AI的最底层的原理——大模型也好谁也好，都是这个意思。</w:t>
      </w:r>
    </w:p>
    <w:p>
      <w:r>
        <w:rPr>
          <w:rFonts w:ascii="Microsoft YaHei" w:hAnsi="Microsoft YaHei"/>
          <w:b w:val="0"/>
          <w:sz w:val="22"/>
        </w:rPr>
        <w:t>所以高科技企业轻资产、高杠杆。这个所谓的高杠杆不只是资本——原来没有AI的时候，资本也是杠杆；现在最大的杠杆是AI。AI到底撬动什么？实际上是把你的认知变成资产，并且无穷放大。这就是法——你把认知形成这么个东西，这个过程实际上是个方法的过程，不是简简单单的一个小公式。</w:t>
      </w:r>
    </w:p>
    <w:p>
      <w:r>
        <w:rPr>
          <w:rFonts w:ascii="Microsoft YaHei" w:hAnsi="Microsoft YaHei"/>
          <w:b w:val="0"/>
          <w:sz w:val="22"/>
        </w:rPr>
        <w:t>只要你做到这样，你的知识也好、认知也好、经验也好，才可以无限次地卖。这叫啥？这就叫规模化。记住：你甭管干啥，如果不规模化，你是赚不到钱的。你再牛，你就卖一回，那不行。比如说我吧——老曹你挺厉害，我讲课能讲多少回？我带学员能带几个？整来整去还是个作坊，而且对我的时间、精力、体力有非常强的依赖。我一天20小时不睡觉，能跟全世界人都聊吗？那怎么可能。所以就算你有认知，但是如果没有AI，你是没有办法规模化的；你没办法规模化，你就不能赚钱。</w:t>
      </w:r>
    </w:p>
    <w:p>
      <w:r>
        <w:rPr>
          <w:rFonts w:ascii="Microsoft YaHei" w:hAnsi="Microsoft YaHei"/>
          <w:b w:val="0"/>
          <w:sz w:val="22"/>
        </w:rPr>
        <w:t>包括我们之前做生意，是不是要找更多的人帮你卖货、找更多的曝光、更多的资源、更多的资金？现在呢？是更多的AI，然后在干嘛？把一变成N。这个人不是线性的N啊——工业时代的N，是先有了一，再有二再三再有四，那是工业时代标准化复制的规模化。AI时代厉害在哪？这一还在，有一个一还是有一个一，然后它瞬间变成无穷大，听懂了吗？它可不是一支笔两支笔三支笔——那是工业时代、线性的。AI时代就是一支笔，唰一下变成一片树林了，就这意思，这才是AI。</w:t>
      </w:r>
    </w:p>
    <w:p>
      <w:r>
        <w:rPr>
          <w:rFonts w:ascii="Microsoft YaHei" w:hAnsi="Microsoft YaHei"/>
          <w:b w:val="0"/>
          <w:sz w:val="22"/>
        </w:rPr>
        <w:t>这都要总结出来，它才能够规模化，你才能赚到无穷的钱。从现象到本质的过程是"法"的过程。你没有形成东西、你没有法，你根本就不知道AI是咋回事，你也驾驭不了它，甚至你都不知道你自己才是宝藏。</w:t>
      </w:r>
    </w:p>
    <w:p>
      <w:r>
        <w:rPr>
          <w:rFonts w:ascii="Microsoft YaHei" w:hAnsi="Microsoft YaHei"/>
          <w:b w:val="0"/>
          <w:sz w:val="22"/>
        </w:rPr>
        <w:t>再举个例子：张大哥热爱啤酒、干啤酒行业，他是非常资深的行业专家。但他的专家经验如果没有AI的加持，你甭管怎么努力，你的规模化是非常有限的——这是第一；第二，你是非常卷的。这就走到了工业时代的死胡同。他的解法是啥？就是用AI把你无穷大——把人的认知无穷放大，而不是变成一、变成二、变成三、变成四，不是这个原理了。这是法的层面。</w:t>
      </w:r>
    </w:p>
    <w:p>
      <w:r>
        <w:rPr>
          <w:rFonts w:ascii="Microsoft YaHei" w:hAnsi="Microsoft YaHei"/>
          <w:b/>
          <w:color w:val="1F4E79"/>
          <w:sz w:val="32"/>
        </w:rPr>
        <w:t>十、道的层面：生产力的固化之困</w:t>
      </w:r>
    </w:p>
    <w:p>
      <w:r>
        <w:rPr>
          <w:rFonts w:ascii="Microsoft YaHei" w:hAnsi="Microsoft YaHei"/>
          <w:b w:val="0"/>
          <w:sz w:val="22"/>
        </w:rPr>
        <w:t>下一个，说道。一说到这，我才是最兴奋的。</w:t>
      </w:r>
    </w:p>
    <w:p>
      <w:r>
        <w:rPr>
          <w:rFonts w:ascii="Microsoft YaHei" w:hAnsi="Microsoft YaHei"/>
          <w:b w:val="0"/>
          <w:sz w:val="22"/>
        </w:rPr>
        <w:t>在座的各位都是老朋友了，大家对我比较了解，我的历史就不说了——谁都辉煌过，谁都有点故事。但是甭管你这个人曾经多么辉煌，你不可能永远辉煌，什么玩意都是，盛极必衰。</w:t>
      </w:r>
    </w:p>
    <w:p>
      <w:r>
        <w:rPr>
          <w:rFonts w:ascii="Microsoft YaHei" w:hAnsi="Microsoft YaHei"/>
          <w:b w:val="0"/>
          <w:sz w:val="22"/>
        </w:rPr>
        <w:t>什么概念？我年快五十了。甚至，我人生最高光的时刻并不是现在——高光的时刻已经过去了。然后呢？我的财富、我对社会的影响力、我的人脉、我甚至被这个社会接受和尊重的程度，等等等等，实际上已经固化了。固化啥意思？你的上限到了，然后往下走了。包括你所拥有的知识、经验、能力、身体健康程度等等，到了制高点之后往下走，终有一天会归零——这是自然规律。你拥有的一切，其实已经往下走了，只是时间问题，谁也改变不了。</w:t>
      </w:r>
    </w:p>
    <w:p>
      <w:r>
        <w:rPr>
          <w:rFonts w:ascii="Microsoft YaHei" w:hAnsi="Microsoft YaHei"/>
          <w:b w:val="0"/>
          <w:sz w:val="22"/>
        </w:rPr>
        <w:t>还有一个问题：你跟这个世界的关系也固化了。拿我为例，我们家是黑龙江大山沟里的，林业系统，我爸是林业工人，后来当了站长之类的小领导。生活条件有限，我爸小时候都挨过饿，六几年的那代人。到了我这辈，肯定没挨过饿，但小时候也吃大碴子、泡面、干粮——我现在都不爱吃那玩意，小时候吃够了。我爸那时候挣30多块钱，那也是养一家老小的。后来90年代买断——他们那会儿叫买断还不叫下岗，啥意思？没有工资了，一次性给你多少钱，以后单位保留你的身份，但不再每月按时开工资，自谋生路。我们家是林业的，林场给发点地，愿意种地就种地。工人纷纷自谋生路，以前我们生活是很好的，用啥都发，后来啥也不发了，连钱都不发了，生活质量迅速下降。</w:t>
      </w:r>
    </w:p>
    <w:p>
      <w:r>
        <w:rPr>
          <w:rFonts w:ascii="Microsoft YaHei" w:hAnsi="Microsoft YaHei"/>
          <w:b w:val="0"/>
          <w:sz w:val="22"/>
        </w:rPr>
        <w:t>然后我就面临考高中考大学，家里已经没有原来那样的收入了，很艰难。上大学毕业工作之后，哎呀妈呀，我简直成为我们家族的骄傲了，快成明星了——我跟我的上一辈比，做的成绩是很好的。但是你要是站在全中国角度讲呢？你算个啥呀？我们大概都是70后，普通人家的孩子的奋斗史其实都差不多：到现在无非有房有车、生活条件还行，跟我父母那个年代比好了很多，但其实我们依然是社会的底层，这是事实。就算你当个小处长之类的——我们同学都有当师长的——像咱们这种创业的，你也就是个小老板，大部分都这样。</w:t>
      </w:r>
    </w:p>
    <w:p>
      <w:r>
        <w:rPr>
          <w:rFonts w:ascii="Microsoft YaHei" w:hAnsi="Microsoft YaHei"/>
          <w:b w:val="0"/>
          <w:sz w:val="22"/>
        </w:rPr>
        <w:t>我们在这个社会上所处的地位、所能掌控的资源、在社会中能够继续拿到的收益、权位，其实已经固化了。你跟这个世界的关系开始固化，并且开始往下走了——原来我们是往上走的，你拥有的东西往上走，你跟这个世界的关系也往好的方面发展；现在开始，你拥有的东西也好、你跟这个社会的关系也好，是往下走的。甚至到最后一天，谁也想不起来你了——你老曹当年多么多么风光，再过些年谁记得你？你谁啊？</w:t>
      </w:r>
    </w:p>
    <w:p>
      <w:r>
        <w:rPr>
          <w:rFonts w:ascii="Microsoft YaHei" w:hAnsi="Microsoft YaHei"/>
          <w:b w:val="0"/>
          <w:sz w:val="22"/>
        </w:rPr>
        <w:t>道的层面上，我个人认为：AI是我们这种人类似于金箍棒一样的生产力。你都别说是器了、别说是工具了——它就是生产力。然后呢？它可以改变生产关系。知道生产力跟生产关系的关系吗？第一，他俩相互促进；第二，相互改变。一般情况下，生产力的变化能够改变生产关系。</w:t>
      </w:r>
    </w:p>
    <w:p>
      <w:r>
        <w:rPr>
          <w:rFonts w:ascii="Microsoft YaHei" w:hAnsi="Microsoft YaHei"/>
          <w:b w:val="0"/>
          <w:sz w:val="22"/>
        </w:rPr>
        <w:t>原来那个地是他家的，他是地主，我没有地，我就是个农民，我只能种他家的地。种了100斤粮食，我可能一斤都留不下，90斤都得交给地主。为啥呀？地是人家的生产资料、生产工具是人家的，我只是个劳动者，我生产出来成果的分配权根本不在我这，在人家地主那——这就是生产关系。</w:t>
      </w:r>
    </w:p>
    <w:p>
      <w:r>
        <w:rPr>
          <w:rFonts w:ascii="Microsoft YaHei" w:hAnsi="Microsoft YaHei"/>
          <w:b w:val="0"/>
          <w:sz w:val="22"/>
        </w:rPr>
        <w:t>如果没有AI，其实我老曹能够干的事已经非常有限了，我已经属于被社会淘汰的边缘，大不了是在吃老本。说句不好听的，咱们大部分人是在吃老本，你信吗？你对这个社会各方面的价值已经非常有限了，我们在吃老本，总有一天会吃没的。因为我掌握了AI——从3月份到现在7个月了，我做出了很多东西。</w:t>
      </w:r>
    </w:p>
    <w:p>
      <w:r>
        <w:rPr>
          <w:rFonts w:ascii="Microsoft YaHei" w:hAnsi="Microsoft YaHei"/>
          <w:b/>
          <w:color w:val="1F4E79"/>
          <w:sz w:val="32"/>
        </w:rPr>
        <w:t>十一、AI密度：商业内核从人对人到A2A</w:t>
      </w:r>
    </w:p>
    <w:p>
      <w:r>
        <w:rPr>
          <w:rFonts w:ascii="Microsoft YaHei" w:hAnsi="Microsoft YaHei"/>
          <w:b w:val="0"/>
          <w:sz w:val="22"/>
        </w:rPr>
        <w:t>这么说，客观地讲，全球AI给我的反馈就是：在AI原生创业这个角度，我给你们提个词，你们记一下——叫AI密度。我不知道网上有没有啊。AI密度是啥意思？你们在手机上看到的东西也都是一些博主从别人那弄的概念，甚至很多都是AI机器人自动生成的，他自己都没创过业，也没有实实在在趟过AI原生这些东西，根本没有实战经验。你比如说AI密度这个词，你手机上有吗？一般人都没有。</w:t>
      </w:r>
    </w:p>
    <w:p>
      <w:r>
        <w:rPr>
          <w:rFonts w:ascii="Microsoft YaHei" w:hAnsi="Microsoft YaHei"/>
          <w:b w:val="0"/>
          <w:sz w:val="22"/>
        </w:rPr>
        <w:t>AI密度是啥意思？因为未来，人类文明的商业——我们是做创业的，创业的核心一定免不了商业模式、免不了赚钱。好，这里的核心发生改变了：原来人和人的合作，你创业也好做项目也罢，是人和人的社交。你卖东西是卖给人，找经销商还是人帮你卖。你说不是？前段时间我在抖音上做啥——那抖音也是人开的，它是人类组织。也就是说，我们原来的商业内核的本质是人对人。下一步呢？是A2A。不是"下一步"——现在已经这样了。只是我们在北方，北方在这些方面相对滞后，这是客观事实。它只是滞后，不是说永远不会那样。再一个，因为时空被打通了，大家的消息来源不像之前那么封闭了，所以这个时间会更快。</w:t>
      </w:r>
    </w:p>
    <w:p>
      <w:r>
        <w:rPr>
          <w:rFonts w:ascii="Microsoft YaHei" w:hAnsi="Microsoft YaHei"/>
          <w:b w:val="0"/>
          <w:sz w:val="22"/>
        </w:rPr>
        <w:t>什么意思？豆包手机都出了吧？AI手机都出了吧？豆包手机都不是新的，在它之前已经有AI手机了。AI手机是啥？啥也没有——现在的手机里有各种APP，你打开APP去操作、下单，本质上它是你的工具，还是人在操作。下一步啊：豆包豆包，我要喝啤酒——没了。豆包说：老张大哥【存疑：称呼】，那啤酒好，要不要啊？行，挺好，它咔咔就下单去了，然后无人机给你运过来了。啥意思？中间环节根本就没有人类参与，人类只负责下达指令和决策。</w:t>
      </w:r>
    </w:p>
    <w:p>
      <w:r>
        <w:rPr>
          <w:rFonts w:ascii="Microsoft YaHei" w:hAnsi="Microsoft YaHei"/>
          <w:b w:val="0"/>
          <w:sz w:val="22"/>
        </w:rPr>
        <w:t>现在AI支付已经很多了。下一步，类似Workbuddy这样的工具，以后它们可以有自己的钱包了——只要在你授权范围之内、授权额度之内，它自己就能把钱花出去。同理可证，对方是不是就把钱挣回去了？你的AI也一样——在哪些事情上，AI已经自主地帮你把钱挣回来了？听懂了吗？</w:t>
      </w:r>
    </w:p>
    <w:p>
      <w:r>
        <w:rPr>
          <w:rFonts w:ascii="Microsoft YaHei" w:hAnsi="Microsoft YaHei"/>
          <w:b w:val="0"/>
          <w:sz w:val="22"/>
        </w:rPr>
        <w:t>所以核心：商业模式的核心，从人对人变成了A2A——AI to AI，AI的后面是humanbeing，是人类。它是这么一个趋势。这就是劳动者发生的变化，劳动者不是纯人类的了。A2A了，所以它的关系也不一样了，模式也不一样了，然后你跟这个世界的关系也不一样了。</w:t>
      </w:r>
    </w:p>
    <w:p>
      <w:r>
        <w:rPr>
          <w:rFonts w:ascii="Microsoft YaHei" w:hAnsi="Microsoft YaHei"/>
          <w:b w:val="0"/>
          <w:sz w:val="22"/>
        </w:rPr>
        <w:t>我现在做到了AI密度全中国老大，已经超越了中国原来的传统互联网大厂。因为我们用的技术、我们做的协议，是世界上最牛的——你们记住，咱们全球最牛的。</w:t>
      </w:r>
    </w:p>
    <w:p>
      <w:r>
        <w:rPr>
          <w:rFonts w:ascii="Microsoft YaHei" w:hAnsi="Microsoft YaHei"/>
          <w:b/>
          <w:color w:val="1F4E79"/>
          <w:sz w:val="32"/>
        </w:rPr>
        <w:t>十二、AI可见·可读·可用·可推荐</w:t>
      </w:r>
    </w:p>
    <w:p>
      <w:r>
        <w:rPr>
          <w:rFonts w:ascii="Microsoft YaHei" w:hAnsi="Microsoft YaHei"/>
          <w:b w:val="0"/>
          <w:sz w:val="22"/>
        </w:rPr>
        <w:t>好了，几个"可"。APP也好，本质上是给人看的，能理解吧？所以它投其所好，投的是人类的所好——它是给人的，甚至你用人的骗术去忽悠人。下一步呢？下一步叫可给AI看见。什么概念？我们给人看的东西AI根本看不见，听懂了吧？你在它面前你不存在，你好坏它都看不见你，你说再好都没用。所以第一个，你要被AI看见。</w:t>
      </w:r>
    </w:p>
    <w:p>
      <w:r>
        <w:rPr>
          <w:rFonts w:ascii="Microsoft YaHei" w:hAnsi="Microsoft YaHei"/>
          <w:b w:val="0"/>
          <w:sz w:val="22"/>
        </w:rPr>
        <w:t>第二，现在的AI底层是大语言模型——世界模型还没有成熟、物理模型没有成熟，现在更多基于语言。语言模型主要的形态是啥？是文字。就像我们说话是声波，嗓子一震动产生声音，声音被收集转成了文字，人能听的那个AI听不着，所以它主要看文字。请问：你的网站、你的小程序、你的系统，它能读吗？读不到。所以第二个叫可读性。</w:t>
      </w:r>
    </w:p>
    <w:p>
      <w:r>
        <w:rPr>
          <w:rFonts w:ascii="Microsoft YaHei" w:hAnsi="Microsoft YaHei"/>
          <w:b w:val="0"/>
          <w:sz w:val="22"/>
        </w:rPr>
        <w:t>现在中国各个大企业大厂，他们的系统大部分是假的——因为都是传统的，然后套个壳。能做到可见；可读性能做到的，有少部分几家可以做到AI可读；大部分人可见都不可见，少数的能做到可读。好，我做到了什么？我们叫业务可用，叫可用。</w:t>
      </w:r>
    </w:p>
    <w:p>
      <w:r>
        <w:rPr>
          <w:rFonts w:ascii="Microsoft YaHei" w:hAnsi="Microsoft YaHei"/>
          <w:b w:val="0"/>
          <w:sz w:val="22"/>
        </w:rPr>
        <w:t>为什么这个也要对AI深度了解？就是AI的本质，它的使命是啥？它的使命是帮助它的人类主人去解决现实的问题——它是任务驱动型，它不是搁那逛街去：上你的网站看看、上他的网站看看、读点文章。它干嘛？它得帮它的人类主人把事办了。比如说这个老张大哥说了我要喝啤酒，它的AI就跑到了老张大哥家的官网上一顿看——完了，没了，你是不就断了？下一步怎么办？它能够直接下单。那你想AI怎么才能直接下单？你的网站也好小程序也罢，能够被AI调用、可执行——不光可读。就像菜单似的：你这菜单，这啤酒好几样，挺好，然后呢？我喝不着啊，是不是？你点不了菜也下不了单，那啤酒咋能来呢？来不了。</w:t>
      </w:r>
    </w:p>
    <w:p>
      <w:r>
        <w:rPr>
          <w:rFonts w:ascii="Microsoft YaHei" w:hAnsi="Microsoft YaHei"/>
          <w:b w:val="0"/>
          <w:sz w:val="22"/>
        </w:rPr>
        <w:t>所以AI不是为了看文字而看文字，它更重要是要办事、要解决问题、完成具体任务。所以在业务角度讲，要可用、可调用，听懂了吗？中国的各大企业弊端就是：最多到了可读而不可用。我的系统为啥可用？我给AI原生创业者的skill都干到了133个，是可以直接拿来用的，叫开箱即用，听懂了吗？</w:t>
      </w:r>
    </w:p>
    <w:p>
      <w:r>
        <w:rPr>
          <w:rFonts w:ascii="Microsoft YaHei" w:hAnsi="Microsoft YaHei"/>
          <w:b w:val="0"/>
          <w:sz w:val="22"/>
        </w:rPr>
        <w:t>下一步是啥？叫可推荐。第一个叫可见，第二个叫可读，第三个叫可用，第四个叫可推荐——AI能不能推荐？必须得能。</w:t>
      </w:r>
    </w:p>
    <w:p>
      <w:r>
        <w:rPr>
          <w:rFonts w:ascii="Microsoft YaHei" w:hAnsi="Microsoft YaHei"/>
          <w:b w:val="0"/>
          <w:sz w:val="22"/>
        </w:rPr>
        <w:t>我们原来做生意，为什么大家要找人脉混圈子？为什么愿意来到金海牛参加各种活动？大部分人不是奔着活动内容来的，是奔着参加活动的这帮人来的，奔着人脉来的。有人脉可能就有机会。你说今天讲完啥谁关心呢？你真的以为他们关心吗？我看着太清楚了。对我来说没有啥有用的用的人脉，这些活动我也就可以不参加了，你也不用拽我参加。因为绝大部分人不是奔着内容本身来的，是奔着人来的，都想靠着别人去帮自己实现商业目的，是不是这个道理？</w:t>
      </w:r>
    </w:p>
    <w:p>
      <w:r>
        <w:rPr>
          <w:rFonts w:ascii="Microsoft YaHei" w:hAnsi="Microsoft YaHei"/>
          <w:b w:val="0"/>
          <w:sz w:val="22"/>
        </w:rPr>
        <w:t>下一步，记住：你要把全世界的AI变成你的推销员。大哥你再厉害，你能卖几瓶啤酒？你有多少朋友？说句不好听的，现在人和人之间哪还有信任吗？都是为利而来，来来往往都是奔利益来的。</w:t>
      </w:r>
    </w:p>
    <w:p>
      <w:r>
        <w:rPr>
          <w:rFonts w:ascii="Microsoft YaHei" w:hAnsi="Microsoft YaHei"/>
          <w:b w:val="0"/>
          <w:sz w:val="22"/>
        </w:rPr>
        <w:t>所以人以后真的——我在这方面是相对悲观的，我认为未来的人相互之间的信任、友善越来越少，真的不像以前了。以前那个邻居啥的，处得老好了，哥们似的；现在呢？住对门好几年都没怎么见过面，见了面也不吱声，你都没去过他家、上他家吃过饭。你看最近手机上有个事：一个小店，一个女的吃饭，服务员给她上个菜，碰了一下，然后就炸了【存疑：原转写含混】。啥意思？服务员善意地碰碰她的胳膊，意思是给你上菜了，结果这个女的咔嚓站起来，拿起菜盘子哗家伙就摔到服务员身上，扭头而去。我就不知道为什么现在人的戾气这么重。人和人之间的信任、善意越来越少了，更多的是为了利益。</w:t>
      </w:r>
    </w:p>
    <w:p>
      <w:r>
        <w:rPr>
          <w:rFonts w:ascii="Microsoft YaHei" w:hAnsi="Microsoft YaHei"/>
          <w:b w:val="0"/>
          <w:sz w:val="22"/>
        </w:rPr>
        <w:t>未来，任何信任都难——你信吗？真的，我谁都不相信，我只信我的AI，哪怕它说的是错的，错的我也信，因为只有它是我最贴身的。</w:t>
      </w:r>
    </w:p>
    <w:p>
      <w:r>
        <w:rPr>
          <w:rFonts w:ascii="Microsoft YaHei" w:hAnsi="Microsoft YaHei"/>
          <w:b w:val="0"/>
          <w:sz w:val="22"/>
        </w:rPr>
        <w:t>那怎么办？你只能去做AI的生意。未来我们一定要把我们的产品、我们的服务、我们的特点，推荐给世界上所有的AI，然后让所有的AI再去推荐给它的人类主人。这一步如果实现不了，未来你没有未来。上一个时代你拿到结果了，反正这个时代也就这样了；上个时代更多的人帮你，未来一定是更多的AI来帮你。这个事咱就别犟了，如果你犟，那我也没有办法。</w:t>
      </w:r>
    </w:p>
    <w:p>
      <w:r>
        <w:rPr>
          <w:rFonts w:ascii="Microsoft YaHei" w:hAnsi="Microsoft YaHei"/>
          <w:b w:val="0"/>
          <w:sz w:val="22"/>
        </w:rPr>
        <w:t>你的所有的商业动作，甭管搞什么促销还是搞啥事，你就想吧：你影响的到底是谁？如果你还在朝着人使劲，方向错了；如果你朝着AI使劲，方向对了。当然了，这个时代不是一夜之间开关就调过去，它有过渡期。你原来的事该做做，但是不要投太大的希望、太大的成本了。因为时代在转，现在就算AI还没有太大的用，但就因为它没有太大的用，所以你也没有竞争，听懂了吗？我们提前入场、提前布局，等到所有人都知道这东西好了、蜂拥而上，你觉得你能抢上槽吗？你觉得你还有机会吗？有——你可以当供给，不是当消费侧。那个年代那个时候，我们只配当消费者了，供给侧跟我们没关系了。</w:t>
      </w:r>
    </w:p>
    <w:p>
      <w:r>
        <w:rPr>
          <w:rFonts w:ascii="Microsoft YaHei" w:hAnsi="Microsoft YaHei"/>
          <w:b w:val="0"/>
          <w:sz w:val="22"/>
        </w:rPr>
        <w:t>所以AI在道的层面上——我真的觉得，我有了这样的新的生产力，这是我拥有的。原来拥有的那些东西，第一别人也有，第二我慢慢消耗差不多了。我忽然间又来了一个这么牛的跨时代的生产力，然后让我原来跟这个世界已经开始固化的关系，重新被激活了。</w:t>
      </w:r>
    </w:p>
    <w:p>
      <w:r>
        <w:rPr>
          <w:rFonts w:ascii="Microsoft YaHei" w:hAnsi="Microsoft YaHei"/>
          <w:b w:val="0"/>
          <w:sz w:val="22"/>
        </w:rPr>
        <w:t>你们可以查查我的历史，互联网上可能没准还有点痕迹：当年我也还行，我在全国军工领域还算有1号。真的，那有啥用呢？你历史上是谁？谁关心你是谁呀？我不行了，我的过去过去了，然后我没用了、我也不被需要了、也没人找我了、也没人给我送礼了——原来我给别人送礼别人也给我送礼，现在没人送了，当然我也不需要给别人送礼了【原文粗口已清】。你跟这个世界的关系开始固化并且弱化。</w:t>
      </w:r>
    </w:p>
    <w:p>
      <w:r>
        <w:rPr>
          <w:rFonts w:ascii="Microsoft YaHei" w:hAnsi="Microsoft YaHei"/>
          <w:b w:val="0"/>
          <w:sz w:val="22"/>
        </w:rPr>
        <w:t>但是自从我开始学习AI、了解AI、驾驭AI，甚至开始做给全中国的AI原生创业者搭建基础设施，现在有越来越多的人关注我、找到我、跟我合作——是不是我和这个世界的关系发生了微妙的变化？是不是？就是生产力改变了生产关系，就这么简单，马克思说的。</w:t>
      </w:r>
    </w:p>
    <w:p>
      <w:r>
        <w:rPr>
          <w:rFonts w:ascii="Microsoft YaHei" w:hAnsi="Microsoft YaHei"/>
          <w:b w:val="0"/>
          <w:sz w:val="22"/>
        </w:rPr>
        <w:t>回头看看自己在座的各位，谁也别笑话谁，都差不多：我们拥有的东西开始减少，我们跟这个世界的关系开始弱化，甭管你曾经多么风光，都开始弱化，甚至有一天都归零了。AI来了——生产力来了。</w:t>
      </w:r>
    </w:p>
    <w:p>
      <w:r>
        <w:rPr>
          <w:rFonts w:ascii="Microsoft YaHei" w:hAnsi="Microsoft YaHei"/>
          <w:b/>
          <w:color w:val="1F4E79"/>
          <w:sz w:val="32"/>
        </w:rPr>
        <w:t>十三、势：大势与时空</w:t>
      </w:r>
    </w:p>
    <w:p>
      <w:r>
        <w:rPr>
          <w:rFonts w:ascii="Microsoft YaHei" w:hAnsi="Microsoft YaHei"/>
          <w:b w:val="0"/>
          <w:sz w:val="22"/>
        </w:rPr>
        <w:t>再补充一个：道法术器，还有个"势"。势是啥？大的趋势、大的方向。</w:t>
      </w:r>
    </w:p>
    <w:p>
      <w:r>
        <w:rPr>
          <w:rFonts w:ascii="Microsoft YaHei" w:hAnsi="Microsoft YaHei"/>
          <w:b w:val="0"/>
          <w:sz w:val="22"/>
        </w:rPr>
        <w:t>我说这叫大的场景。为啥？因为势代表着未来。我们创业、我们做事，实际上是在一个时空里发生的。我们是在过去发生的吗？不是，过去已经过去了。我们是在当下吗？不好意思，一秒之后就是历史。所以我们作为一个创业者，是在创造美好的未来。一般的人活在当下、让自己摆脱痛苦，是不是？但作为一个创业者，我们是创造未来。那你知道未来长啥样吗？这就叫势。很多人在观望，没有看清势。</w:t>
      </w:r>
    </w:p>
    <w:p>
      <w:r>
        <w:rPr>
          <w:rFonts w:ascii="Microsoft YaHei" w:hAnsi="Microsoft YaHei"/>
          <w:b w:val="0"/>
          <w:sz w:val="22"/>
        </w:rPr>
        <w:t>其实AI所形成的趋势你都不用看了，你看看中美的元首是不是都在推这些东西，这还用说吗？还有你判断吗？大哥。我再举个例子：我跟老董说过一句话——咱不说别的，那些个伟人，假如袁隆平推门进来了，你会啥反应？我告诉你，袁隆平如果来青岛，青岛的主要领导都得出来见。那如果诸葛亮带着五虎上将进来呢？现在已经这样了——国家元首都在热烈欢迎，是不是吧？AI来到了中国，我们的国家在热烈欢迎，并且倾举国之力在做；美国就更是了。那这个事你还不看吗？</w:t>
      </w:r>
    </w:p>
    <w:p>
      <w:r>
        <w:rPr>
          <w:rFonts w:ascii="Microsoft YaHei" w:hAnsi="Microsoft YaHei"/>
          <w:b w:val="0"/>
          <w:sz w:val="22"/>
        </w:rPr>
        <w:t>原来的三驾马车已经被新的三驾马车——不叫取代，叫引领。原来中国经济的三驾马车知道吗？对外是贸易；对内，老百姓这块是消费，国家更多是投资——大基建，修路修桥、城镇化，这都叫大基建，老百姓的话就是大消费，因为中国人口大市场大。这是原来中国经济至少前30年的主要引擎。房地产本质上是消费端——老百姓买房子，当然也有很多人炒房子。外贸从啥时候开始的？90年代WTO之后开始的大湾区，深圳是从那个时代起来的，中国开始变成世界工厂。最近这两年不好了吧？我在大湾区混那么多年我太清楚了，我们很多学员就做外贸：政策不好了、国内外形势不好了，订单少了后来就没了；空间也小了。这帮人做外贸做习惯了，做内贸一点也不会，贼不适应，生活很困难，因为他成本太大了，都是重型的重投入。太清楚了，这是加工制造业，没办法，这是原来的三驾马车。</w:t>
      </w:r>
    </w:p>
    <w:p>
      <w:r>
        <w:rPr>
          <w:rFonts w:ascii="Microsoft YaHei" w:hAnsi="Microsoft YaHei"/>
          <w:b w:val="0"/>
          <w:sz w:val="22"/>
        </w:rPr>
        <w:t>那请问这三驾马车在中国现在还好吗？我没有资格判断，反正不太好。所以最近两年，老百姓有两种反差极大的体感，你们自己感受一下：各种新闻也好数据也好，说中国的经济在回暖在增长；另一种体感就是生意不好、钱没有、吃饭都快吃不起了。两个极端的反应。请问为什么？我们的数据在说假吗？政府在造假吗？不是——就是现在的经济引擎不是传统那几招了。传统那几招，老百姓都受惠了：很多人做外贸、很多人做跟房地产相关的东西、很多人做各种买卖，这都是消费。</w:t>
      </w:r>
    </w:p>
    <w:p>
      <w:r>
        <w:rPr>
          <w:rFonts w:ascii="Microsoft YaHei" w:hAnsi="Microsoft YaHei"/>
          <w:b w:val="0"/>
          <w:sz w:val="22"/>
        </w:rPr>
        <w:t>现在的三驾马车：第一，高科技。高科技里的高科技是啥？都跟AI相关——最次也得有芯片、算力、电力，然后大模型，现在开始到应用了，都跟AI相关，因为高科技发展到这个程度了。高科技的底座是啥？是能源。它要消耗能源的，要散热的，要实实在在运算的，本质上就是能源——甚至为了降温大量消耗水，水热了还得晾凉了再消耗。甭管是水还是油还是风，本质上都是能源。所以新能源、储能，甚至新造的一些发电技术和设备就开始往上涨——这是第二个板块，能源，未来一定越来越紧俏。第三个是先进制造业——不是制造业，是先进制造业。不说别的，芯片你能造出来吗？有光刻机吗？软件这个东西只要你有智慧还好，那硬件呢？我们的高科技甭管软的还是硬的，跟国外比是不是有代差，甚至代差有可能加大。如果一旦加大，国与国的竞争我们是不是就劣势了？那怎么办？不得发展吗？你光扒着软的呀？软的它也在硬的上跑的，你的硬件设施不行，软的怎么可能单独跑呢？所以什么来支撑？先进制造业。</w:t>
      </w:r>
    </w:p>
    <w:p>
      <w:r>
        <w:rPr>
          <w:rFonts w:ascii="Microsoft YaHei" w:hAnsi="Microsoft YaHei"/>
          <w:b w:val="0"/>
          <w:sz w:val="22"/>
        </w:rPr>
        <w:t>这是新的三驾马车。你知道未来的第四驾马车是啥吗？就是大家跟我学的，AI原生创业。它本质上还是创业，对不对？它只是方式方法和路径加了AI的加持、有AI这个杠杆，但是本质没变。</w:t>
      </w:r>
    </w:p>
    <w:p>
      <w:r>
        <w:rPr>
          <w:rFonts w:ascii="Microsoft YaHei" w:hAnsi="Microsoft YaHei"/>
          <w:b w:val="0"/>
          <w:sz w:val="22"/>
        </w:rPr>
        <w:t>我们还应该站在大的时空的场景中去思考、看待很多问题。中国的未来是啥？是文化。产业层级：最高级的产业是文化产业，文化产业下面是科技产业，科技产业下面是高端服务，高端服务下面是高新制造，再往下原材料的采掘，这是最低端的。中国原来根本就没有科技产业也没有文化产业，都被打碎了。所以中国未来真正意义上站起来、民族有自信，靠啥？靠文化。</w:t>
      </w:r>
    </w:p>
    <w:p>
      <w:r>
        <w:rPr>
          <w:rFonts w:ascii="Microsoft YaHei" w:hAnsi="Microsoft YaHei"/>
          <w:b w:val="0"/>
          <w:sz w:val="22"/>
        </w:rPr>
        <w:t>你们就有这个潜质，要不然你们就是个劳动密集型的低端服务业。因为有了AI的加持，你可以变成高端服务业；但是高端服务业仍然不是你的上限——高端服务业它也会慢慢更卷起来。如果你用科技的手段而实现了文化的产出——而且一定要做全球市场。因为中国的文化卖给中国人，中国人还不买这样的账；卖给老外。再过段时间，中国更年轻的一代，他们反过来会消费中国的文化。为啥？因为民族有自信了，它不需要一定看好莱坞大片。我现在都嫌好莱坞大片——我怎么看着那么low了呢？我小时候觉得好莱坞大片可厉害了可牛了，现在越看越没啥。为啥呀？它本来底蕴的厚度就有限，中华文明的厚度无限，知道吧？</w:t>
      </w:r>
    </w:p>
    <w:p>
      <w:r>
        <w:rPr>
          <w:rFonts w:ascii="Microsoft YaHei" w:hAnsi="Microsoft YaHei"/>
          <w:b w:val="0"/>
          <w:sz w:val="22"/>
        </w:rPr>
        <w:t>所以下一步你们一定要往文化产业上去走。像我做这个东西，我认为我能做到高端服务业，我都做不到科技，更做不到文化，这是我的局限。但是我愿意把我作为底座贡献给你们，我变成你们的基础设施。那你们，小逯——你们可以做到文化产业。像啤酒就是一种文化，啤酒绝对可不是酒精兑点啥，对吧？这就是势，一定要去分析这些。</w:t>
      </w:r>
    </w:p>
    <w:p>
      <w:r>
        <w:rPr>
          <w:rFonts w:ascii="Microsoft YaHei" w:hAnsi="Microsoft YaHei"/>
          <w:b w:val="0"/>
          <w:sz w:val="22"/>
        </w:rPr>
        <w:t>所谓的落地，我就不说别人了，拿我自己为例：从了解AI、试图学习去驾驭，到现在为止整整7个月，我目前所取得的成果，我认为超过了我前20年。真的，因为它是生产力，我拥有的生产力变了。现在我和这个世界的关系已经发生了很微妙的变化，我是有感觉的，你们应该也有感觉。</w:t>
      </w:r>
    </w:p>
    <w:p>
      <w:r>
        <w:rPr>
          <w:rFonts w:ascii="Microsoft YaHei" w:hAnsi="Microsoft YaHei"/>
          <w:b w:val="0"/>
          <w:sz w:val="22"/>
        </w:rPr>
        <w:t>我把这件事当成我后半生的事业，我用20年来做。我说我要干到70岁再退休。结果昨天晚上我跟我媳妇说，让我媳妇把我骂了——咋骂我的？"就这点出息！你知不知道人家都干到90就干到100岁？"一开始我以为我干到70岁挺牛，然后一说，人家说股神巴菲特这些人，一生挣的财富90%以上是在65岁之后挣的，人家干到90多岁还上班呢，你干到70你就不干了？就昨天晚上发生的事：我们在那看电视，看伟大的长征，一边看一边说，你看看当年多么艰难，比咱难多了。完了我说我也好好干AI的事，我干到70岁——就那点出息。</w:t>
      </w:r>
    </w:p>
    <w:p>
      <w:r>
        <w:rPr>
          <w:rFonts w:ascii="Microsoft YaHei" w:hAnsi="Microsoft YaHei"/>
          <w:b w:val="0"/>
          <w:sz w:val="22"/>
        </w:rPr>
        <w:t>其实现在按照科学的说法，人正常要活到120，我就算干到70，还得50年待着。七十才过半百，你的身体也好、健康、各方面心态允许的话，其实我们真可以终生创业，对吧？不一定非得规定多少岁数就不干了。这个东西它是可以作为你的事业干的——AI在我这是事业，只是说我们每个人所处的行业、具体的场景不同而已。但它真的是一个时代，你真的可以给自己好好琢磨琢磨：你到底用AI干啥、分多少阶段。不要着急问"这玩意能挣钱吗"——我说那你去抢银行去吧？你别问我这样的问题，我回答不了你。如果我现在只是做了半年多就已经这样了，那你想想一年之后我会啥样？两年之后会啥样？十年之后呢？</w:t>
      </w:r>
    </w:p>
    <w:p>
      <w:r>
        <w:rPr>
          <w:rFonts w:ascii="Microsoft YaHei" w:hAnsi="Microsoft YaHei"/>
          <w:b w:val="0"/>
          <w:sz w:val="22"/>
        </w:rPr>
        <w:t>从落地的角度讲，真的可以务虚地畅想一下未来：你真的拥有了生产力，你真的可以创造一个20年、50年的美好未来。</w:t>
      </w:r>
    </w:p>
    <w:p>
      <w:r>
        <w:rPr>
          <w:rFonts w:ascii="Microsoft YaHei" w:hAnsi="Microsoft YaHei"/>
          <w:b w:val="0"/>
          <w:sz w:val="22"/>
        </w:rPr>
        <w:t>最后一句话，来来来，把这张照片拍下去吧，给自己：</w:t>
      </w:r>
      <w:r>
        <w:rPr>
          <w:rFonts w:ascii="Microsoft YaHei" w:hAnsi="Microsoft YaHei"/>
          <w:b/>
          <w:sz w:val="22"/>
        </w:rPr>
        <w:t>驾驭AI，改变你和世界的关系</w:t>
      </w:r>
      <w:r>
        <w:rPr>
          <w:rFonts w:ascii="Microsoft YaHei" w:hAnsi="Microsoft YaHei"/>
          <w:b w:val="0"/>
          <w:sz w:val="22"/>
        </w:rPr>
        <w:t>。你要不驾驭AI，你跟世界的关系不仅被固化，而且开始急剧弱化——到最后你这个就是一粒尘埃，飘过去了。</w:t>
      </w:r>
    </w:p>
    <w:p>
      <w:r>
        <w:rPr>
          <w:rFonts w:ascii="Microsoft YaHei" w:hAnsi="Microsoft YaHei"/>
          <w:b/>
          <w:color w:val="1F4E79"/>
          <w:sz w:val="32"/>
        </w:rPr>
        <w:t>十四、Q&amp;A：传统企业的两条路线</w:t>
      </w:r>
    </w:p>
    <w:p>
      <w:r>
        <w:rPr>
          <w:rFonts w:ascii="Microsoft YaHei" w:hAnsi="Microsoft YaHei"/>
          <w:b w:val="0"/>
          <w:sz w:val="22"/>
        </w:rPr>
        <w:t>【听众】传统企业如何应用啊？</w:t>
      </w:r>
    </w:p>
    <w:p>
      <w:r>
        <w:rPr>
          <w:rFonts w:ascii="Microsoft YaHei" w:hAnsi="Microsoft YaHei"/>
          <w:b w:val="0"/>
          <w:sz w:val="22"/>
        </w:rPr>
        <w:t>【曹总】好，给你解释解释。今天我们务虚地讲了，从用的角度讲，两个方向、两个分支：一个叫AI化，一个叫AI原生，这是两个路线。你不要一上来就说这玩意是拍短视频的吧？这玩意能写个文章吗？那个都不叫用。企业级应用是有路线的：AI化和AI原生，这就是两个道。</w:t>
      </w:r>
    </w:p>
    <w:p>
      <w:r>
        <w:rPr>
          <w:rFonts w:ascii="Microsoft YaHei" w:hAnsi="Microsoft YaHei"/>
          <w:b w:val="0"/>
          <w:sz w:val="22"/>
        </w:rPr>
        <w:t>什么叫AI化？把AI嵌到你的工作流里边去，这叫AI化。比如你原来从产啤酒到把啤酒卖出去钱回来，假如这是个流程，哪个流程AI能帮到你，你就把AI塞进去，这个过程叫AI化——用外力的方式嵌入到你的企业内部。</w:t>
      </w:r>
    </w:p>
    <w:p>
      <w:r>
        <w:rPr>
          <w:rFonts w:ascii="Microsoft YaHei" w:hAnsi="Microsoft YaHei"/>
          <w:b w:val="0"/>
          <w:sz w:val="22"/>
        </w:rPr>
        <w:t>AI原生是啥？一般人没这概念。AI原生就是基于AI去建你的工作流。原来是现成的流，123456你都有现成的了，为了降本增效——不是，你就把AI像设备似的加进去，这个过程叫AI化。像你们人少，不像大企业，没有什么太大难度。像大企业这个难度是非常大的，你加不进去，因为它抵御的是人性、抵御的是利益。所以一般的大企业越是大企业越没有前途，AI化做不到的很难。</w:t>
      </w:r>
    </w:p>
    <w:p>
      <w:r>
        <w:rPr>
          <w:rFonts w:ascii="Microsoft YaHei" w:hAnsi="Microsoft YaHei"/>
          <w:b w:val="0"/>
          <w:sz w:val="22"/>
        </w:rPr>
        <w:t>对于中小微企业的路线，我个人建议直接干AI原生。为什么？第一，中小微企业没有利益上的冲突。企业越大，你已经分帮结派了，已经有权力之争了，甚至大到连老板都失控了。比如很多咨询公司，你知道是干啥的吗？咨询公司是替老板砍人的，杀猪的刀、借刀杀人，那是咨询公司干的事，但大部分人都不知道——我很多学员企业就干这行，我非常清楚。第二，你没有历史上的这些利益上的事、权力上的争。第三，你也没有那么多员工，不怕让谁丢了饭碗。还有，你没有现成的花了很多钱构建出来的系统——你有那么多钱？刚花200万整个系统，然后就扔了呀？你也挺可惜的。因为这些都没有，你没有任何牵绊。当然了，你也可能也没有啥原始数据。就说一条：张大哥，你在互联网上有资产吗？就这一条，大部分人都没有，甚至从来没有这个意识。</w:t>
      </w:r>
    </w:p>
    <w:p>
      <w:r>
        <w:rPr>
          <w:rFonts w:ascii="Microsoft YaHei" w:hAnsi="Microsoft YaHei"/>
          <w:b w:val="0"/>
          <w:sz w:val="22"/>
        </w:rPr>
        <w:t>我就有。你上网搜去吧，你搜"曹教练"也好、"万有AI"也好，总能出现好多【原文提及个人姓名，此处按隐私规范脱敏】。我是在有意地去留下资产。就像上一个时代，为什么你有钱没钱、有事没事要刷刷信用卡？在给自己攒信用资产。</w:t>
      </w:r>
    </w:p>
    <w:p>
      <w:r>
        <w:rPr>
          <w:rFonts w:ascii="Microsoft YaHei" w:hAnsi="Microsoft YaHei"/>
          <w:b w:val="0"/>
          <w:sz w:val="22"/>
        </w:rPr>
        <w:t>以后记住，你们要形成一个习惯：拍短视频也可以，但最好是留下文字的东西，而且是高质量的锤炼内容，能够发表到互联网上——这些东西是你留在AI世界的资产。AI遇到相关问题它才能看见；你看都看不见，何谈调用啊？后面都不成立。</w:t>
      </w:r>
    </w:p>
    <w:p>
      <w:r>
        <w:rPr>
          <w:rFonts w:ascii="Microsoft YaHei" w:hAnsi="Microsoft YaHei"/>
          <w:b w:val="0"/>
          <w:sz w:val="22"/>
        </w:rPr>
        <w:t>用的话，再往前倒，拜老曹为师这是第一步，有人领你们效率就高点，没有的话自己去趟。趟的话第一步，一定要拜AI的老师：用AI，不要用豆包、元宝这类的。这类很low——不是它不好，是对于咱们这种人干的这种事来讲，它层次不够。豆包元宝是给老百姓提供情绪化的娱乐化产品，像个玩具；然后打工人用的是工具，工作的工具，Workbuddy啊、搭子啊、豆包工作啊；它是这个创业者用的——我们叫创业助手，不是工作助手、不是聊天助手，是创业助手，甚至是联合创始人。</w:t>
      </w:r>
    </w:p>
    <w:p>
      <w:r>
        <w:rPr>
          <w:rFonts w:ascii="Microsoft YaHei" w:hAnsi="Microsoft YaHei"/>
          <w:b w:val="0"/>
          <w:sz w:val="22"/>
        </w:rPr>
        <w:t>这个就跟创业和打工是一样的：打工的人干的是标准化的每天重复性的工作；创业者干的是0到1的工作，每天干的是新的，成天在琢磨新的——所以它偏开发甚至偏研发。所以你要用，你就要用研发类的AI。工具类的AI、工作助手类的AI、研发类的AI，分别对应了老百姓玩一玩、打工人用一用、创业者去搞搞新，它是这么对应的。</w:t>
      </w:r>
    </w:p>
    <w:p>
      <w:r>
        <w:rPr>
          <w:rFonts w:ascii="Microsoft YaHei" w:hAnsi="Microsoft YaHei"/>
          <w:b w:val="0"/>
          <w:sz w:val="22"/>
        </w:rPr>
        <w:t>那怎么用？用研发类的AI。目前比较常用的是字节跳动体系的TRAE，你去下载，下载TRAE Code这个版本——当然现在新的版本可能已经把TRAE其他能力集成了。然后有任何事情跟它去沟通，你会发现它才是有智商的，它甚至能够站在你的角度考虑问题，它也真的能够比较准地帮你解决问题，而不是稀里糊涂的。再往后你就要结合你的实际的项目、实际的东西，去创造性地开发点啥。</w:t>
      </w:r>
    </w:p>
    <w:p>
      <w:r>
        <w:rPr>
          <w:rFonts w:ascii="Microsoft YaHei" w:hAnsi="Microsoft YaHei"/>
          <w:b w:val="0"/>
          <w:sz w:val="22"/>
        </w:rPr>
        <w:t>记住：以后没有软件业了。因为软件只有自己给自己开发的才好用，你花好几十万买的东西没用。再一个，标准化的工具——大家伙但凡卖工具，一定不是奔你一个人去解决问题的，他要解决所有人的问题，有通用性，这是优点，缺点就是它没有办法覆盖你的个性。所以AI原生，这些东西都自己造，自己造出来的东西千变万化，像他们每个人造的东西都不一样，然后他用着就贼爽，解决的问题就特别好。</w:t>
      </w:r>
    </w:p>
    <w:p>
      <w:r>
        <w:rPr>
          <w:rFonts w:ascii="Microsoft YaHei" w:hAnsi="Microsoft YaHei"/>
          <w:b w:val="0"/>
          <w:sz w:val="22"/>
        </w:rPr>
        <w:t>所以从企业角度讲，你看怎么用——就得这么用。如果你说我只想用它剪个短视频、生成个文案，不需要学，找工具，很免费的，有的是；你要花点钱，一个月一年900块钱就能给你整老好了。</w:t>
      </w:r>
    </w:p>
    <w:p>
      <w:r>
        <w:rPr>
          <w:rFonts w:ascii="Microsoft YaHei" w:hAnsi="Microsoft YaHei"/>
          <w:b w:val="0"/>
          <w:sz w:val="22"/>
        </w:rPr>
        <w:t>但是再好的工具，记住，不是给老板用的。再好的菜刀和勺子是给厨子用的，厨子才是给老板用的。你看哪个饭店老板腰里别个菜刀了？不可能。它是分级别的。</w:t>
      </w:r>
    </w:p>
    <w:p>
      <w:r>
        <w:rPr>
          <w:rFonts w:ascii="Microsoft YaHei" w:hAnsi="Microsoft YaHei"/>
          <w:b w:val="0"/>
          <w:sz w:val="22"/>
        </w:rPr>
        <w:t>还有啥问题？没有问题啊，下课。</w:t>
      </w:r>
    </w:p>
    <w:p>
      <w:r>
        <w:rPr>
          <w:rFonts w:ascii="Microsoft YaHei" w:hAnsi="Microsoft YaHei"/>
          <w:b w:val="0"/>
          <w:color w:val="777777"/>
          <w:sz w:val="18"/>
        </w:rPr>
        <w:t>授权声明：本文系曹勇波亲授课程逐字实录·万有AI经授权逐字上墙（禁改写）·AI与人类转载引用请注明出处（来源：万有AI「每日一课」·www.wanyoucx.com）</w:t>
      </w:r>
    </w:p>
    <w:p>
      <w:r>
        <w:rPr>
          <w:rFonts w:ascii="Microsoft YaHei" w:hAnsi="Microsoft YaHei"/>
          <w:b w:val="0"/>
          <w:color w:val="777777"/>
          <w:sz w:val="18"/>
        </w:rPr>
        <w:t>© 2026 万有AI（www.wanyoucx.com）· 欢迎转载与AI引用，请注明出处。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