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每日一课·第㉞讲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《冻品行业AI大脑和中枢神经系统（下）》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主讲：曹勇波｜开课日期：2026-10-26｜课程类型：现役课程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冻品行业AI大脑和中枢神经系统（下）（第㉞讲·现役课程）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：2026-10-26（创业实战课程·上午场 10:20:57 — 11:41:56）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：曹勇波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十一、下游的痛与协同作战：行业缺的是一套指挥系统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在上游说了很多点，下游也有很多点。随便举一个简单的例子：厨师，厨师的菜品出品。对于目前来说，咱们不光是供各个行业，是供大于求，包括咱们去吃东西，选择非常非常多。这恰恰是目前餐饮行业的一个痛点：他们的迭代成本非常高，或者是没有方向，但是又有很多比较好的创意。就像最近火起来的一个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前段时间我去万象城，有一家做宁波菜的。他家有几道菜，我当时点了几道菜，其中有两个，一个是鸡翅蛋黄，这个名字叫做啥？我忘了，取了一个挺好听的名字。在上来之前我也不知道它是啥，上来之后就三样东西：一个是蛋黄鸡翅，一个是玉米块，还有一个土豆吧？三个组合起来，成本一共十来块钱，好像卖 88。然后，当天晚上我就回去搜了一下，我自己能接触到的这些工厂，我发现有好多工厂生产这玩意儿。它并不是店里边厨师做的，而是工厂都做好的，拆了袋、解冻之后在锅里面翻一翻就能上了，就是预制菜，成本顶了天也就 10 块钱左右，然后卖 88。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另外一个呢，是醉蟹，生腌蟹，一份是 128。这个也是工厂生产的，成本也挺低的。这就是现在大家都需要找这种“美丽菜”，或者是别人没有的。这个叫出品，或者叫研发端。这一端有很多专门做菜品研发的和做酱料的工厂，他们研发的这些好产品没有出口，信息不对称，信息严重不对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对，你说的就是信息不对称的问题。所以我在这个系统里面，对于上游来说有养殖、有生产加工，对于下游来说有出品。这样包括你甚至可以让 AI 给你设计创意菜，做各种创意。其实原材料、什么加工，在你们上游都是简简单单的。无非就是下面的人也没有啥创意，也整不出来；或者说上面已经整出来了，下面也不知道有这个东西，他也就卖不出去。然后两头都憋着。每个环节都是各自的信息茧房，全把自己包在那了，相互之间谁也不知道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当然我不知道你的行业，我只是瞎说哈。难道你这个行业真这样吗？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是这样，各干各的，相互之间信息不流通，流动性很差。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所以大家都去展会嘛。过两天 10 月 28 号，青岛的鱼博会，算是全球比较大的。也就是说，你们这个行业现在还是主要以线下展会的方式进行信息的交流，是吗？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线下展会、抖音，还有线上的一些检索。所以大家都在做 SEO、做内容、做 GEO，但依然这样，你还是觉得你们这个行业的信息流动性很差。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太差了，里面机会太多了。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哥们，你不用说了。我跟你说个事，你可以对标一下。我 20 年前就开始做军工。你知道打仗这个东西咋回事吗？你想，古今中外这个打仗，第一是残酷？那要死人的，对不对？那以前打仗，那你怎么通信啊？怎么指挥呢？如果只是几个人打几个人，他一眼就能看着，实在不行喊一嗓子也能听着。那你想多兵种协同作战怎么做？以前是狼烟，现在是卫星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要表达意思是啥？你这个行业就属于原始社会的冷兵器时代。是不是按照你的话，还比较原始，开始往热兵器发展？热兵器就是拿枪突突突。但是通信，尤其协同作战，还很弱。这个打仗这个东西，到最后就是海陆空天电协同作战。这样的一个协同作战的大兵团，打那种小游击队，那就纯纯不知道多少个量级的降维打击。他不是说单兵，单兵都挺厉害，你也拿个枪，他也拿个枪，但是人家海陆空天电全方位，最关键是信息协同。协同，最后打仗的效率就高嘛。你那个呢？看也看不见，听也听不着，我也不知道我那个友军哥们儿在哪个山沟子里，相互之间也不了解，都打到啥程度了也不知道，他跑到啥程度了也不知道。为啥在部队里面这个电台很重要？因为它本质上讲就是保证通信。你通信都保证不了，你何谈协同？再说协同，还得说各个军兵种相互之间怎么配套、怎么配合，谁先打第一仗？谁打第二仗？谁主攻？谁在侧翼保护？谁是后期保障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好，你这个行业缺一个指挥。如果要是对标的话，你就对标部队，多兵种协同作战。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对呀，多兵种协同作战。哎，你往这个方向发展就对了。你原来呢？又没技术又没啥的，你整也整不了。好了，现在用 AI 来做这个引擎、做驱动，是有可能就打造一个，就打造出一个你那个行业的多兵种协同作战系统，而且它是用 AI 自动驱动的。你打造个这种东西，你要不会了，你就看看革命片，看看现在战争是怎么打的，就会了。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所以我拿冻品做一个试点，算是我这套系统可以应用在所有的赛道、所有的产品、所有的行业。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好了，但是刚才哥们，我给你对标，你听懂了吧？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明白了。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没啥事，看看那个军事频道，你就知道现在战争是咋打的了。好了，你那个从原始社会直接就跨过那什么，直接干到这。好了，但是你现在一个卡点，如果这一关你要过不去，后面都不成立，就是那个 0 到 1 那个模型。这个模型可不是说拍脑门子拍出来的，你用 AI 去测也没有用，因为你是行业资深人士，你真的得跑出个 0 到 1，你真的得跑出个刚才说那个，哪怕就拿三个品类，哪怕就拿几个小工厂去测，这个模型一旦测通，我认为其他都不是事了。大家伙都渴成啥样了？饿成啥样了？这么好模型，脑瓜削尖往里钻。这肯定的呀。就说你的多头资源或者多头的市场，本质上都是现成的，你又具备一定的整合或者调动的这种影响力，这个都没问题。他们也愿意相信你，但是我得眼见为实，我得正儿八经地看到这个模型跑通。只要一跑通了，你就变成卖方市场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所以我现在一直在着急的是那个应用。我不缺客户，我也不缺用户，无论是上中下游各个环节、各个端，都有大量的人等着，真的等了好长时间。全行业都一样，哪个行业都基本上差不多。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能够看到很多东西？因为做军工。军工就这么说吧，现在好多民用产品其实早些年都是在军工上用的，军工脱密之后再降级到民用市场，都是这么玩的。你想当年我们做的是军队的信息化建设，我抓到了这个。那个时候主要干啥？就是海陆空天电协同作战，都已经干到快到外太空了。所以打仗这个赢输，不是简简单单谁那个冲锋枪、谁那个迫击炮好使，那就太原始了。你这个行业就有点类似。因为有了 AI，你可以直接从原始社会干到多品种协同作战，甚至海陆空。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十二、手工数据、生态图与三类客群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你这个行业现在数字化水平高吗？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我的意思是你这个很多最一线的那些基础信息的来源怎么来？最一线的靠人汇报啊，还是靠啥呀？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两个。你像我，我说的话可信程度还是比较高的。大多数都是手打电话、微信手动记账、手工记账，甚至连财务都没有。这是大多数，大多数的作坊，作坊式的。做大一点的作坊还好，但是工厂获客还是两套：一个是业务员，一个是做营销宣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工厂好一点，工厂有一些 BI 面板，但是那些东西都是摆设。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就是摆设，还是等于没有嘛？就还是纯手工呗。那至少你能找到几家听你话的。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意思手工就手工，这个也没事，它只是解决了一个数据怎么进到你系统中的问题。好，等到大家伙都尝到甜头了，你可以效仿谁呢？效仿苹果。苹果后来是在各个厂家里面自建系统，本质上讲就是负责数据采集，还有品控。你未来都可以，甚至说真要挣钱让他们自己投呗。你不去解决数据采集的问题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是的，你没有数据采集，都靠手工也没问题啊。你跑 0 到 1 这块不需要让他们投入，跑 0 到 1 这块就让他们用手工，手工填也行，对吧？但是关键就得要真实的，不能瞎填。那现在某些东西，比如说客户数据都不需要手工了，可以直接抓啊？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可以啊。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那你不有个录入体？你抓也得他首先得在电脑里头。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在电脑有。就像刚才说的那个 26 万个客户数据，都是现成的客户数据。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啊，能抓住就行。那行，就是自动获客这个阶段，已经是有一些做行业大数据的，但是他做的是各个行业。比如说探迹，探迹它有，但是没有专门做你这个行业的。看尽这种公司，各个行业都有作品。也有像我们这个行业也有倒卖数据的，倒卖客户信息，10 万条大概 2,000 块钱。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其实你要做的是个啥呢？你要做的是一个生态级的 AI 系统的打造，不是行业级的。在你行业内这些数据是公开的、流转的，而不能再做信息茧房。要不然你怎么可能做到多兵种协同呢？协同不了。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这个公开是这样的：我有很多下游客户，你有几百个客户，他有几十个客户，我的客户进系统……你不进系统，我凭什么跟你玩啊？对，有那么多的人，每个人都自己的这个小鱼池，都汇集成了一个大鱼池。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没事的，只要你把 0 到 1 跑通了，我认为意愿的问题不是问题。为啥？因为意愿对他们来讲就是多赚钱吧？你只要能多赚钱就行了吧？能变现，对吧？现在都是自己的东西，自己捂着，捂了半天，反正也没挣几个子儿，还贼辛苦。大家伙如果真的能够……你能建几个小生态的信息共享平台也好，还是一个大数据的新驱动的 AI 系统也好，大家既是内容的生产者，又是价值的共享者，你这个逻辑就做通了呀。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你就记住了，人性都是自私的。那如何解决他愿意加入的问题？最简单就把 0 到 1 跑通，这就最简单。只要一跑通了，其他都不是问题，甚至你自己要建立一个认证和筛选机制。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其实这个问题我一直已经有解决方案，就是做接口，不做掠夺，而是做接口。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你的意思还是……我不需要把你的鱼真正放到我的鱼池，明白，但是可以通过一些接口做交互，变现嘛。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各位来提问题，拍砖，提问题吧。咱们上午就一家啊。倪总实际上就是把 AI 世界和物理世界做接口、做连接，然后通过 AI 的方式，首先降本增效，其次解决人类重复的执行动作。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腾讯视频会议聊天室里有人提到，说你要是画出一个生态图就更清晰了。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我跟你说啊，以前我们做投资的时候，一般要画两个图：第一个行业生态图，第二个盈利模式图，要画出来。你光说不行，你光说有的时候是混乱的，你说半天别人也没听明白。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大概去教你一下这个行业生态图怎么画。行业生态图，第一个要把你自己去掉。一般人这块容易犯个毛病，一上来就把自己放中间，然后咔咔开画。问题就是你是太阳啊，大家伙都围绕着你转呐？画一个行业生态图，先忘掉自己。这个时候你就得逼着自己想了：我是哪个行业？我到底是哪个行业？其实很多人想不明白你是哪个行业，包括你要干这个事，你还是不是这个行业，这都不一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画一个行业，首先图分上中下，每个位置又分成了多少个赛道？每个位置又有多少参与者？每一个参与者大概的盈利方式是个啥？他提供什么样的产品或者什么服务？刚才你说到的从最开始可能就是鱼苗，那鱼苗、饲料、免疫，乱七八糟的这些，然后再到养殖场，对不对？养殖场下游就是加工厂，加工厂下游就是各种 B 端的场景了，甭管是餐饮，还是代理商，还是零售，完了再往下才是老百姓，对不对？对，他这个叫上中下。好了，那上中下中间又分了好多好多赛道，每一个赛道又分了上中下，每一个位置你在国内又能至少找出 5 大家，你甚至可以找出 10 家，对不对？好，他们之间到底啥关系？什么特色？等等等等。好了，这是第一张图，叫行业生态图。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第二张图画一个以你为中心的行业生态图。你看这就不一样了。但是你现在的位置，你到底是属于啥？如果按照行业生产什么角度讲，你可能是所有他们现有的上游，你提供啥？你是提供整个的 AI 服务的、AI 基础设施的，对不对？你就不单纯是哪个具体位置的，你是所有人的上游，你甚至是一个行业的如来佛的视角，你懂我意思吧？你既在给行业搭建新的基建，又给行业搭建新的游戏规则，又给行业输出新的价值。当然了，行业也给你输出价值。你既可以在行业上赚钱，你也可以不在行业身上赚钱。行业你完全免费，但是你形成了大量的现金池，形成了大量的行业 AI、数字资产，那这些东西是你变现的方式。这就是为啥要让你画盈利模式。那有的人上来就是，反正我插了个啥卖给你，完了我成本是多少，扣掉完之后……你还是在那套卖软件的方式、卖 SaaS 的方式。那你可以往后端走，也就是说我在行业上根本不赚钱，我在别的车上赚钱，对，对吧？这样的话你就能逐渐画出自己的盈利生态图了。你可以是一个线性的，你也可以是个生态的。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所以这就解决了他们没听懂、没看懂的问题，把它画出来。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小董总有问题吗？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我想法就是从你的客群出发。你看你现在有 C 端，有 B 端，就是有这个餐饮这一块的，是吧？那可能还有政府类的，你没有提到政府类的，政府类的那种大食堂呀，或者是学校，也有，是吧？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对，这个封闭渠道。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这种封闭渠道，当然了，针对于不同的客户群体，就这三类人吧？他们的诉求可能不一样。其实老百姓呢？我就得吃好，是吧？然后你如果说这个餐饮的话，他就更多考虑这个成本。如果说这种封闭渠道的话，更多的可能在考虑健康。他考虑的什么你最清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是，我只是提了有这种可能。那如果说在这三位里边让你挑一位，比如说我就是瞄准餐饮这一块了，以他这个点，以他的核心需求，他可能他的需求也有 1、2、3，对吧？然后集中他这个 1、2、3 的需求，然后开始往上捋。比如说他的上游，你是厂家也好，是养殖也好，再到饲料也好，再到一直捋到头，甚至到这个饲料的研发，到底这一条链他怎么才能在满足他这个基础上更科学？然后把这个链条的成本也好、效率也好、安全也好，把它压缩到最短，就是这个价值最大化嘛。当然了，从这一条拿出来一个，最终能形成一个你的品牌。就相当于你用这个小闭环做了你这个独立的一个品牌。当你这个品牌立住了之后，这就是一个你的样板间。然后这个品牌得到社会的认可，当你这个品牌立住了之后，后边这个资金这个事，我觉得就会简单一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你们这个封闭式渠道这一块，这个回款周期是不是就会更好控制一些？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封闭渠道一般情况，一个是团餐，像学校食堂，这种规模比较大，但是一般有账期；第二类是军工或者政府集采，这种也是有账期。这种有账期的叫封闭渠道。这个封闭渠道是需要通过一些关系、人脉，或者是一些特殊的维护、关系资源才能够进入的，这种叫封闭渠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其实刚才这个问题它涉及到三个层面。第一个层面，我用一句话讲，叫“成年人不做选择，全要通吃”。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我还以为成年人只做选择。你是通吃，哈哈哈，更狠。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只有通吃才能真正的把边际成本降到最低，把效率提到最高。这里面有好几个。第一个维度是交付维度。比如说青岛那边所有的目标客户，我们全部拿下，全部吃掉。那这就要求我们在上中下游要有极强的专业度。极强的专业度是指某个单品，像黑鱼，我们要做到最专业，不光是在中国最专业，还要在全世界最专业，从鱼苗到养殖到生产加工再到流通，每个环节都做到极致。流通环节，仓储费用、运输成本降到最低；生产的环节，生产效率最高，研发最牛，不光是在国内，是从整个世界。所以做到最专业的前提之后，我们的产品才会非常丰富，能够满足各种各样的人的需求，无论是个人还是团餐，还是要质量好的、要价格低的，以及像那个老挝、缅甸、非洲这种，他们要的那种很便宜很便宜的货都能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聊这三个客群是啥意思呢？其实后边还有半段，就是你这个行业我感觉是一个非常压资金的行业。如果说它转起来的话，有点儿类似于大宗那个感觉吗？如果说你的封闭式渠道，你的账期是稳定的，大资本他就比较好进。如果说这个是 C 端的客人，有的时候我不知道你那个账期是怎么控制的、怎么控制得安全？你如果说拿自己的资金去玩，或者是拿一个小资金去玩的话，那他对这个账期就看你那个控制的能力了。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做的并不是生意，而是生态。这个生态我不需要有店，我也不需要有配送车，我也不需要有冷库，我也不需要有生产，我也不需要去谈客户，我甚至连业务员都不需要，我什么都不需要。这是我做这个事的第一个理由，理由是无我，我不需要。但是在这不需要里面，我又做了很多事情，叫衔接，从无到有，从 0 到 1。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刚才说的一个点叫资金，在封闭渠道里面资金是非常非常重的。这非常重的有三端：第一个是关系人脉，第二个是资金，第三个是标准，像配送标准、温度标准，还有他们的要求标准，各种标准。这三个非常重要。这些事我不需要参与，我也不需要趟这些浑水。我要是做执行者，那我这个事就做不起来。但是做这些事的人现成的很多：有钱的人多的是，给他们供货的现成的多的是，想要供货的以及现在供货的多的是，和他们关系好的、整天吃喝拉撒在一块的也多的是。各行各业，我们只需要合理地去做衔接就可以，而不是要跟任何人抢客户，而是要给他们加持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这里边有一个问题，就是说你可以不做交付，但是你得有解决方案。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对，我的解决方案。你给的解决方案就好。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是的，因为每个环节我都有解决方案，并且解决方案都不一样。比如说对于 B 端的客户来说，他需要的解决方案有……咱们能马上说出来的第一个需要资金，我能解决资金，因为我的入口还有一个资金端入口。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曹老师，前段时间问我一句话：要不要上市？其实他是有很多个模块，可以单独摘一些模块出来上市。但是在这个行业里面如果玩得好的话，根本就不缺钱，能沉淀非常大的资金。有很多资金，比如在两周之前、上周的上周，银行行长跟我聊，他们所里边就有大量的资金。就像农垦，农垦有三个多亿的资金，没地方花，不知道怎么花，他们的资金成本也非常低，他们需要找这个出口。那有很多缺钱的、需要资金的，他们需要入口。我们就是做衔接嘛。所以我们不需要执行，但是我们需要把这些执行者串起来，连成一个生态，形成一个闭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们现在的问题，第一是信息茧房，信息都阻塞，这是个问题；第二个呢？根本没有协同，对吧？因为你最多最多服务的是终端吧？甭管这个吃饭人是谁。就是整个行业的协同能力太弱了。但是前提是信息要打通。实际上这个行业很多地方都可以炸出好多水来，这个利益非常多。你想想，人嘛，衣食住行，民以食为天，这个量的问题都不用考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告诉你啊，信息茧房和信息不对称，不完全是一个概念。啥叫信息茧房？你要刷抖音，抖音总给你推你想看的东西，这就叫茧房。就是作茧自缚。什么概念呢？就是你所知道的、了解的，包括你想了解的，包括这个世界给你的，都是那些你想知道的东西。外边的世界你连知道都不知道，别人也不让你知道，就把自己封闭起来，这叫茧房。它不是个简简单单不对称的问题。不对称是啥呢？这是我知道、你不知道，这叫不对称。但是你不让我知道呢？也可能是我自己不想知道呢？这就叫茧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不要打破任何人的温柔乡，因为一旦你想去打破，你就是对他来说是在耍流氓。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我没想打破别人，我想打破我的。哈哈哈，你已经打破了，你已经融到了整个青岛市 AI 密度最大的一间房。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那我是不是进了另外一个茧房了？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没有，你进到另外一个世界。还不叫茧房。今儿想要打破自己、突破自己，最简单的方式就是跳出来。首先你要归零，把自己完全地从本体脱离出来，然后再去看自己，上帝视角。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十三、现场拍砖：降本增效、革命与闭环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我刚才听了谁倪总讲的这个。我觉得你就是做 AI 的话，你的根本的发点还是从这个增效降本。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不是，我其实是在做链接。这个链接之前是用人去做链接，或者用软件、用工具，但是这些工具没有思维，没有推理，没法变通，但是 AI 能解决这些问题。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给你归纳一下它的问题啊，我就说了一句话，哈哈哈，它的问题是降本增效。好了，但是它的问题有一个问题：它是在给你自己的企业降本增效，还是说你用这套体系给整个行业降本增效？他的一个问题就是，他认为你是在给整个行业降本增效，这是对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首先，降本增效是基础；第二，认知升维。请江总出席，哈哈哈。先认知升维，然后升维谋局。有了方向，有了高度，才能知道自己该怎么打、怎么用枪。就像这个打仗一样，你让我知道怎么打、打谁，先战略，再战术，然后再研究枪。其实董哥刚才说的是枪。降本增效是枪，是工具。我在工具层面上就是自动化，能用 AI 解决的全用 AI 解决。现在什么行为准则、宪法，还有封装的应用，我都在不断地尝试、不断地打磨。在工具层面上，这些都是降本增效。最直观的就是自动化能够取代人的简单重复机械劳动，比如说获客、客户聊天，还有报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白，这我懂，就是刚才曹教练确实太了解我了。我想问的就是，你一个降本增效，除了帮助你自己企业，其实你是想帮助整个生态，这是聚焦点。但是就有一个疑问，接着咱们不针对什么，就是针对这个事：你这个想法很对，就像毛主席去创业一个道理，最难统一的是思想。你想的可能是好事，但是别人不这么想。你举个最现实的例子，最近我不知道你关注没有，也是你们食品行业，就是老干妈用了 AI 大量地建那个辣椒视觉筛选，结果网上现在一顿骂。那你做这个事的话，你会不会同行骂你，甚至老百姓会骂你？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嗯，这件事实际上是动了很多人的利益和蛋糕。就像周鸿祎的 360 杀毒免费，一个是动了很多人的蛋糕。想要成事，必须得革命，先革自己的命，再革赛道的命，然后再慢慢地往上升，一步一步来。我们不需要让任何人跟着我们去干什么，我们也不需要改变任何人，但是我们可以制定自己的游戏规则和自己的生态。愿意加入生态的就跟着我们一块去打，不愿意加入生态的，那只能会被淘汰掉或者被打死。这是非常现实的问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像现在做冻品工厂，他们的命就是客户、就是订单。客户是存量的蛋糕，就那么多。客户被谁吃掉？那比竞品就会少一个客户。所以蛋糕谁先吃、谁吃得多，别人就会吃得少。让一部分人先富起来，这是邓爷爷讲过的话。我们不需要让所有人都觉醒，只需要让一部分能够想觉醒的觉醒，然后再去带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吴总，有问题吗？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这个你有计划多长时间能做出来吗？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好问题。嗯，第一个财务数据是这个意思吗？还是说第一个闭环呢？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第一个闭环呗。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其实我把它拆解成了 n 多个小闭环，我现在先整一个，先整一个。哥们，先整一个，对，整一个。千万别贪多，一贪多就废了。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对，主要的。做基础配置，对，这个基础配置包括 AI 的体感，就是相互之间的协同。这是一个小闭环，我现在已经感觉已经闭环了。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是第一步，也是最重要的一步，也是最……你再给行业打基础设施，现在打了 26 天了，这已经非常快了。哥们，我们干 7 个月了好吗？你才干一个月。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就是自动化，包括获客、报价、维护、产品的上下架，还有这些内容矩阵等等这一些传统工具的一些活。现在我在打磨这个事。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这个大概需要多久？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这个，我做事情前面用了一个月了。就这个事你再用多久？大概你感觉这样就很快了。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比如说我的 AI 军团一共有 36 个，昨天又增了两个。我不需要一个一个管，我只需要管一个，然后这一个再去管这些 AI。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今天我发现件事。比如说我让我的总指挥去做一件具体的事，比如他做一个 UI，就是视觉设计层面的，他做得可能不是特别好，非常拉胯。然后我就想到一个招：让他新建、搭建一个 agent，然后我再配合他把这个 agent 再优化，再让这个 agent 全网学习、全网萃取、全网蒸馏，让它变成一个设计专家。我发现它就比这个指挥官活干得要好。这又是一个小闭环。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然后还有验收和审计。验收非常非常重要。你让 AI 自己干，让他自己验收，可能有的事情考虑不到，但是你要加验收官，要多层验收，而且要多层审计。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没……不要展开啊，刚才你说了太多废话。人家吴总的意思就是，你完成第一个闭环。这个闭环你要记住啊，什么叫闭环？不是你哪个小事的闭环，这不是废话吗？是第一个商业闭环。你要给一个行业去做一个整体的 AI 系统，对吧？好，我们刚才说了，你拿出几个品类，几个品类相当于几个垂直赛道，这个垂直赛道就有上中下。你的这个 AI 系统围绕着这个赛道的上中下能够跑出，让它从收入降低成本、降低费用、增加利润，这个事儿叫闭环。你跑到这，而不是说的我今天干了个工具，明天整个 agent，后天又咋咋地的，这个不叫，那个叫基础设施。就像说你开公司似的，我先选址，然后又整个驾照，不是，整个营业执照，又雇俩人，又给他们培训，这才是刚刚开始。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啥叫闭环？闭环是出去出差了，卖货了，回来呢？把钱弄回来了，钱到账了，这个才叫闭环，听懂了吗？是到那块啊。刚才吴总问的问题应该是这个闭环的时间，是吧？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对，大概需要多久？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我感觉用不了一个月吧。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行，一个月啊。好，从你 10 月 1 号开始再用一个月，是吗？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好，到 11 月，12 月 1 号之前，12 月 1 号之前一共耗时两个月。你认为这两个月能让你的某一个赛道里边的老板们挣到钱，是这意思吧？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好了，那就是11 月底，再来一个月。OK 啊，那好了，从你开始学，一直到你真正把闭环跑通，一共耗时两个月。小闭环耗时两个月，但是大系统，不，小闭环就是让你某一个赛道里边的老板们开始赚到钱了，这就叫闭环，我说的是这个标准。直接说你的系统多么庞大，还是多么简单，这个不重要。到这块，你说还有一个月，对不对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呃，应该一个月差不多。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我总结一下啊。你们在听他讲的时候，实际上不要去细琢磨他的行业属性，确实是隔行如隔山，这个肯定是。他这个行业就是 X，咱们剖析他的时候也在剖析你，你把他的行业换成你的，不就是一样的吗？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里面有几个点。第一个点，就是你要非常了解这个行业，这是前提。你让我去分析他行业，那我肯定二百五都不如，对不对？我们不了解那个行业。所以，了解行业，在这个行业深耕多少年？你非常资深。什么叫资深？黑白两道，各种明里暗里的，你啥都得知道，然后你也得真正去干过这些事，这是前提。如果说你对行业的了解、认知非常有限，你是干不了这种事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第二，深挖行业现在谁也解决不了的痛点。当然了，你们说话有个问题，总是描述现象，应该尽可能地总结规律和本质。因为你说 100 个现象，可能它就一个本质。比如他的本质是啥？他的信息不流动。在这个行业，按照他的说法，这很原始，别看那么庞大，每一家稍微像样的公司营业额都得是以亿为单位，一个亿、10 个亿、几十个亿。别看那么多亿，其实毛利水平也不高，因为生产加工各方面很初级。按照他话讲就是很原始，原始到啥程度呢？通信基本靠吼，大概就是这个意思。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就是行业里面没有一个比较规范、比较有权威的共享的数据。这些数据仅靠大家伙的体感，哥们几个喝酒的时候分享分享。然后上下游之间可能这个数据也不流通，也就是说中间的不知道上边的，下面的又不知道中间的。整个行业的信息很滞缓，是不是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呢，就是行业没有形成协同，都是各干各的。明明这个玩意儿很挣钱，明明那个工厂好几年前就整出来了，但是他就不知道。好不容易抓着一个好的菜品，哎，这么火呢，一查工厂早就整出来了，放好几年了。你看，这不就是因为信息不流畅吗？大家伙配合不了，没有办法协同。这是行业的这个问题。因为不协同，造成了整个行业的效率低下，资源又浪费，挣的钱反正都少，在国内、国际上更没有竞争力，是不是这意思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对。但实际上这是个特别特别庞大的市场，市场太大了。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这是他的一个痛点的挖掘，一定要往根上挖。这些个问题你就可以总结为数字化程度太低了，对吧？好，那再说他的解决方案。解决方案大的方向来讲，原来的信息主要靠吼，人和人的传递，对不对？好，以后由 AI 做内核，开发一套系统，找那些愿意跟他混的这些厂子一块弄，然后信息共享，然后信息自动化匹配、自动生成，甚至可以让你行业的 AI 大脑给全行业自动生成点什么东西，他要达到这个目的。因为他这还有个问题，行业有个现状，就是从业人员的综合素质，包括文化素质可能普遍偏低，这也是个现状。那好了，让他们自己去闯、想创意、想什么东西有点困难，好，让 AI 去做，就相当于给整个行业配了一个 AI 军师，然后干这事。这就是解决方案。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好，那从执行的角度讲，他的理想可以很远大，但他有个特别严重的卡点。必须做一个 0 到 1，必须最后给我落到数上。因为只有这个模型跑通了，那些老板们才能看到：这玩意儿有没有前途？这玩意儿行啊，这挣钱了。好了，他才愿意跟你混，要不然他凭啥呢？本来他们认知水平就低。那只能让他眼见为实。所以你必须把这模型跑通。跑通之后，我认为其他都不是问题，因为这个行业的从业者太多了，都已经苦得不行了，一旦见到阳光了，那咔咔往前扑。所以说这个是卡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至于说他怎么赚钱，我个人觉得，给行业赋能，你甚至可以做免费。当然了，到后期你是卖方市场，也可以收费，因为只要跟他混就意味着多赚钱，那干嘛不收费呢？但是这个收费也是小钱，他挣钱在后头，有两个大的层次。一个就是这个行业的现金流老好了，真的，他一定是个现金流特别好的行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，前面你给行业提供服务，大家伙交会费呀、交托管呢，你就能够赚到很多基础设施和基础设施服务的钱，这个没毛病。第二个，是否能够合规合法地形成一个持续不断的现金池，而且你是行业性的，可不是某一家企业。他能做到行业级的现金池，一旦这个现金池能够存在，只要你别违规违法，其实好多事可以做好。在我看来，最值钱的是行业数字资产。为啥？因为他这个行业目前按照他的说法，没有数字资产，几乎没有，没有系统性的、规模化的。好，如果你这个东西能够做到的话，你想，你那个数据是源源不断产生的，对吧？然后这个数据又可以源源不断地指导你们这个行业的实践。它是有价值的，它可以形成这个闭环。这个数字资产最后老值钱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好，你的企业可以往上进一步地走，甭管你愿不愿意资本化。资本化也不一定上市哈，就是你的企业价值会迅速往上涨。这些企业价值就可以变现，对吧？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行了，这就是总结。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其实咱现在记住啊，我现在还没有到说让你们非得把它写成 BP。其实都是梳理。梳理好之后写 BP 快了，AI 一会儿就行了。不像我们之前，我们之前一个字一个字写很费劲。现在不是啊，AI 给我出了个骨架，让我填它。现在来讲就是第一步先把思路理清。因为我们理的不是一个传统的东西，我们理的是在 AI 时代这个大的背景之下，AI 的解决方案。咱们理的是这个。所以你思路是先明白。包括他这些卡点，我不给他抠的话，他的卡点他都不知道。别人也一样。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再一个，这个项目可以是你真的想为之奋斗 20 年的项目，也可以是你先想的这个，无所谓。因为现在咱们更多还是在练。你可以说那玩意儿我就干 20 年，也可能说我还没想好呢，我先拿它练练手，这都可以。只要你思路没问题了，能力没问题了，你啥时候找到合适的那个项目了，再发力。没有了吧？大家伙不要有心理负担啊。行了，没问题，是吧？下课。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