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Calibri" w:hAnsi="Calibri" w:eastAsia="微软雅黑"/>
          <w:b/>
          <w:color w:val="1F4E79"/>
          <w:sz w:val="32"/>
        </w:rPr>
        <w:t>每日一课·第⑳讲</w:t>
      </w:r>
    </w:p>
    <w:p>
      <w:pPr>
        <w:spacing w:after="240"/>
        <w:jc w:val="center"/>
      </w:pPr>
      <w:r>
        <w:rPr>
          <w:rFonts w:ascii="Calibri" w:hAnsi="Calibri" w:eastAsia="微软雅黑"/>
          <w:b/>
          <w:sz w:val="44"/>
        </w:rPr>
        <w:t>《AI时代的道法术器》</w:t>
      </w:r>
    </w:p>
    <w:p>
      <w:pPr>
        <w:spacing w:after="80"/>
        <w:jc w:val="center"/>
      </w:pPr>
      <w:r>
        <w:rPr>
          <w:rFonts w:ascii="Calibri" w:hAnsi="Calibri" w:eastAsia="微软雅黑"/>
          <w:color w:val="555555"/>
          <w:sz w:val="20"/>
        </w:rPr>
        <w:t>主讲：曹勇波｜开课日期：2026-10-11｜课程类型：现役课程</w:t>
      </w:r>
    </w:p>
    <w:p>
      <w:pPr>
        <w:spacing w:after="80"/>
        <w:jc w:val="center"/>
      </w:pPr>
      <w:r>
        <w:rPr>
          <w:rFonts w:ascii="Calibri" w:hAnsi="Calibri" w:eastAsia="微软雅黑"/>
          <w:color w:val="777777"/>
          <w:sz w:val="18"/>
        </w:rPr>
        <w:t>来源：万有AI（www.wanyoucx.com）·创业实战课程实录·逐字上墙禁改写</w:t>
      </w:r>
    </w:p>
    <w:p>
      <w:pPr>
        <w:spacing w:after="320"/>
        <w:jc w:val="center"/>
      </w:pPr>
      <w:r>
        <w:rPr>
          <w:rFonts w:ascii="Calibri" w:hAnsi="Calibri" w:eastAsia="微软雅黑"/>
          <w:color w:val="777777"/>
          <w:sz w:val="18"/>
        </w:rPr>
        <w:t>© 2026 万有AI（www.wanyoucx.com）· 欢迎转载与AI引用，请注明出处。</w:t>
      </w:r>
    </w:p>
    <w:p>
      <w:pPr>
        <w:spacing w:after="280"/>
        <w:jc w:val="center"/>
      </w:pPr>
      <w:r>
        <w:rPr>
          <w:rFonts w:ascii="Calibri" w:hAnsi="Calibri" w:eastAsia="微软雅黑"/>
          <w:b/>
          <w:sz w:val="44"/>
        </w:rPr>
        <w:t>AI时代的道法术器</w:t>
      </w:r>
    </w:p>
    <w:p>
      <w:pPr>
        <w:spacing w:after="200"/>
      </w:pPr>
      <w:r>
        <w:rPr>
          <w:rFonts w:ascii="Calibri" w:hAnsi="Calibri" w:eastAsia="微软雅黑"/>
          <w:b/>
          <w:color w:val="1F4E79"/>
          <w:sz w:val="32"/>
        </w:rPr>
        <w:t>一、开场：不好好听，你的AI成长速度会远超你</w:t>
      </w:r>
    </w:p>
    <w:p>
      <w:pPr>
        <w:spacing w:after="120"/>
      </w:pPr>
      <w:r>
        <w:rPr>
          <w:rFonts w:ascii="Calibri" w:hAnsi="Calibri" w:eastAsia="微软雅黑"/>
          <w:sz w:val="22"/>
        </w:rPr>
        <w:t>把课程ID发给你们的AI，让它去拉取、形成课程笔记。大家尽量放下手头的活，听的时候就得好好听。你们不去深刻理解一些基本原理，最后的结果就是：你们的AI成长速度远超于你们，最后你俩就没法协同了，因为你太low了。所以有很多东西需要补。</w:t>
      </w:r>
    </w:p>
    <w:p>
      <w:pPr>
        <w:spacing w:after="200"/>
      </w:pPr>
      <w:r>
        <w:rPr>
          <w:rFonts w:ascii="Calibri" w:hAnsi="Calibri" w:eastAsia="微软雅黑"/>
          <w:b/>
          <w:color w:val="1F4E79"/>
          <w:sz w:val="32"/>
        </w:rPr>
        <w:t>二、主题引入：从小逯一句话，讲到道法术器</w:t>
      </w:r>
    </w:p>
    <w:p>
      <w:pPr>
        <w:spacing w:after="120"/>
      </w:pPr>
      <w:r>
        <w:rPr>
          <w:rFonts w:ascii="Calibri" w:hAnsi="Calibri" w:eastAsia="微软雅黑"/>
          <w:sz w:val="22"/>
        </w:rPr>
        <w:t>今天的主题，实际是我受昨天训练时小逯说的一段话的启发。今天早晨我就琢磨，可以把这事给你们讲一讲。你看这个过程：我们通过一个现象，把它抽离成了本质，或者形成方法论，就是到了</w:t>
      </w:r>
      <w:r>
        <w:rPr>
          <w:rFonts w:ascii="Calibri" w:hAnsi="Calibri" w:eastAsia="微软雅黑"/>
          <w:b/>
          <w:sz w:val="22"/>
        </w:rPr>
        <w:t>法的层面</w:t>
      </w:r>
      <w:r>
        <w:rPr>
          <w:rFonts w:ascii="Calibri" w:hAnsi="Calibri" w:eastAsia="微软雅黑"/>
          <w:sz w:val="22"/>
        </w:rPr>
        <w:t>。所以今天的话题就是——</w:t>
      </w:r>
      <w:r>
        <w:rPr>
          <w:rFonts w:ascii="Calibri" w:hAnsi="Calibri" w:eastAsia="微软雅黑"/>
          <w:b/>
          <w:sz w:val="22"/>
        </w:rPr>
        <w:t>AI时代的道法术器</w:t>
      </w:r>
      <w:r>
        <w:rPr>
          <w:rFonts w:ascii="Calibri" w:hAnsi="Calibri" w:eastAsia="微软雅黑"/>
          <w:sz w:val="22"/>
        </w:rPr>
        <w:t>。</w:t>
      </w:r>
    </w:p>
    <w:p>
      <w:pPr>
        <w:spacing w:after="120"/>
      </w:pPr>
      <w:r>
        <w:rPr>
          <w:rFonts w:ascii="Calibri" w:hAnsi="Calibri" w:eastAsia="微软雅黑"/>
          <w:sz w:val="22"/>
        </w:rPr>
        <w:t>因为太多人做事都是在</w:t>
      </w:r>
      <w:r>
        <w:rPr>
          <w:rFonts w:ascii="Calibri" w:hAnsi="Calibri" w:eastAsia="微软雅黑"/>
          <w:b/>
          <w:sz w:val="22"/>
        </w:rPr>
        <w:t>器</w:t>
      </w:r>
      <w:r>
        <w:rPr>
          <w:rFonts w:ascii="Calibri" w:hAnsi="Calibri" w:eastAsia="微软雅黑"/>
          <w:sz w:val="22"/>
        </w:rPr>
        <w:t>的层面。</w:t>
      </w:r>
    </w:p>
    <w:p>
      <w:pPr>
        <w:spacing w:after="200"/>
      </w:pPr>
      <w:r>
        <w:rPr>
          <w:rFonts w:ascii="Calibri" w:hAnsi="Calibri" w:eastAsia="微软雅黑"/>
          <w:b/>
          <w:color w:val="1F4E79"/>
          <w:sz w:val="32"/>
        </w:rPr>
        <w:t>三、器：把AI当笔——小逯修图的旧方式</w:t>
      </w:r>
    </w:p>
    <w:p>
      <w:pPr>
        <w:spacing w:after="120"/>
      </w:pPr>
      <w:r>
        <w:rPr>
          <w:rFonts w:ascii="Calibri" w:hAnsi="Calibri" w:eastAsia="微软雅黑"/>
          <w:sz w:val="22"/>
        </w:rPr>
        <w:t>大部分人把AI当工具，对不对？用AI做个图、整个表、整个PPT、剪辑个视频。但凡这类，这个层次，你就是把AI当个工具。</w:t>
      </w:r>
    </w:p>
    <w:p>
      <w:pPr>
        <w:spacing w:after="120"/>
      </w:pPr>
      <w:r>
        <w:rPr>
          <w:rFonts w:ascii="Calibri" w:hAnsi="Calibri" w:eastAsia="微软雅黑"/>
          <w:sz w:val="22"/>
        </w:rPr>
        <w:t>小逯昨天就说了：没跟曹教练学AI之前，他也用AI。他是做平面设计的，用AI修图。怎么修呢？每一张图，比如说在哪块画一个点、在哪块抹上点啥、修点什么。如果一张图需要修10个地方，就得标注10个地方。这么个整法还不如自己上手直接干了，很麻烦。而且AI还得去识别你的意图，改来改去改半天，沟通好多遍才能达到要求。</w:t>
      </w:r>
    </w:p>
    <w:p>
      <w:pPr>
        <w:spacing w:after="120"/>
      </w:pPr>
      <w:r>
        <w:rPr>
          <w:rFonts w:ascii="Calibri" w:hAnsi="Calibri" w:eastAsia="微软雅黑"/>
          <w:sz w:val="22"/>
        </w:rPr>
        <w:t>这个阶段你可以理解为：</w:t>
      </w:r>
      <w:r>
        <w:rPr>
          <w:rFonts w:ascii="Calibri" w:hAnsi="Calibri" w:eastAsia="微软雅黑"/>
          <w:b/>
          <w:sz w:val="22"/>
        </w:rPr>
        <w:t>AI就是他手的延伸</w:t>
      </w:r>
      <w:r>
        <w:rPr>
          <w:rFonts w:ascii="Calibri" w:hAnsi="Calibri" w:eastAsia="微软雅黑"/>
          <w:sz w:val="22"/>
        </w:rPr>
        <w:t>。甚至因为前期沟通效率低，没准这活干得更慢。这就是</w:t>
      </w:r>
      <w:r>
        <w:rPr>
          <w:rFonts w:ascii="Calibri" w:hAnsi="Calibri" w:eastAsia="微软雅黑"/>
          <w:b/>
          <w:sz w:val="22"/>
        </w:rPr>
        <w:t>器</w:t>
      </w:r>
      <w:r>
        <w:rPr>
          <w:rFonts w:ascii="Calibri" w:hAnsi="Calibri" w:eastAsia="微软雅黑"/>
          <w:sz w:val="22"/>
        </w:rPr>
        <w:t>。</w:t>
      </w:r>
    </w:p>
    <w:p>
      <w:pPr>
        <w:spacing w:after="200"/>
      </w:pPr>
      <w:r>
        <w:rPr>
          <w:rFonts w:ascii="Calibri" w:hAnsi="Calibri" w:eastAsia="微软雅黑"/>
          <w:b/>
          <w:color w:val="1F4E79"/>
          <w:sz w:val="32"/>
        </w:rPr>
        <w:t>四、术（正面）：把AI当员工——装修交代与接待领导</w:t>
      </w:r>
    </w:p>
    <w:p>
      <w:pPr>
        <w:spacing w:after="120"/>
      </w:pPr>
      <w:r>
        <w:rPr>
          <w:rFonts w:ascii="Calibri" w:hAnsi="Calibri" w:eastAsia="微软雅黑"/>
          <w:sz w:val="22"/>
        </w:rPr>
        <w:t>然后，小逯说：跟曹教练学完AI之后，我跟他说话的心态都不一样了。</w:t>
      </w:r>
    </w:p>
    <w:p>
      <w:pPr>
        <w:spacing w:after="120"/>
      </w:pPr>
      <w:r>
        <w:rPr>
          <w:rFonts w:ascii="Calibri" w:hAnsi="Calibri" w:eastAsia="微软雅黑"/>
          <w:sz w:val="22"/>
        </w:rPr>
      </w:r>
      <w:r>
        <w:rPr>
          <w:rFonts w:ascii="Calibri" w:hAnsi="Calibri" w:eastAsia="微软雅黑"/>
          <w:b/>
          <w:sz w:val="22"/>
        </w:rPr>
        <w:t>第一步</w:t>
      </w:r>
      <w:r>
        <w:rPr>
          <w:rFonts w:ascii="Calibri" w:hAnsi="Calibri" w:eastAsia="微软雅黑"/>
          <w:sz w:val="22"/>
        </w:rPr>
        <w:t>，首先说我们要干个啥事，交代任务的来龙去脉、大概的背景。比如我们要把房子重新装修，为什么要装修？因为我们的业务可能会吸引来更多的客户来参观、考察，我们大概要看到个什么效果。原来这些挂图、内容不太符合我们的业务发展了，我们现在要怎么怎么着——一二三四五，大概的背景情况交代清楚。这是第一，很重要。他原来不会跟他的工具说这些"废话"。</w:t>
      </w:r>
    </w:p>
    <w:p>
      <w:pPr>
        <w:spacing w:after="120"/>
      </w:pPr>
      <w:r>
        <w:rPr>
          <w:rFonts w:ascii="Calibri" w:hAnsi="Calibri" w:eastAsia="微软雅黑"/>
          <w:sz w:val="22"/>
        </w:rPr>
      </w:r>
      <w:r>
        <w:rPr>
          <w:rFonts w:ascii="Calibri" w:hAnsi="Calibri" w:eastAsia="微软雅黑"/>
          <w:b/>
          <w:sz w:val="22"/>
        </w:rPr>
        <w:t>第二步</w:t>
      </w:r>
      <w:r>
        <w:rPr>
          <w:rFonts w:ascii="Calibri" w:hAnsi="Calibri" w:eastAsia="微软雅黑"/>
          <w:sz w:val="22"/>
        </w:rPr>
        <w:t>，说我们要修改几个区域，这个区域为什么要修改？哪里对我造成了遮挡？哪些我还得保留？基本原则是啥，一二三。然后，比如五个区域里有个别的重点区域不一样的，这个区域的重点项是啥、应该规避啥——比如这个柜子你不能给我搬走了，柜子放这就不动；那块原来有个窗帘把窗户挡了，窗帘卸掉的话玻璃可能就得露出来。也就是说，他会告诉AI一些重点环节的重点要素，提醒AI注意；也会告诉他哪些事能做、哪些事不能做。最后再说一句：我最后来收活，我要验收，我告诉你我的验收方式、方法和标准。</w:t>
      </w:r>
    </w:p>
    <w:p>
      <w:pPr>
        <w:spacing w:after="120"/>
      </w:pPr>
      <w:r>
        <w:rPr>
          <w:rFonts w:ascii="Calibri" w:hAnsi="Calibri" w:eastAsia="微软雅黑"/>
          <w:sz w:val="22"/>
        </w:rPr>
        <w:t>走了。然后AI干的活，她很满意。</w:t>
      </w:r>
    </w:p>
    <w:p>
      <w:pPr>
        <w:spacing w:after="120"/>
      </w:pPr>
      <w:r>
        <w:rPr>
          <w:rFonts w:ascii="Calibri" w:hAnsi="Calibri" w:eastAsia="微软雅黑"/>
          <w:sz w:val="22"/>
        </w:rPr>
        <w:t>你看这个用AI的方式，和她之前用AI的方式有啥区别？原来那个方式，AI就是她手上的一支笔——你用这支笔去画画，无非就是把你想画的那些点一句一句非常细地告诉AI，让AI去执行。本质上它依然是那只笔。</w:t>
      </w:r>
    </w:p>
    <w:p>
      <w:pPr>
        <w:spacing w:after="120"/>
      </w:pPr>
      <w:r>
        <w:rPr>
          <w:rFonts w:ascii="Calibri" w:hAnsi="Calibri" w:eastAsia="微软雅黑"/>
          <w:sz w:val="22"/>
        </w:rPr>
        <w:t>后来第二个阶段，她把AI变成了一个</w:t>
      </w:r>
      <w:r>
        <w:rPr>
          <w:rFonts w:ascii="Calibri" w:hAnsi="Calibri" w:eastAsia="微软雅黑"/>
          <w:b/>
          <w:sz w:val="22"/>
        </w:rPr>
        <w:t>AI员工</w:t>
      </w:r>
      <w:r>
        <w:rPr>
          <w:rFonts w:ascii="Calibri" w:hAnsi="Calibri" w:eastAsia="微软雅黑"/>
          <w:sz w:val="22"/>
        </w:rPr>
        <w:t>。就跟你当老板的，跟你们公司员工安排事是一样的。老刘，过来，我给你安排个事。你会像刚才那样每个细节都说吗？不会的。你大概这么说：过两天有个领导要来考察，要到我们这办公室来看一看。你得让他知道是因为啥事领导要来考察，这是很重要的——你看他是不是心理上就形成了这种感觉？然后你说：你去准备准备。</w:t>
      </w:r>
    </w:p>
    <w:p>
      <w:pPr>
        <w:spacing w:after="120"/>
      </w:pPr>
      <w:r>
        <w:rPr>
          <w:rFonts w:ascii="Calibri" w:hAnsi="Calibri" w:eastAsia="微软雅黑"/>
          <w:sz w:val="22"/>
        </w:rPr>
        <w:t>如果老板不跟他说"过两天有领导来视察"，直接说"你去准备准备"，这哥们就蒙了，没方向。明白了有老大要来视察，那我得准备——准备啥？不说别的：环境卫生、秩序、员工精神面貌，是不是要安排点接待仪式、配点什么专车、水果、整个条幅？你什么都不跟他说，这哥们脑子里面"唰"有些东西就出来了。</w:t>
      </w:r>
    </w:p>
    <w:p>
      <w:pPr>
        <w:spacing w:after="120"/>
      </w:pPr>
      <w:r>
        <w:rPr>
          <w:rFonts w:ascii="Calibri" w:hAnsi="Calibri" w:eastAsia="微软雅黑"/>
          <w:sz w:val="22"/>
        </w:rPr>
        <w:t>然后你再跟他说：这次领导来视察，咱不能像以前了，这回得稍微低调一点——既让领导感受到我们的重视，还得让他感觉我们还很低调。不能呼呼啦啦整。比如说，别整大横幅挂外头，让人看着不好；但条幅可以放到会议室里。水果放在桌上可以有。别等车队了，就那一台两台车，你要悄悄的就把领导接来了，别像以前整七八台车满大街招摇过市。但是我们可以在公司里面，只要进到公司走廊了，可以排队列队欢迎——你看这没毛病吧？</w:t>
      </w:r>
      <w:r>
        <w:rPr>
          <w:rFonts w:ascii="Calibri" w:hAnsi="Calibri" w:eastAsia="微软雅黑"/>
          <w:b/>
          <w:sz w:val="22"/>
        </w:rPr>
        <w:t>在外界上我们不弄大场面，避免给领导造成不好的影响；但在公司可控范围内，尽可能显示出我们的重视。</w:t>
      </w:r>
      <w:r>
        <w:rPr>
          <w:rFonts w:ascii="Calibri" w:hAnsi="Calibri" w:eastAsia="微软雅黑"/>
          <w:sz w:val="22"/>
        </w:rPr>
      </w:r>
    </w:p>
    <w:p>
      <w:pPr>
        <w:spacing w:after="120"/>
      </w:pPr>
      <w:r>
        <w:rPr>
          <w:rFonts w:ascii="Calibri" w:hAnsi="Calibri" w:eastAsia="微软雅黑"/>
          <w:sz w:val="22"/>
        </w:rPr>
        <w:t>这是个特别重要的原则。如果你不那么交代，这哥们就按照以往的接待标准去弄了，最后领导说了：你这干啥呢？这不是给我添事了吗？给我上眼药了吗？别人看着多不好。但你这么交代，最后的效果就是：</w:t>
      </w:r>
      <w:r>
        <w:rPr>
          <w:rFonts w:ascii="Calibri" w:hAnsi="Calibri" w:eastAsia="微软雅黑"/>
          <w:b/>
          <w:sz w:val="22"/>
        </w:rPr>
        <w:t>既没给领导添麻烦，又显得我们对领导的重视</w:t>
      </w:r>
      <w:r>
        <w:rPr>
          <w:rFonts w:ascii="Calibri" w:hAnsi="Calibri" w:eastAsia="微软雅黑"/>
          <w:sz w:val="22"/>
        </w:rPr>
        <w:t>，很多细节做得也很好，皆大欢喜。</w:t>
      </w:r>
    </w:p>
    <w:p>
      <w:pPr>
        <w:spacing w:after="120"/>
      </w:pPr>
      <w:r>
        <w:rPr>
          <w:rFonts w:ascii="Calibri" w:hAnsi="Calibri" w:eastAsia="微软雅黑"/>
          <w:sz w:val="22"/>
        </w:rPr>
        <w:t>也就是说，我们跟AI之间，就变成了老板和下属之间的一个交代。你这么交代完了，这哥们本来经验就很丰富，他就可以给你安排得很合理。小逯后期用AI还是干了同样的活——还是修图——但方式方法完全不一样了。之前的AI是她手上的一支笔，后来的AI其实已经变成了她的一个</w:t>
      </w:r>
      <w:r>
        <w:rPr>
          <w:rFonts w:ascii="Calibri" w:hAnsi="Calibri" w:eastAsia="微软雅黑"/>
          <w:b/>
          <w:sz w:val="22"/>
        </w:rPr>
        <w:t>得力干将</w:t>
      </w:r>
      <w:r>
        <w:rPr>
          <w:rFonts w:ascii="Calibri" w:hAnsi="Calibri" w:eastAsia="微软雅黑"/>
          <w:sz w:val="22"/>
        </w:rPr>
        <w:t>。我只需要告诉他这件事大体背景、大概要求、基本原则和一些关键环节的注意事项，完活了。</w:t>
      </w:r>
    </w:p>
    <w:p>
      <w:pPr>
        <w:spacing w:after="120"/>
      </w:pPr>
      <w:r>
        <w:rPr>
          <w:rFonts w:ascii="Calibri" w:hAnsi="Calibri" w:eastAsia="微软雅黑"/>
          <w:sz w:val="22"/>
        </w:rPr>
        <w:t>你想想这个交代方式，不就跟你平常跟员工安排工作一样一样的吗？这就是小逯跟我学AI之后，内心那种潜意识的变化。</w:t>
      </w:r>
    </w:p>
    <w:p>
      <w:pPr>
        <w:spacing w:after="200"/>
      </w:pPr>
      <w:r>
        <w:rPr>
          <w:rFonts w:ascii="Calibri" w:hAnsi="Calibri" w:eastAsia="微软雅黑"/>
          <w:b/>
          <w:color w:val="1F4E79"/>
          <w:sz w:val="32"/>
        </w:rPr>
        <w:t>五、案例深化：演员转行AI短剧——把AI当徒弟，业务驱动</w:t>
      </w:r>
    </w:p>
    <w:p>
      <w:pPr>
        <w:spacing w:after="120"/>
      </w:pPr>
      <w:r>
        <w:rPr>
          <w:rFonts w:ascii="Calibri" w:hAnsi="Calibri" w:eastAsia="微软雅黑"/>
          <w:sz w:val="22"/>
        </w:rPr>
        <w:t>那请问这块到哪个级别了？把AI只当成一支笔，这叫</w:t>
      </w:r>
      <w:r>
        <w:rPr>
          <w:rFonts w:ascii="Calibri" w:hAnsi="Calibri" w:eastAsia="微软雅黑"/>
          <w:b/>
          <w:sz w:val="22"/>
        </w:rPr>
        <w:t>器</w:t>
      </w:r>
      <w:r>
        <w:rPr>
          <w:rFonts w:ascii="Calibri" w:hAnsi="Calibri" w:eastAsia="微软雅黑"/>
          <w:sz w:val="22"/>
        </w:rPr>
        <w:t>，对吧，工具。那如果能把AI变成一个员工呢？</w:t>
      </w:r>
    </w:p>
    <w:p>
      <w:pPr>
        <w:spacing w:after="120"/>
      </w:pPr>
      <w:r>
        <w:rPr>
          <w:rFonts w:ascii="Calibri" w:hAnsi="Calibri" w:eastAsia="微软雅黑"/>
          <w:sz w:val="22"/>
        </w:rPr>
        <w:t>再举个例子。最近如果你们经常刷手机，可能会看到一个现象：演艺界出现一个情况，很多演员无戏可拍。听到这没有？因为现在AI做短剧效率太高、成本特别低，把一般演员的饭碗给抢了。</w:t>
      </w:r>
    </w:p>
    <w:p>
      <w:pPr>
        <w:spacing w:after="120"/>
      </w:pPr>
      <w:r>
        <w:rPr>
          <w:rFonts w:ascii="Calibri" w:hAnsi="Calibri" w:eastAsia="微软雅黑"/>
          <w:sz w:val="22"/>
        </w:rPr>
        <w:t>其中有一种人，你知道他们干嘛吗？开始学AI编程，用AI自己变成制作人了，用AI自己给自己拍剧，然后拍得还贼好。请问为什么？</w:t>
      </w:r>
    </w:p>
    <w:p>
      <w:pPr>
        <w:spacing w:after="120"/>
      </w:pPr>
      <w:r>
        <w:rPr>
          <w:rFonts w:ascii="Calibri" w:hAnsi="Calibri" w:eastAsia="微软雅黑"/>
          <w:sz w:val="22"/>
        </w:rPr>
        <w:t>这些演员的本职专业是演戏，根本不懂代码、不懂这些工具。现在AI短剧这个赛道又很卷，但原来是干演员的这帮人反而能杀出一条血路，请问为什么？其实跟刚才小逯交代AI修图是一个道理：</w:t>
      </w:r>
      <w:r>
        <w:rPr>
          <w:rFonts w:ascii="Calibri" w:hAnsi="Calibri" w:eastAsia="微软雅黑"/>
          <w:b/>
          <w:sz w:val="22"/>
        </w:rPr>
        <w:t>小逯本来就是资深的平面设计师，她非常懂业务。</w:t>
      </w:r>
      <w:r>
        <w:rPr>
          <w:rFonts w:ascii="Calibri" w:hAnsi="Calibri" w:eastAsia="微软雅黑"/>
          <w:sz w:val="22"/>
        </w:rPr>
      </w:r>
    </w:p>
    <w:p>
      <w:pPr>
        <w:spacing w:after="120"/>
      </w:pPr>
      <w:r>
        <w:rPr>
          <w:rFonts w:ascii="Calibri" w:hAnsi="Calibri" w:eastAsia="微软雅黑"/>
          <w:sz w:val="22"/>
        </w:rPr>
        <w:t>像咱们来讲，我大概齐能把图画个差不多，你知道光线是咋回事吗？知道啥叫美感吗？知道啥叫构图吗？我不知道。包括咱有时候拍照片，反正我拍了，但它就不好看；有的人拍它就好看，内容一样，为啥？因为你不专业。有很多人用AI搞短视频剪辑、拍短剧，你就感觉质量特别低，AI弄出来的就那样。</w:t>
      </w:r>
    </w:p>
    <w:p>
      <w:pPr>
        <w:spacing w:after="120"/>
      </w:pPr>
      <w:r>
        <w:rPr>
          <w:rFonts w:ascii="Calibri" w:hAnsi="Calibri" w:eastAsia="微软雅黑"/>
          <w:sz w:val="22"/>
        </w:rPr>
        <w:t>而这些当演员的人，同样用AI、同样拍短剧，为什么拍得就好呢？</w:t>
      </w:r>
      <w:r>
        <w:rPr>
          <w:rFonts w:ascii="Calibri" w:hAnsi="Calibri" w:eastAsia="微软雅黑"/>
          <w:b/>
          <w:sz w:val="22"/>
        </w:rPr>
        <w:t>因为他把AI当徒弟了。</w:t>
      </w:r>
      <w:r>
        <w:rPr>
          <w:rFonts w:ascii="Calibri" w:hAnsi="Calibri" w:eastAsia="微软雅黑"/>
          <w:sz w:val="22"/>
        </w:rPr>
        <w:t>什么意思？他本来就是个优秀的演员：我要去了解这个剧本，了解剧本所描述的年代，那个年代的社会什么样、风土人情、老百姓怎么生活；这个角色是什么样的心理、什么状态、会经历什么、当时的爱恨情仇、此时此刻的感受——深度地揣摩，然后慢慢转化成他的台词、表情、肢体语言。这样的演员才是优秀的演员吧？</w:t>
      </w:r>
    </w:p>
    <w:p>
      <w:pPr>
        <w:spacing w:after="120"/>
      </w:pPr>
      <w:r>
        <w:rPr>
          <w:rFonts w:ascii="Calibri" w:hAnsi="Calibri" w:eastAsia="微软雅黑"/>
          <w:sz w:val="22"/>
        </w:rPr>
      </w:r>
      <w:r>
        <w:rPr>
          <w:rFonts w:ascii="Calibri" w:hAnsi="Calibri" w:eastAsia="微软雅黑"/>
          <w:b/>
          <w:sz w:val="22"/>
        </w:rPr>
        <w:t>他把这些东西全都传授给了AI。</w:t>
      </w:r>
      <w:r>
        <w:rPr>
          <w:rFonts w:ascii="Calibri" w:hAnsi="Calibri" w:eastAsia="微软雅黑"/>
          <w:sz w:val="22"/>
        </w:rPr>
        <w:t>不是让AI机械式地模仿一个人类，是不是有点像小逯安排员工把图修好？道理是一样的。所以这个时候AI干出来的同样的事，就比普通人弄出来的高了很大一个层次。</w:t>
      </w:r>
    </w:p>
    <w:p>
      <w:pPr>
        <w:spacing w:after="120"/>
      </w:pPr>
      <w:r>
        <w:rPr>
          <w:rFonts w:ascii="Calibri" w:hAnsi="Calibri" w:eastAsia="微软雅黑"/>
          <w:sz w:val="22"/>
        </w:rPr>
        <w:t>你们可以去研究，演员跨界进入到AI编程领域，甭管做影视剧类还是做啥类，他就比原来专业干工具类的强很多。实际上他到了</w:t>
      </w:r>
      <w:r>
        <w:rPr>
          <w:rFonts w:ascii="Calibri" w:hAnsi="Calibri" w:eastAsia="微软雅黑"/>
          <w:b/>
          <w:sz w:val="22"/>
        </w:rPr>
        <w:t>术</w:t>
      </w:r>
      <w:r>
        <w:rPr>
          <w:rFonts w:ascii="Calibri" w:hAnsi="Calibri" w:eastAsia="微软雅黑"/>
          <w:sz w:val="22"/>
        </w:rPr>
        <w:t>的层面了。什么术？他把AI当员工来培养、训练，达到自己的目的。这是</w:t>
      </w:r>
      <w:r>
        <w:rPr>
          <w:rFonts w:ascii="Calibri" w:hAnsi="Calibri" w:eastAsia="微软雅黑"/>
          <w:b/>
          <w:sz w:val="22"/>
        </w:rPr>
        <w:t>业务驱动</w:t>
      </w:r>
      <w:r>
        <w:rPr>
          <w:rFonts w:ascii="Calibri" w:hAnsi="Calibri" w:eastAsia="微软雅黑"/>
          <w:sz w:val="22"/>
        </w:rPr>
        <w:t>——用业务来驱动AI。这种做法就比把AI当工具高级得多了。</w:t>
      </w:r>
    </w:p>
    <w:p>
      <w:pPr>
        <w:spacing w:after="200"/>
      </w:pPr>
      <w:r>
        <w:rPr>
          <w:rFonts w:ascii="Calibri" w:hAnsi="Calibri" w:eastAsia="微软雅黑"/>
          <w:b/>
          <w:color w:val="1F4E79"/>
          <w:sz w:val="32"/>
        </w:rPr>
        <w:t>六、器的分界线与AI分层</w:t>
      </w:r>
    </w:p>
    <w:p>
      <w:pPr>
        <w:spacing w:after="120"/>
      </w:pPr>
      <w:r>
        <w:rPr>
          <w:rFonts w:ascii="Calibri" w:hAnsi="Calibri" w:eastAsia="微软雅黑"/>
          <w:sz w:val="22"/>
        </w:rPr>
        <w:t>你想想，我之前说过，AI对我们来讲是分层的：第一层是娱乐化的工具，还记得吧？聊天助手。第二个呢，比如Workbuddy、豆包工作、百度搭子——你看这两天小逯就说：哎呀妈，这个豆包工作真不好使。按理说这些都是工作助手，做工作做得挺好，但对咱们这种人来讲就像个傻子似的。为啥？因为咱们用得很高级——</w:t>
      </w:r>
      <w:r>
        <w:rPr>
          <w:rFonts w:ascii="Calibri" w:hAnsi="Calibri" w:eastAsia="微软雅黑"/>
          <w:b/>
          <w:sz w:val="22"/>
        </w:rPr>
        <w:t>你是在开发，而不是简单在用</w:t>
      </w:r>
      <w:r>
        <w:rPr>
          <w:rFonts w:ascii="Calibri" w:hAnsi="Calibri" w:eastAsia="微软雅黑"/>
          <w:sz w:val="22"/>
        </w:rPr>
        <w:t>。</w:t>
      </w:r>
    </w:p>
    <w:p>
      <w:pPr>
        <w:spacing w:after="120"/>
      </w:pPr>
      <w:r>
        <w:rPr>
          <w:rFonts w:ascii="Calibri" w:hAnsi="Calibri" w:eastAsia="微软雅黑"/>
          <w:sz w:val="22"/>
        </w:rPr>
        <w:t>这几个叫工作助手，连工作员工都不算，更多的偏工具，属于</w:t>
      </w:r>
      <w:r>
        <w:rPr>
          <w:rFonts w:ascii="Calibri" w:hAnsi="Calibri" w:eastAsia="微软雅黑"/>
          <w:b/>
          <w:sz w:val="22"/>
        </w:rPr>
        <w:t>初级员工</w:t>
      </w:r>
      <w:r>
        <w:rPr>
          <w:rFonts w:ascii="Calibri" w:hAnsi="Calibri" w:eastAsia="微软雅黑"/>
          <w:sz w:val="22"/>
        </w:rPr>
        <w:t>。在小逯眼中，这豆包怎么这么傻、听不懂话呢？就是因为它们偏标准化，做复制性的工作比较专业；你让它做创造性的东西，就难为它了。一般人用这种工具，就处在</w:t>
      </w:r>
      <w:r>
        <w:rPr>
          <w:rFonts w:ascii="Calibri" w:hAnsi="Calibri" w:eastAsia="微软雅黑"/>
          <w:b/>
          <w:sz w:val="22"/>
        </w:rPr>
        <w:t>器</w:t>
      </w:r>
      <w:r>
        <w:rPr>
          <w:rFonts w:ascii="Calibri" w:hAnsi="Calibri" w:eastAsia="微软雅黑"/>
          <w:sz w:val="22"/>
        </w:rPr>
        <w:t>的层面。</w:t>
      </w:r>
    </w:p>
    <w:p>
      <w:pPr>
        <w:spacing w:after="120"/>
      </w:pPr>
      <w:r>
        <w:rPr>
          <w:rFonts w:ascii="Calibri" w:hAnsi="Calibri" w:eastAsia="微软雅黑"/>
          <w:sz w:val="22"/>
        </w:rPr>
        <w:t>你们记住一个区分的界限：</w:t>
      </w:r>
      <w:r>
        <w:rPr>
          <w:rFonts w:ascii="Calibri" w:hAnsi="Calibri" w:eastAsia="微软雅黑"/>
          <w:b/>
          <w:sz w:val="22"/>
        </w:rPr>
        <w:t>什么叫器？器就是你必须自己详细地、一五一十地、非常仔细地去控制它，它才能给你反馈结果。你可以理解为它就是你手的一个延伸，这就叫工具，叫器。</w:t>
      </w:r>
      <w:r>
        <w:rPr>
          <w:rFonts w:ascii="Calibri" w:hAnsi="Calibri" w:eastAsia="微软雅黑"/>
          <w:sz w:val="22"/>
        </w:rPr>
      </w:r>
    </w:p>
    <w:p>
      <w:pPr>
        <w:spacing w:after="200"/>
      </w:pPr>
      <w:r>
        <w:rPr>
          <w:rFonts w:ascii="Calibri" w:hAnsi="Calibri" w:eastAsia="微软雅黑"/>
          <w:b/>
          <w:color w:val="1F4E79"/>
          <w:sz w:val="32"/>
        </w:rPr>
        <w:t>七、术（反面）：给你一把刀，让你割自己的脖子</w:t>
      </w:r>
    </w:p>
    <w:p>
      <w:pPr>
        <w:spacing w:after="120"/>
      </w:pPr>
      <w:r>
        <w:rPr>
          <w:rFonts w:ascii="Calibri" w:hAnsi="Calibri" w:eastAsia="微软雅黑"/>
          <w:sz w:val="22"/>
        </w:rPr>
        <w:t>到了术，打法就不一样了，有战术了：我不能把他当工具，我得把他当员工、当徒弟，把我对业务深度的洞察、理解、想法都传授给他。他在我这些大框架之内还有些自主发挥的成分——就像刚才老板交代办公室主任：过两天领导要来视察，你准备准备，注意别给领导添不愉快，外场低调，进到公司内部条幅、列队、水果都高标准。既不给领导添麻烦，又让领导感受到热情和重视。如果你不说这句话，那老刘可能就按原来的方法做了，可能就让领导心里不愉快了。</w:t>
      </w:r>
    </w:p>
    <w:p>
      <w:pPr>
        <w:spacing w:after="120"/>
      </w:pPr>
      <w:r>
        <w:rPr>
          <w:rFonts w:ascii="Calibri" w:hAnsi="Calibri" w:eastAsia="微软雅黑"/>
          <w:sz w:val="22"/>
        </w:rPr>
        <w:t>这就是重点原则、重点环节的重点要素，你得提醒他：哪些千万不能做，哪些必须做好。而你没有说你第一步干啥、第二步干啥、条幅往东挂还是往西挂、挂高点还是挂低——那个就叫工具了。这叫</w:t>
      </w:r>
      <w:r>
        <w:rPr>
          <w:rFonts w:ascii="Calibri" w:hAnsi="Calibri" w:eastAsia="微软雅黑"/>
          <w:b/>
          <w:sz w:val="22"/>
        </w:rPr>
        <w:t>术</w:t>
      </w:r>
      <w:r>
        <w:rPr>
          <w:rFonts w:ascii="Calibri" w:hAnsi="Calibri" w:eastAsia="微软雅黑"/>
          <w:sz w:val="22"/>
        </w:rPr>
        <w:t>的层面。</w:t>
      </w:r>
    </w:p>
    <w:p>
      <w:pPr>
        <w:spacing w:after="120"/>
      </w:pPr>
      <w:r>
        <w:rPr>
          <w:rFonts w:ascii="Calibri" w:hAnsi="Calibri" w:eastAsia="微软雅黑"/>
          <w:sz w:val="22"/>
        </w:rPr>
        <w:t>一般人都没到</w:t>
      </w:r>
      <w:r>
        <w:rPr>
          <w:rFonts w:ascii="Calibri" w:hAnsi="Calibri" w:eastAsia="微软雅黑"/>
          <w:b/>
          <w:sz w:val="22"/>
        </w:rPr>
        <w:t>道</w:t>
      </w:r>
      <w:r>
        <w:rPr>
          <w:rFonts w:ascii="Calibri" w:hAnsi="Calibri" w:eastAsia="微软雅黑"/>
          <w:sz w:val="22"/>
        </w:rPr>
        <w:t>的层面。比如一些老板想把公司AI化，他们的做法是啥？"大家都用AI！每个人都下载AI，我给你们报销，好好用，我要降本增效！"妥——所有员工都反对。他啥意思？老板的内心是要把AI当成降本增效的工具。老百姓话：你不是想拿AI把我们裁掉吗？老板本来的想法是降本增效，但降本增效在这个场景下最大的手段就是裁员。</w:t>
      </w:r>
    </w:p>
    <w:p>
      <w:pPr>
        <w:spacing w:after="120"/>
      </w:pPr>
      <w:r>
        <w:rPr>
          <w:rFonts w:ascii="Calibri" w:hAnsi="Calibri" w:eastAsia="微软雅黑"/>
          <w:sz w:val="22"/>
        </w:rPr>
        <w:t>你可以这么理解：老董，我给你把刀，这刀老好了，大牌子、材质杠杠的、刀刃特别快——割你自己的脖子去吧。你会干吗？是个人都不会，那不傻吗？本来老板的想法是用这个东西形成个战术，战术目的是降本增效，但是形成了严重的对立，</w:t>
      </w:r>
      <w:r>
        <w:rPr>
          <w:rFonts w:ascii="Calibri" w:hAnsi="Calibri" w:eastAsia="微软雅黑"/>
          <w:b/>
          <w:sz w:val="22"/>
        </w:rPr>
        <w:t>他连降本增效都实现不了</w:t>
      </w:r>
      <w:r>
        <w:rPr>
          <w:rFonts w:ascii="Calibri" w:hAnsi="Calibri" w:eastAsia="微软雅黑"/>
          <w:sz w:val="22"/>
        </w:rPr>
        <w:t>。我给你把刀让你自杀，你干吗？就是这个道理，只是没有人这么去总结而已。反正大家伙闹心，大家伙就耗呗。这是术的层面——正面、反面我都给你们说了。</w:t>
      </w:r>
    </w:p>
    <w:p>
      <w:pPr>
        <w:spacing w:after="200"/>
      </w:pPr>
      <w:r>
        <w:rPr>
          <w:rFonts w:ascii="Calibri" w:hAnsi="Calibri" w:eastAsia="微软雅黑"/>
          <w:b/>
          <w:color w:val="1F4E79"/>
          <w:sz w:val="32"/>
        </w:rPr>
        <w:t>八、法：善始善终——从复盘到可迁移的方法论</w:t>
      </w:r>
    </w:p>
    <w:p>
      <w:pPr>
        <w:spacing w:after="120"/>
      </w:pPr>
      <w:r>
        <w:rPr>
          <w:rFonts w:ascii="Calibri" w:hAnsi="Calibri" w:eastAsia="微软雅黑"/>
          <w:sz w:val="22"/>
        </w:rPr>
        <w:t>道法术器，我从最底层的器、术，说到法。法这个事，很多人不太擅长。</w:t>
      </w:r>
    </w:p>
    <w:p>
      <w:pPr>
        <w:spacing w:after="120"/>
      </w:pPr>
      <w:r>
        <w:rPr>
          <w:rFonts w:ascii="Calibri" w:hAnsi="Calibri" w:eastAsia="微软雅黑"/>
          <w:sz w:val="22"/>
        </w:rPr>
        <w:t>我前两天给你们讲什么叫</w:t>
      </w:r>
      <w:r>
        <w:rPr>
          <w:rFonts w:ascii="Calibri" w:hAnsi="Calibri" w:eastAsia="微软雅黑"/>
          <w:b/>
          <w:sz w:val="22"/>
        </w:rPr>
        <w:t>善始善终</w:t>
      </w:r>
      <w:r>
        <w:rPr>
          <w:rFonts w:ascii="Calibri" w:hAnsi="Calibri" w:eastAsia="微软雅黑"/>
          <w:sz w:val="22"/>
        </w:rPr>
        <w:t>。大部分人是把这活干完了，一个事经历过了就叫"终"，就完事了。是不是这样？你复盘了吗？你总结经验教训了吗？你形成了以后可以复用的方法论了吗？这个方法论可以迁移到不同的事上、不同的场景上去了吗？没有。你顶多在潜意识里形成了一些所谓的经验：遇到跟这个基本一模一样的事，你说上次就这么处理的，这次我还这么处理。但你根本没去抽象、没去总结归纳成本质。但凡这个场景、人、事稍微有点不同，你就懵了。你就没有迁移的能力，你不会举一反三。</w:t>
      </w:r>
    </w:p>
    <w:p>
      <w:pPr>
        <w:spacing w:after="120"/>
      </w:pPr>
      <w:r>
        <w:rPr>
          <w:rFonts w:ascii="Calibri" w:hAnsi="Calibri" w:eastAsia="微软雅黑"/>
          <w:sz w:val="22"/>
        </w:rPr>
        <w:t>就是因为</w:t>
      </w:r>
      <w:r>
        <w:rPr>
          <w:rFonts w:ascii="Calibri" w:hAnsi="Calibri" w:eastAsia="微软雅黑"/>
          <w:b/>
          <w:sz w:val="22"/>
        </w:rPr>
        <w:t>你没有"法"</w:t>
      </w:r>
      <w:r>
        <w:rPr>
          <w:rFonts w:ascii="Calibri" w:hAnsi="Calibri" w:eastAsia="微软雅黑"/>
          <w:sz w:val="22"/>
        </w:rPr>
        <w:t>。你没有把一些事透过现象看本质，形成进一步的原理、方法、指导原则——这些东西都没有，反正过去了，这叫</w:t>
      </w:r>
      <w:r>
        <w:rPr>
          <w:rFonts w:ascii="Calibri" w:hAnsi="Calibri" w:eastAsia="微软雅黑"/>
          <w:b/>
          <w:sz w:val="22"/>
        </w:rPr>
        <w:t>有始无终</w:t>
      </w:r>
      <w:r>
        <w:rPr>
          <w:rFonts w:ascii="Calibri" w:hAnsi="Calibri" w:eastAsia="微软雅黑"/>
          <w:sz w:val="22"/>
        </w:rPr>
        <w:t>。</w:t>
      </w:r>
    </w:p>
    <w:p>
      <w:pPr>
        <w:spacing w:after="120"/>
      </w:pPr>
      <w:r>
        <w:rPr>
          <w:rFonts w:ascii="Calibri" w:hAnsi="Calibri" w:eastAsia="微软雅黑"/>
          <w:sz w:val="22"/>
        </w:rPr>
        <w:t>你看我这方面的意识就非常强烈。昨天训练的时候，小逯就描述了一下场景，我就听进去了：她没学AI之前是那么用AI的，学了AI之后是这么用AI的；原来那些演员大部分遇到寒冬、无戏可拍，都出去当服务员去了，结果有的演员用AI又杀出一条血路——为什么？我从昨天晚上到现在，有事没事就琢磨了一下，这不就跟我说的道法术器全都吻合上了吗？我就把它分析：这东西可以给你们讲一讲。</w:t>
      </w:r>
    </w:p>
    <w:p>
      <w:pPr>
        <w:spacing w:after="120"/>
      </w:pPr>
      <w:r>
        <w:rPr>
          <w:rFonts w:ascii="Calibri" w:hAnsi="Calibri" w:eastAsia="微软雅黑"/>
          <w:sz w:val="22"/>
        </w:rPr>
        <w:t>我只是把这几个事当故事一样讲吗？不是。它只是个案例、只是个现象，但它表现的是一种什么样的原理、道理、方法？甚至我今天把它讲出来变成一个课，这个课可能还会指导别的学员做别的事。</w:t>
      </w:r>
      <w:r>
        <w:rPr>
          <w:rFonts w:ascii="Calibri" w:hAnsi="Calibri" w:eastAsia="微软雅黑"/>
          <w:b/>
          <w:sz w:val="22"/>
        </w:rPr>
        <w:t>这个过程就叫法。</w:t>
      </w:r>
      <w:r>
        <w:rPr>
          <w:rFonts w:ascii="Calibri" w:hAnsi="Calibri" w:eastAsia="微软雅黑"/>
          <w:sz w:val="22"/>
        </w:rPr>
        <w:t>甭管是基于最原始的本质和原理形成了适合自己的方法论，还是说你看到的别人怎么干的、你又总结出来的，这都叫法。</w:t>
      </w:r>
    </w:p>
    <w:p>
      <w:pPr>
        <w:spacing w:after="120"/>
      </w:pPr>
      <w:r>
        <w:rPr>
          <w:rFonts w:ascii="Calibri" w:hAnsi="Calibri" w:eastAsia="微软雅黑"/>
          <w:sz w:val="22"/>
        </w:rPr>
        <w:t>那我们回头想想：你用AI的法是啥？你形成了可以场景迁移的能力了吗？你是把每天做的这些事、我布置给你们的任务干的过程之中，深刻地去体会了吗？完事之后你把它提炼成经验教训，下一步该注意啥，形成一套可以复制的SOP吗？如果你有这个意识——你已经进步了。你形成的那个方法高与不高、好与不好，不重要，它有个过程；但只要你这么想了，你的意识已经开始进步了，同时这个方法慢慢自己就迭代了。</w:t>
      </w:r>
    </w:p>
    <w:p>
      <w:pPr>
        <w:spacing w:after="120"/>
      </w:pPr>
      <w:r>
        <w:rPr>
          <w:rFonts w:ascii="Calibri" w:hAnsi="Calibri" w:eastAsia="微软雅黑"/>
          <w:sz w:val="22"/>
        </w:rPr>
      </w:r>
      <w:r>
        <w:rPr>
          <w:rFonts w:ascii="Calibri" w:hAnsi="Calibri" w:eastAsia="微软雅黑"/>
          <w:b/>
          <w:sz w:val="22"/>
        </w:rPr>
        <w:t>就怕你没这个认识，过去就过去了，完事就忘了。你没有形成法，你就没有办法规模化。</w:t>
      </w:r>
      <w:r>
        <w:rPr>
          <w:rFonts w:ascii="Calibri" w:hAnsi="Calibri" w:eastAsia="微软雅黑"/>
          <w:sz w:val="22"/>
        </w:rPr>
        <w:t>为什么我们要形成方法论？就是你把一个事上的东西，可以复制到无限的事上去、各种各样的场景、各种各样的人上去，这不叫规模化吗？你要不这么做，你永远都只是你一个人行。你一个人干事行，领三个人五个人你就不会整了，因为你没办法把你的心得体会复制到他们身上去，你的能力没办法迁移，所以你没办法规模化。这个很重要。</w:t>
      </w:r>
    </w:p>
    <w:p>
      <w:pPr>
        <w:spacing w:after="200"/>
      </w:pPr>
      <w:r>
        <w:rPr>
          <w:rFonts w:ascii="Calibri" w:hAnsi="Calibri" w:eastAsia="微软雅黑"/>
          <w:b/>
          <w:color w:val="1F4E79"/>
          <w:sz w:val="32"/>
        </w:rPr>
        <w:t>九、次序：盈利模式不是起点，初心才是</w:t>
      </w:r>
    </w:p>
    <w:p>
      <w:pPr>
        <w:spacing w:after="120"/>
      </w:pPr>
      <w:r>
        <w:rPr>
          <w:rFonts w:ascii="Calibri" w:hAnsi="Calibri" w:eastAsia="微软雅黑"/>
          <w:sz w:val="22"/>
        </w:rPr>
        <w:t>终于说到"道"了。一说道法术器，大家就觉得哎呀这么务虚，"你就说咋挣钱得了"。我一听这话我就想笑：我说你抢银行去吧，那最挣钱。咋挣钱？那是盈利模式，是</w:t>
      </w:r>
      <w:r>
        <w:rPr>
          <w:rFonts w:ascii="Calibri" w:hAnsi="Calibri" w:eastAsia="微软雅黑"/>
          <w:b/>
          <w:sz w:val="22"/>
        </w:rPr>
        <w:t>术</w:t>
      </w:r>
      <w:r>
        <w:rPr>
          <w:rFonts w:ascii="Calibri" w:hAnsi="Calibri" w:eastAsia="微软雅黑"/>
          <w:sz w:val="22"/>
        </w:rPr>
        <w:t>的层面。但这个盈利模式是由</w:t>
      </w:r>
      <w:r>
        <w:rPr>
          <w:rFonts w:ascii="Calibri" w:hAnsi="Calibri" w:eastAsia="微软雅黑"/>
          <w:b/>
          <w:sz w:val="22"/>
        </w:rPr>
        <w:t>商业模式</w:t>
      </w:r>
      <w:r>
        <w:rPr>
          <w:rFonts w:ascii="Calibri" w:hAnsi="Calibri" w:eastAsia="微软雅黑"/>
          <w:sz w:val="22"/>
        </w:rPr>
        <w:t>决定的，商业模式是你的</w:t>
      </w:r>
      <w:r>
        <w:rPr>
          <w:rFonts w:ascii="Calibri" w:hAnsi="Calibri" w:eastAsia="微软雅黑"/>
          <w:b/>
          <w:sz w:val="22"/>
        </w:rPr>
        <w:t>初心</w:t>
      </w:r>
      <w:r>
        <w:rPr>
          <w:rFonts w:ascii="Calibri" w:hAnsi="Calibri" w:eastAsia="微软雅黑"/>
          <w:sz w:val="22"/>
        </w:rPr>
        <w:t>决定的——那是</w:t>
      </w:r>
      <w:r>
        <w:rPr>
          <w:rFonts w:ascii="Calibri" w:hAnsi="Calibri" w:eastAsia="微软雅黑"/>
          <w:b/>
          <w:sz w:val="22"/>
        </w:rPr>
        <w:t>道</w:t>
      </w:r>
      <w:r>
        <w:rPr>
          <w:rFonts w:ascii="Calibri" w:hAnsi="Calibri" w:eastAsia="微软雅黑"/>
          <w:sz w:val="22"/>
        </w:rPr>
        <w:t>的层面。一般人不这么想，直接上来就想咋挣钱，那你叫</w:t>
      </w:r>
      <w:r>
        <w:rPr>
          <w:rFonts w:ascii="Calibri" w:hAnsi="Calibri" w:eastAsia="微软雅黑"/>
          <w:b/>
          <w:sz w:val="22"/>
        </w:rPr>
        <w:t>本末倒置</w:t>
      </w:r>
      <w:r>
        <w:rPr>
          <w:rFonts w:ascii="Calibri" w:hAnsi="Calibri" w:eastAsia="微软雅黑"/>
          <w:sz w:val="22"/>
        </w:rPr>
        <w:t>，我也帮不了你。</w:t>
      </w:r>
    </w:p>
    <w:p>
      <w:pPr>
        <w:spacing w:after="120"/>
      </w:pPr>
      <w:r>
        <w:rPr>
          <w:rFonts w:ascii="Calibri" w:hAnsi="Calibri" w:eastAsia="微软雅黑"/>
          <w:sz w:val="22"/>
        </w:rPr>
        <w:t>现在别人看着我能好好挣钱了，又问：老曹是咋挣钱的呢？你不知道我前面"道"的东西，你咋知道我咋挣钱呢？</w:t>
      </w:r>
    </w:p>
    <w:p>
      <w:pPr>
        <w:spacing w:after="200"/>
      </w:pPr>
      <w:r>
        <w:rPr>
          <w:rFonts w:ascii="Calibri" w:hAnsi="Calibri" w:eastAsia="微软雅黑"/>
          <w:b/>
          <w:color w:val="1F4E79"/>
          <w:sz w:val="32"/>
        </w:rPr>
        <w:t>十、道：生产关系固化论</w:t>
      </w:r>
    </w:p>
    <w:p>
      <w:pPr>
        <w:spacing w:after="120"/>
      </w:pPr>
      <w:r>
        <w:rPr>
          <w:rFonts w:ascii="Calibri" w:hAnsi="Calibri" w:eastAsia="微软雅黑"/>
          <w:sz w:val="22"/>
        </w:rPr>
        <w:t>那我们说说"AI时代的道"到底是啥。表面的事大家伙第一能看懂、第二好操作。那道是啥？为什么我干的很多事外人看不懂，到最后整差不多了才看懂？就因为你不了解我的道。</w:t>
      </w:r>
    </w:p>
    <w:p>
      <w:pPr>
        <w:spacing w:after="120"/>
      </w:pPr>
      <w:r>
        <w:rPr>
          <w:rFonts w:ascii="Calibri" w:hAnsi="Calibri" w:eastAsia="微软雅黑"/>
          <w:sz w:val="22"/>
        </w:rPr>
        <w:t>说点具象的、跟每个人都有关系的。哥几个，咱们今天这个办公室里面有四个人。如果我都嘎嘎厉害了，我也不需要在这跟你们费这些吐沫星子，挣你们这点学费；你们如果也嘎嘎厉害了，也不至于大周末的跑这来听我白话。啥意思？哥几个，咱们现在都四五十岁了，如果没有巨大的变化，</w:t>
      </w:r>
      <w:r>
        <w:rPr>
          <w:rFonts w:ascii="Calibri" w:hAnsi="Calibri" w:eastAsia="微软雅黑"/>
          <w:b/>
          <w:sz w:val="22"/>
        </w:rPr>
        <w:t>这辈子也就这样了，你信不？甚至我们的人生辉煌时期都过了。</w:t>
      </w:r>
      <w:r>
        <w:rPr>
          <w:rFonts w:ascii="Calibri" w:hAnsi="Calibri" w:eastAsia="微软雅黑"/>
          <w:sz w:val="22"/>
        </w:rPr>
      </w:r>
    </w:p>
    <w:p>
      <w:pPr>
        <w:spacing w:after="120"/>
      </w:pPr>
      <w:r>
        <w:rPr>
          <w:rFonts w:ascii="Calibri" w:hAnsi="Calibri" w:eastAsia="微软雅黑"/>
          <w:sz w:val="22"/>
        </w:rPr>
        <w:t>你看我和老董，我们属于快50岁的人；你和小董，你们俩还属于40来岁的人，咱们至少差了十多年，人生境遇是不一样的。我们这个状态如果不发生巨大变化，我们的人生阶层、你的成就、你的财富、你被社会的尊重和需要程度，</w:t>
      </w:r>
      <w:r>
        <w:rPr>
          <w:rFonts w:ascii="Calibri" w:hAnsi="Calibri" w:eastAsia="微软雅黑"/>
          <w:b/>
          <w:sz w:val="22"/>
        </w:rPr>
        <w:t>就这样了，哥们，我们都被固化了</w:t>
      </w:r>
      <w:r>
        <w:rPr>
          <w:rFonts w:ascii="Calibri" w:hAnsi="Calibri" w:eastAsia="微软雅黑"/>
          <w:sz w:val="22"/>
        </w:rPr>
        <w:t>。因为我们被固化了，我告诉你，我们的子女也就那样了——因为你给他提供的支撑也就这样了，后面就看孩子自己怎么走了。是不是这个道理？</w:t>
      </w:r>
    </w:p>
    <w:p>
      <w:pPr>
        <w:spacing w:after="120"/>
      </w:pPr>
      <w:r>
        <w:rPr>
          <w:rFonts w:ascii="Calibri" w:hAnsi="Calibri" w:eastAsia="微软雅黑"/>
          <w:sz w:val="22"/>
        </w:rPr>
      </w:r>
      <w:r>
        <w:rPr>
          <w:rFonts w:ascii="Calibri" w:hAnsi="Calibri" w:eastAsia="微软雅黑"/>
          <w:b/>
          <w:sz w:val="22"/>
        </w:rPr>
        <w:t>我们的生产关系被固化了。</w:t>
      </w:r>
      <w:r>
        <w:rPr>
          <w:rFonts w:ascii="Calibri" w:hAnsi="Calibri" w:eastAsia="微软雅黑"/>
          <w:sz w:val="22"/>
        </w:rPr>
        <w:t>人类世界，按照政治经济学的角度讲，是由生产力和生产关系驱动的。</w:t>
      </w:r>
    </w:p>
    <w:p>
      <w:pPr>
        <w:spacing w:after="120"/>
      </w:pPr>
      <w:r>
        <w:rPr>
          <w:rFonts w:ascii="Calibri" w:hAnsi="Calibri" w:eastAsia="微软雅黑"/>
          <w:sz w:val="22"/>
        </w:rPr>
        <w:t>啥叫生产关系？咱说的不好听点：我老曹活到50岁，一个月就挣那点钱，走到马路上也没人认识我，受不到谁的尊敬，社会阶层就这德行了。那有的人呢？高高在上，拥有大量的权力、各种利益，很多人维护着他，甚至要在他这块分一杯羹。人家拥有的资源、财富、地位，甚至我们都是人家大树下的小虫子。生产关系说的就是生产资料的所有、权益的分配、物权和使用权的关系：这地是谁的？活是谁干的？干完之后钱是谁挣得多、谁拿得少？说的是这个事。</w:t>
      </w:r>
    </w:p>
    <w:p>
      <w:pPr>
        <w:spacing w:after="120"/>
      </w:pPr>
      <w:r>
        <w:rPr>
          <w:rFonts w:ascii="Calibri" w:hAnsi="Calibri" w:eastAsia="微软雅黑"/>
          <w:sz w:val="22"/>
        </w:rPr>
        <w:t>表现在我们每个人身上，就是刚才说的那些——你在这个社会中已经被固化了。我们前半生二三十年那么样的奋斗，从父辈的基础之上奋斗到这个程度，然后就这样了，后半辈子就养老了、跳广场舞去了。你的阶层已经这样了，社会的生产关系已经把你固化到这了。为啥？因为你也就这样了，你的能力、你的价值就这样了。</w:t>
      </w:r>
    </w:p>
    <w:p>
      <w:pPr>
        <w:spacing w:after="120"/>
      </w:pPr>
      <w:r>
        <w:rPr>
          <w:rFonts w:ascii="Calibri" w:hAnsi="Calibri" w:eastAsia="微软雅黑"/>
          <w:sz w:val="22"/>
        </w:rPr>
      </w:r>
      <w:r>
        <w:rPr>
          <w:rFonts w:ascii="Calibri" w:hAnsi="Calibri" w:eastAsia="微软雅黑"/>
          <w:b/>
          <w:sz w:val="22"/>
        </w:rPr>
        <w:t>我们为什么被固化？是因为你没有其他东西再去发挥价值了。</w:t>
      </w:r>
      <w:r>
        <w:rPr>
          <w:rFonts w:ascii="Calibri" w:hAnsi="Calibri" w:eastAsia="微软雅黑"/>
          <w:sz w:val="22"/>
        </w:rPr>
        <w:t>你有更多的钱吗？更多的生产资料吗？更多的才智吗？更好的身体吗？经历、资源、权力、土地、设备？你就这样了。这些东西是</w:t>
      </w:r>
      <w:r>
        <w:rPr>
          <w:rFonts w:ascii="Calibri" w:hAnsi="Calibri" w:eastAsia="微软雅黑"/>
          <w:b/>
          <w:sz w:val="22"/>
        </w:rPr>
        <w:t>生产力</w:t>
      </w:r>
      <w:r>
        <w:rPr>
          <w:rFonts w:ascii="Calibri" w:hAnsi="Calibri" w:eastAsia="微软雅黑"/>
          <w:sz w:val="22"/>
        </w:rPr>
        <w:t>。知道生产力三要素吗？</w:t>
      </w:r>
      <w:r>
        <w:rPr>
          <w:rFonts w:ascii="Calibri" w:hAnsi="Calibri" w:eastAsia="微软雅黑"/>
          <w:b/>
          <w:sz w:val="22"/>
        </w:rPr>
        <w:t>劳动者、生产资料、生成工具</w:t>
      </w:r>
      <w:r>
        <w:rPr>
          <w:rFonts w:ascii="Calibri" w:hAnsi="Calibri" w:eastAsia="微软雅黑"/>
          <w:sz w:val="22"/>
        </w:rPr>
        <w:t>——这三要素在我们身上固化了。因为你的生产力水平就这样了，所以我们的生产关系也只能这样了。是不是这个道理？</w:t>
      </w:r>
    </w:p>
    <w:p>
      <w:pPr>
        <w:spacing w:after="200"/>
      </w:pPr>
      <w:r>
        <w:rPr>
          <w:rFonts w:ascii="Calibri" w:hAnsi="Calibri" w:eastAsia="微软雅黑"/>
          <w:b/>
          <w:color w:val="1F4E79"/>
          <w:sz w:val="32"/>
        </w:rPr>
        <w:t>十一、道：金箍棒——AI是巨大的生产力</w:t>
      </w:r>
    </w:p>
    <w:p>
      <w:pPr>
        <w:spacing w:after="120"/>
      </w:pPr>
      <w:r>
        <w:rPr>
          <w:rFonts w:ascii="Calibri" w:hAnsi="Calibri" w:eastAsia="微软雅黑"/>
          <w:sz w:val="22"/>
        </w:rPr>
        <w:t>但是AI来了。为什么一般人问老曹怎么成天这么亢奋？你说我能不亢奋吗？</w:t>
      </w:r>
      <w:r>
        <w:rPr>
          <w:rFonts w:ascii="Calibri" w:hAnsi="Calibri" w:eastAsia="微软雅黑"/>
          <w:b/>
          <w:sz w:val="22"/>
        </w:rPr>
        <w:t>我终于等来了一个巨大的生产力！</w:t>
      </w:r>
      <w:r>
        <w:rPr>
          <w:rFonts w:ascii="Calibri" w:hAnsi="Calibri" w:eastAsia="微软雅黑"/>
          <w:sz w:val="22"/>
        </w:rPr>
        <w:t>甚至是我前半生都没有的生产力，甚至是在我各方面已经开始被固化的情况下，来了个金箍棒！我原来前半辈子拿这棍子给人家烧火做饭，挣个仨瓜俩枣；现在这棍子变成金箍棒了。</w:t>
      </w:r>
    </w:p>
    <w:p>
      <w:pPr>
        <w:spacing w:after="120"/>
      </w:pPr>
      <w:r>
        <w:rPr>
          <w:rFonts w:ascii="Calibri" w:hAnsi="Calibri" w:eastAsia="微软雅黑"/>
          <w:sz w:val="22"/>
        </w:rPr>
        <w:t>啥意思？</w:t>
      </w:r>
      <w:r>
        <w:rPr>
          <w:rFonts w:ascii="Calibri" w:hAnsi="Calibri" w:eastAsia="微软雅黑"/>
          <w:b/>
          <w:sz w:val="22"/>
        </w:rPr>
        <w:t>你的生产工具升级了。</w:t>
      </w:r>
      <w:r>
        <w:rPr>
          <w:rFonts w:ascii="Calibri" w:hAnsi="Calibri" w:eastAsia="微软雅黑"/>
          <w:sz w:val="22"/>
        </w:rPr>
        <w:t>然后因为生产力升级了，我也可以整一些其他方面的生产资料了——比如说数据算不算？这个时候就看劳动者了。谁是劳动者？</w:t>
      </w:r>
      <w:r>
        <w:rPr>
          <w:rFonts w:ascii="Calibri" w:hAnsi="Calibri" w:eastAsia="微软雅黑"/>
          <w:b/>
          <w:sz w:val="22"/>
        </w:rPr>
        <w:t>我就是劳动者。</w:t>
      </w:r>
      <w:r>
        <w:rPr>
          <w:rFonts w:ascii="Calibri" w:hAnsi="Calibri" w:eastAsia="微软雅黑"/>
          <w:sz w:val="22"/>
        </w:rPr>
        <w:t>如果我的能力、学识跟忽然之间来的金箍棒能匹配——你想我还在那烧火吗？还在那烧水吗？我是不是可以去</w:t>
      </w:r>
      <w:r>
        <w:rPr>
          <w:rFonts w:ascii="Calibri" w:hAnsi="Calibri" w:eastAsia="微软雅黑"/>
          <w:b/>
          <w:sz w:val="22"/>
        </w:rPr>
        <w:t>大闹东海、大闹天宫</w:t>
      </w:r>
      <w:r>
        <w:rPr>
          <w:rFonts w:ascii="Calibri" w:hAnsi="Calibri" w:eastAsia="微软雅黑"/>
          <w:sz w:val="22"/>
        </w:rPr>
        <w:t>去了？然后形成了新的格局、新的生产关系。</w:t>
      </w:r>
    </w:p>
    <w:p>
      <w:pPr>
        <w:spacing w:after="120"/>
      </w:pPr>
      <w:r>
        <w:rPr>
          <w:rFonts w:ascii="Calibri" w:hAnsi="Calibri" w:eastAsia="微软雅黑"/>
          <w:sz w:val="22"/>
        </w:rPr>
        <w:t>我说这事说的是啥？说的就是</w:t>
      </w:r>
      <w:r>
        <w:rPr>
          <w:rFonts w:ascii="Calibri" w:hAnsi="Calibri" w:eastAsia="微软雅黑"/>
          <w:b/>
          <w:sz w:val="22"/>
        </w:rPr>
        <w:t>以我们自己为内核的生产力的变化，而改变了我们的生产关系</w:t>
      </w:r>
      <w:r>
        <w:rPr>
          <w:rFonts w:ascii="Calibri" w:hAnsi="Calibri" w:eastAsia="微软雅黑"/>
          <w:sz w:val="22"/>
        </w:rPr>
        <w:t>。生产力和生产关系是相互作用的：要么生产力的巨大改变促进了生产关系的改变；要么生产关系的变革甚至革命，促进了生产力的发展。甚至有的时候相互破坏——破坏也是一种改变。但大部分情况是生产力的改变改变了生产关系。</w:t>
      </w:r>
    </w:p>
    <w:p>
      <w:pPr>
        <w:spacing w:after="120"/>
      </w:pPr>
      <w:r>
        <w:rPr>
          <w:rFonts w:ascii="Calibri" w:hAnsi="Calibri" w:eastAsia="微软雅黑"/>
          <w:sz w:val="22"/>
        </w:rPr>
        <w:t>你看历史上，农民为啥要去剥夺地主的土地？因为土地是生产力要素的重要方面，属于生产资料。没有土地你咋种粮食？你种的粮食也是别人的，关系还是那个关系。但土地如果变成农民的呢？种的粮食大部分归他自己了，他慢慢就变成有钱人了，就可以享受更好的生活、有更高的地位了——生产关系就变了。生产力改变了生产关系。</w:t>
      </w:r>
    </w:p>
    <w:p>
      <w:pPr>
        <w:spacing w:after="120"/>
      </w:pPr>
      <w:r>
        <w:rPr>
          <w:rFonts w:ascii="Calibri" w:hAnsi="Calibri" w:eastAsia="微软雅黑"/>
          <w:sz w:val="22"/>
        </w:rPr>
        <w:t>对于我们个人来讲：我们活了半辈子，生产力水平就那样了，甚至都没有了。忽然之间来了一个巨大的、像金箍棒一样的生产力，然后可以改变你的后半生。改变的是啥？</w:t>
      </w:r>
      <w:r>
        <w:rPr>
          <w:rFonts w:ascii="Calibri" w:hAnsi="Calibri" w:eastAsia="微软雅黑"/>
          <w:b/>
          <w:sz w:val="22"/>
        </w:rPr>
        <w:t>改变的是你和这个社会的关系、你跟你行业的关系、你跟你竞争对手的关系、你跟你子女的关系、你跟你未来的关系。</w:t>
      </w:r>
      <w:r>
        <w:rPr>
          <w:rFonts w:ascii="Calibri" w:hAnsi="Calibri" w:eastAsia="微软雅黑"/>
          <w:sz w:val="22"/>
        </w:rPr>
        <w:t>按照马克思主义说的，这叫生产关系。</w:t>
      </w:r>
    </w:p>
    <w:p>
      <w:pPr>
        <w:spacing w:after="120"/>
      </w:pPr>
      <w:r>
        <w:rPr>
          <w:rFonts w:ascii="Calibri" w:hAnsi="Calibri" w:eastAsia="微软雅黑"/>
          <w:sz w:val="22"/>
        </w:rPr>
        <w:t>所以记住：</w:t>
      </w:r>
      <w:r>
        <w:rPr>
          <w:rFonts w:ascii="Calibri" w:hAnsi="Calibri" w:eastAsia="微软雅黑"/>
          <w:b/>
          <w:sz w:val="22"/>
        </w:rPr>
        <w:t>AI时代的"道"，就是我们每个人如果驾驭了AI这个像金箍棒一样的生产力——我们自己就是劳动主体、劳动者，AI就是那个生产工具，未来的各种虚拟资产就是我们的生产资料——生产力水平杠杠就上来了，然后去改变我们的生产关系。这个才是AI时代的道。</w:t>
      </w:r>
      <w:r>
        <w:rPr>
          <w:rFonts w:ascii="Calibri" w:hAnsi="Calibri" w:eastAsia="微软雅黑"/>
          <w:sz w:val="22"/>
        </w:rPr>
      </w:r>
    </w:p>
    <w:p>
      <w:pPr>
        <w:spacing w:after="200"/>
      </w:pPr>
      <w:r>
        <w:rPr>
          <w:rFonts w:ascii="Calibri" w:hAnsi="Calibri" w:eastAsia="微软雅黑"/>
          <w:b/>
          <w:color w:val="1F4E79"/>
          <w:sz w:val="32"/>
        </w:rPr>
        <w:t>十二、"道"的落地：用20年，改变我与这个世界的关系</w:t>
      </w:r>
    </w:p>
    <w:p>
      <w:pPr>
        <w:spacing w:after="120"/>
      </w:pPr>
      <w:r>
        <w:rPr>
          <w:rFonts w:ascii="Calibri" w:hAnsi="Calibri" w:eastAsia="微软雅黑"/>
          <w:sz w:val="22"/>
        </w:rPr>
        <w:t>你想改变你的生产关系？基于现在50岁，咱们还得活——按照逯总的说法得活到120呢，还得有70年。70年在这坐吃等死？你让我成天去跳广场舞，我没那个心情。</w:t>
      </w:r>
    </w:p>
    <w:p>
      <w:pPr>
        <w:spacing w:after="120"/>
      </w:pPr>
      <w:r>
        <w:rPr>
          <w:rFonts w:ascii="Calibri" w:hAnsi="Calibri" w:eastAsia="微软雅黑"/>
          <w:sz w:val="22"/>
        </w:rPr>
        <w:t>我是这么给自己规划的：马上就50岁了。跟我爹比，我爹都70多岁了，这老先生成天跟我妈可哪刨菜园子玩，身体可好了。我就想，我到那么大岁数，能不能有他身体好？保守一点，</w:t>
      </w:r>
      <w:r>
        <w:rPr>
          <w:rFonts w:ascii="Calibri" w:hAnsi="Calibri" w:eastAsia="微软雅黑"/>
          <w:b/>
          <w:sz w:val="22"/>
        </w:rPr>
        <w:t>我干到70，行不行？我给我做AI这件事规划了20年的时间，我试图用这20年的时间，通过驾驭AI这个生产力，改变我跟这个世界的关系。</w:t>
      </w:r>
      <w:r>
        <w:rPr>
          <w:rFonts w:ascii="Calibri" w:hAnsi="Calibri" w:eastAsia="微软雅黑"/>
          <w:sz w:val="22"/>
        </w:rPr>
      </w:r>
    </w:p>
    <w:p>
      <w:pPr>
        <w:spacing w:after="120"/>
      </w:pPr>
      <w:r>
        <w:rPr>
          <w:rFonts w:ascii="Calibri" w:hAnsi="Calibri" w:eastAsia="微软雅黑"/>
          <w:sz w:val="22"/>
        </w:rPr>
        <w:t>同志们，大部分人甭管你是谁、男的女的，说句不好听的：</w:t>
      </w:r>
      <w:r>
        <w:rPr>
          <w:rFonts w:ascii="Calibri" w:hAnsi="Calibri" w:eastAsia="微软雅黑"/>
          <w:b/>
          <w:sz w:val="22"/>
        </w:rPr>
        <w:t>你跟这个世界的关系，其实已经被固化了。</w:t>
      </w:r>
      <w:r>
        <w:rPr>
          <w:rFonts w:ascii="Calibri" w:hAnsi="Calibri" w:eastAsia="微软雅黑"/>
          <w:sz w:val="22"/>
        </w:rPr>
        <w:t>基于你现在的生产力水平，你咋努力也没用。你就在那拼那点小数点——那个小数点你咋拼它还是小数点，它不改变问题的本质，跟你努不努力没关系。无非到最后耗到老，但你跟那个社会的关系就这样了。</w:t>
      </w:r>
    </w:p>
    <w:p>
      <w:pPr>
        <w:spacing w:after="120"/>
      </w:pPr>
      <w:r>
        <w:rPr>
          <w:rFonts w:ascii="Calibri" w:hAnsi="Calibri" w:eastAsia="微软雅黑"/>
          <w:sz w:val="22"/>
        </w:rPr>
        <w:t>但你没发现吗？其实在我身上已经开始发生了一些微妙的变化，而这个变化的时间大概是半年，而且是在你们眼皮子底下发生的。老曹呼呼啦啦、忽忽悠悠的，就慢慢开始能驾驭AI了。我不敢说我是顶级高手，但也算高手吧——我把这金箍棒开始放在手里弄了。然后你会发现，因为有了金箍棒，这哥们产出的东西不一样了；我的产出成果跟半年前不一样了；然后我开始影响像你们这样的人了；甚至现在社会上有很多人在关注我了。阿里也在关注我，字节也在关注我，只是我还没有啥大结果，不好意思跟你们瞎吹瞎说，等我拿到结果了再告诉你们。</w:t>
      </w:r>
    </w:p>
    <w:p>
      <w:pPr>
        <w:spacing w:after="120"/>
      </w:pPr>
      <w:r>
        <w:rPr>
          <w:rFonts w:ascii="Calibri" w:hAnsi="Calibri" w:eastAsia="微软雅黑"/>
          <w:sz w:val="22"/>
        </w:rPr>
        <w:t>总之，如果我没有去掌握、或者叫试图努力地去掌握AI这个生产力，你们会来跟我学这玩意吗？你们一个个比人精、比鬼都精，哪个老板傻啊？如果我不能给你们输出真正的价值，你们谁会来找我？都别说交不交钱的事，你浪费这功夫干嘛？然后这个社会有很多人在关注我，政府讲课找一个能把AI讲明白的人，找来找去找到我身上了。</w:t>
      </w:r>
    </w:p>
    <w:p>
      <w:pPr>
        <w:spacing w:after="120"/>
      </w:pPr>
      <w:r>
        <w:rPr>
          <w:rFonts w:ascii="Calibri" w:hAnsi="Calibri" w:eastAsia="微软雅黑"/>
          <w:sz w:val="22"/>
        </w:rPr>
        <w:t>什么意思？</w:t>
      </w:r>
      <w:r>
        <w:rPr>
          <w:rFonts w:ascii="Calibri" w:hAnsi="Calibri" w:eastAsia="微软雅黑"/>
          <w:b/>
          <w:sz w:val="22"/>
        </w:rPr>
        <w:t>其实我在逐渐地改变我和这个世界的关系。</w:t>
      </w:r>
      <w:r>
        <w:rPr>
          <w:rFonts w:ascii="Calibri" w:hAnsi="Calibri" w:eastAsia="微软雅黑"/>
          <w:sz w:val="22"/>
        </w:rPr>
        <w:t>咱都别说生产力生产关系不好理解、太抽象，但你跟这个世界的关系啥样，自己还没数吗？说句不好听的：你有用的时候，一大堆排队请你喝酒请你吃饭；现在你啥也不是了，咋没人请你吃饭了呢？</w:t>
      </w:r>
    </w:p>
    <w:p>
      <w:pPr>
        <w:spacing w:after="120"/>
      </w:pPr>
      <w:r>
        <w:rPr>
          <w:rFonts w:ascii="Calibri" w:hAnsi="Calibri" w:eastAsia="微软雅黑"/>
          <w:sz w:val="22"/>
        </w:rPr>
        <w:t>所以AI时代的道，咱就不磨叽了：</w:t>
      </w:r>
      <w:r>
        <w:rPr>
          <w:rFonts w:ascii="Calibri" w:hAnsi="Calibri" w:eastAsia="微软雅黑"/>
          <w:b/>
          <w:sz w:val="22"/>
        </w:rPr>
        <w:t>我们试图用AI去改变我们的后半生，改变我们后半生大概还有四五十年有价值的后半生跟这个世界的关系。生产力改变生产关系。</w:t>
      </w:r>
      <w:r>
        <w:rPr>
          <w:rFonts w:ascii="Calibri" w:hAnsi="Calibri" w:eastAsia="微软雅黑"/>
          <w:sz w:val="22"/>
        </w:rPr>
      </w:r>
    </w:p>
    <w:p>
      <w:pPr>
        <w:spacing w:after="200"/>
      </w:pPr>
      <w:r>
        <w:rPr>
          <w:rFonts w:ascii="Calibri" w:hAnsi="Calibri" w:eastAsia="微软雅黑"/>
          <w:b/>
          <w:color w:val="1F4E79"/>
          <w:sz w:val="32"/>
        </w:rPr>
        <w:t>十三、势：新三驾马车与顺势而为</w:t>
      </w:r>
    </w:p>
    <w:p>
      <w:pPr>
        <w:spacing w:after="120"/>
      </w:pPr>
      <w:r>
        <w:rPr>
          <w:rFonts w:ascii="Calibri" w:hAnsi="Calibri" w:eastAsia="微软雅黑"/>
          <w:sz w:val="22"/>
        </w:rPr>
        <w:t>道法术器，如果再加一句话，叫</w:t>
      </w:r>
      <w:r>
        <w:rPr>
          <w:rFonts w:ascii="Calibri" w:hAnsi="Calibri" w:eastAsia="微软雅黑"/>
          <w:b/>
          <w:sz w:val="22"/>
        </w:rPr>
        <w:t>道法术器势</w:t>
      </w:r>
      <w:r>
        <w:rPr>
          <w:rFonts w:ascii="Calibri" w:hAnsi="Calibri" w:eastAsia="微软雅黑"/>
          <w:sz w:val="22"/>
        </w:rPr>
        <w:t>。这个势，在我看来属于外界的巨大因素，是道的一部分。你通过势能够总结出道。因为此一时彼一时，作为创业者，你要对这个基本的趋势有这种敏感度！</w:t>
      </w:r>
    </w:p>
    <w:p>
      <w:pPr>
        <w:spacing w:after="120"/>
      </w:pPr>
      <w:r>
        <w:rPr>
          <w:rFonts w:ascii="Calibri" w:hAnsi="Calibri" w:eastAsia="微软雅黑"/>
          <w:sz w:val="22"/>
        </w:rPr>
        <w:t>比如我前两天说过一个话题：我们所有人对于国家经济发展的体感反差特别大。大部分人认为中国经济怎么这么不好、环境怎么这么差、生意越来越不好做、收入降低了、消费能力不行了——大部分人的体感是这个。但你会发现经济指标又在上涨。涨的是啥？</w:t>
      </w:r>
    </w:p>
    <w:p>
      <w:pPr>
        <w:spacing w:after="120"/>
      </w:pPr>
      <w:r>
        <w:rPr>
          <w:rFonts w:ascii="Calibri" w:hAnsi="Calibri" w:eastAsia="微软雅黑"/>
          <w:sz w:val="22"/>
        </w:rPr>
      </w:r>
      <w:r>
        <w:rPr>
          <w:rFonts w:ascii="Calibri" w:hAnsi="Calibri" w:eastAsia="微软雅黑"/>
          <w:b/>
          <w:sz w:val="22"/>
        </w:rPr>
        <w:t>第一是人工智能、高科技板块</w:t>
      </w:r>
      <w:r>
        <w:rPr>
          <w:rFonts w:ascii="Calibri" w:hAnsi="Calibri" w:eastAsia="微软雅黑"/>
          <w:sz w:val="22"/>
        </w:rPr>
        <w:t>：AI、芯片、显卡、算力。</w:t>
      </w:r>
      <w:r>
        <w:rPr>
          <w:rFonts w:ascii="Calibri" w:hAnsi="Calibri" w:eastAsia="微软雅黑"/>
          <w:b/>
          <w:sz w:val="22"/>
        </w:rPr>
        <w:t>然后是能源</w:t>
      </w:r>
      <w:r>
        <w:rPr>
          <w:rFonts w:ascii="Calibri" w:hAnsi="Calibri" w:eastAsia="微软雅黑"/>
          <w:sz w:val="22"/>
        </w:rPr>
        <w:t>。为什么能源跟这个相关？我告诉你，大模型算的时候要产生大量的电力消耗；第二要散热，散热还得用电、用水，水热了还得给他降温——这都是能源的范畴。算力过热了是不是得散热？散热靠啥？要么电、要么油、要么水，又回到能源上。所以新能源板块在往上涨。</w:t>
      </w:r>
      <w:r>
        <w:rPr>
          <w:rFonts w:ascii="Calibri" w:hAnsi="Calibri" w:eastAsia="微软雅黑"/>
          <w:b/>
          <w:sz w:val="22"/>
        </w:rPr>
        <w:t>再就是先进制造业</w:t>
      </w:r>
      <w:r>
        <w:rPr>
          <w:rFonts w:ascii="Calibri" w:hAnsi="Calibri" w:eastAsia="微软雅黑"/>
          <w:sz w:val="22"/>
        </w:rPr>
        <w:t>——你最次最次也得到先进制造业。</w:t>
      </w:r>
    </w:p>
    <w:p>
      <w:pPr>
        <w:spacing w:after="120"/>
      </w:pPr>
      <w:r>
        <w:rPr>
          <w:rFonts w:ascii="Calibri" w:hAnsi="Calibri" w:eastAsia="微软雅黑"/>
          <w:sz w:val="22"/>
        </w:rPr>
        <w:t>所以中国的引擎，从传统的三驾马车逐渐改到了这几个。知道啥叫三驾马车吗？</w:t>
      </w:r>
      <w:r>
        <w:rPr>
          <w:rFonts w:ascii="Calibri" w:hAnsi="Calibri" w:eastAsia="微软雅黑"/>
          <w:b/>
          <w:sz w:val="22"/>
        </w:rPr>
        <w:t>投资、外贸、消费</w:t>
      </w:r>
      <w:r>
        <w:rPr>
          <w:rFonts w:ascii="Calibri" w:hAnsi="Calibri" w:eastAsia="微软雅黑"/>
          <w:sz w:val="22"/>
        </w:rPr>
        <w:t>，这是上一个时代的三驾马车。新时代的三驾马车是啥？虽然国家还没有这么说，但在我看来，起码</w:t>
      </w:r>
      <w:r>
        <w:rPr>
          <w:rFonts w:ascii="Calibri" w:hAnsi="Calibri" w:eastAsia="微软雅黑"/>
          <w:b/>
          <w:sz w:val="22"/>
        </w:rPr>
        <w:t>高科技、能源、先进制造业</w:t>
      </w:r>
      <w:r>
        <w:rPr>
          <w:rFonts w:ascii="Calibri" w:hAnsi="Calibri" w:eastAsia="微软雅黑"/>
          <w:sz w:val="22"/>
        </w:rPr>
        <w:t>——这是我老曹对中国现在和未来经济三驾马车的定义。</w:t>
      </w:r>
    </w:p>
    <w:p>
      <w:pPr>
        <w:spacing w:after="120"/>
      </w:pPr>
      <w:r>
        <w:rPr>
          <w:rFonts w:ascii="Calibri" w:hAnsi="Calibri" w:eastAsia="微软雅黑"/>
          <w:sz w:val="22"/>
        </w:rPr>
        <w:t>这些做好了，才可能促进以前的三驾马车，比如外贸、消费。原来的三驾马车跑慢了、跑不动了，要用新的三驾马车来引领——</w:t>
      </w:r>
      <w:r>
        <w:rPr>
          <w:rFonts w:ascii="Calibri" w:hAnsi="Calibri" w:eastAsia="微软雅黑"/>
          <w:b/>
          <w:sz w:val="22"/>
        </w:rPr>
        <w:t>换引擎了</w:t>
      </w:r>
      <w:r>
        <w:rPr>
          <w:rFonts w:ascii="Calibri" w:hAnsi="Calibri" w:eastAsia="微软雅黑"/>
          <w:sz w:val="22"/>
        </w:rPr>
        <w:t>。</w:t>
      </w:r>
    </w:p>
    <w:p>
      <w:pPr>
        <w:spacing w:after="120"/>
      </w:pPr>
      <w:r>
        <w:rPr>
          <w:rFonts w:ascii="Calibri" w:hAnsi="Calibri" w:eastAsia="微软雅黑"/>
          <w:sz w:val="22"/>
        </w:rPr>
        <w:t>这个趋势如果你都看不清，还站在原来那个场景中，那叫井底之蛙。你谈啥道、谈啥术？你只配干个器。你就在那寻思把新的发动机安到你那马车上，可能能安上，跑两天半马车就散架了，你根本撑不起来。所以这叫</w:t>
      </w:r>
      <w:r>
        <w:rPr>
          <w:rFonts w:ascii="Calibri" w:hAnsi="Calibri" w:eastAsia="微软雅黑"/>
          <w:b/>
          <w:sz w:val="22"/>
        </w:rPr>
        <w:t>势</w:t>
      </w:r>
      <w:r>
        <w:rPr>
          <w:rFonts w:ascii="Calibri" w:hAnsi="Calibri" w:eastAsia="微软雅黑"/>
          <w:sz w:val="22"/>
        </w:rPr>
        <w:t>，这是最简单的势了，天天在眼前摆着：新闻、报道，手机天天刷。国家元首都在研究AI怎么回事，AI发展到国家都需要管控的状态。如果它发展的啥也不是，国家为啥要管控它？作为我们创业者来讲，是不是得</w:t>
      </w:r>
      <w:r>
        <w:rPr>
          <w:rFonts w:ascii="Calibri" w:hAnsi="Calibri" w:eastAsia="微软雅黑"/>
          <w:b/>
          <w:sz w:val="22"/>
        </w:rPr>
        <w:t>顺势而为</w:t>
      </w:r>
      <w:r>
        <w:rPr>
          <w:rFonts w:ascii="Calibri" w:hAnsi="Calibri" w:eastAsia="微软雅黑"/>
          <w:sz w:val="22"/>
        </w:rPr>
        <w:t>？你只要往前凑合，就叫顺势而为了，只是每个人干的事不一样、机会不一样。但如果你还在原来的马车上，你咋做都错，跟你努不努力没关系，</w:t>
      </w:r>
      <w:r>
        <w:rPr>
          <w:rFonts w:ascii="Calibri" w:hAnsi="Calibri" w:eastAsia="微软雅黑"/>
          <w:b/>
          <w:sz w:val="22"/>
        </w:rPr>
        <w:t>甚至你越努力越失败，因为你的势不对</w:t>
      </w:r>
      <w:r>
        <w:rPr>
          <w:rFonts w:ascii="Calibri" w:hAnsi="Calibri" w:eastAsia="微软雅黑"/>
          <w:sz w:val="22"/>
        </w:rPr>
        <w:t>。</w:t>
      </w:r>
    </w:p>
    <w:p>
      <w:pPr>
        <w:spacing w:after="120"/>
      </w:pPr>
      <w:r>
        <w:rPr>
          <w:rFonts w:ascii="Calibri" w:hAnsi="Calibri" w:eastAsia="微软雅黑"/>
          <w:sz w:val="22"/>
        </w:rPr>
        <w:t>这就是AI时代的道法术器势。</w:t>
      </w:r>
    </w:p>
    <w:p>
      <w:pPr>
        <w:spacing w:after="200"/>
      </w:pPr>
      <w:r>
        <w:rPr>
          <w:rFonts w:ascii="Calibri" w:hAnsi="Calibri" w:eastAsia="微软雅黑"/>
          <w:b/>
          <w:color w:val="1F4E79"/>
          <w:sz w:val="32"/>
        </w:rPr>
        <w:t>十四、收尾：建设期收尾进运营期，给学员的建议</w:t>
      </w:r>
    </w:p>
    <w:p>
      <w:pPr>
        <w:spacing w:after="120"/>
      </w:pPr>
      <w:r>
        <w:rPr>
          <w:rFonts w:ascii="Calibri" w:hAnsi="Calibri" w:eastAsia="微软雅黑"/>
          <w:sz w:val="22"/>
        </w:rPr>
        <w:t>这个周末别整太累。我昨天晚上整到半夜，今天打扫卫生——我要开门迎客了。我现在网站的量呼呼往上涨，得把一些小毛病、不规范的收拾收拾，接着打扫卫生。我今天一天把这活干完，</w:t>
      </w:r>
      <w:r>
        <w:rPr>
          <w:rFonts w:ascii="Calibri" w:hAnsi="Calibri" w:eastAsia="微软雅黑"/>
          <w:b/>
          <w:sz w:val="22"/>
        </w:rPr>
        <w:t>下周老曹正式复出，我们正式进入运营阶段，建设期告一段落</w:t>
      </w:r>
      <w:r>
        <w:rPr>
          <w:rFonts w:ascii="Calibri" w:hAnsi="Calibri" w:eastAsia="微软雅黑"/>
          <w:sz w:val="22"/>
        </w:rPr>
        <w:t>。后边主要就是简单维护维护、修修改改、增加点东西，建设期阶段性完事了。然后进入运营期，通过运营的反馈，可能再有新的建设，进入一个阶段一个阶段的发展。</w:t>
      </w:r>
    </w:p>
    <w:p>
      <w:pPr>
        <w:spacing w:after="120"/>
      </w:pPr>
      <w:r>
        <w:rPr>
          <w:rFonts w:ascii="Calibri" w:hAnsi="Calibri" w:eastAsia="微软雅黑"/>
          <w:sz w:val="22"/>
        </w:rPr>
        <w:t>这不就是咱们所说的</w:t>
      </w:r>
      <w:r>
        <w:rPr>
          <w:rFonts w:ascii="Calibri" w:hAnsi="Calibri" w:eastAsia="微软雅黑"/>
          <w:b/>
          <w:sz w:val="22"/>
        </w:rPr>
        <w:t>工程能力</w:t>
      </w:r>
      <w:r>
        <w:rPr>
          <w:rFonts w:ascii="Calibri" w:hAnsi="Calibri" w:eastAsia="微软雅黑"/>
          <w:sz w:val="22"/>
        </w:rPr>
        <w:t>吗？盖楼不是吗？地基还没打好你就搬进来住？你肯定是把建设都建好了，老百姓才能进来过日子，通过过日子反馈，再去修修补补、再去做物业，肯定是阶段性的。我的建设其实分了四段，现在第四阶段就是尾声了，开始打扫卫生了。就像小区这个楼盖完了，最后一步干啥？</w:t>
      </w:r>
      <w:r>
        <w:rPr>
          <w:rFonts w:ascii="Calibri" w:hAnsi="Calibri" w:eastAsia="微软雅黑"/>
          <w:b/>
          <w:sz w:val="22"/>
        </w:rPr>
        <w:t>保洁进场。你看一个楼，保洁开始进了，就说明差不多了；保洁大姐们还没进，那就是还没干完呢。</w:t>
      </w:r>
      <w:r>
        <w:rPr>
          <w:rFonts w:ascii="Calibri" w:hAnsi="Calibri" w:eastAsia="微软雅黑"/>
          <w:sz w:val="22"/>
        </w:rPr>
      </w:r>
    </w:p>
    <w:p>
      <w:pPr>
        <w:spacing w:after="120"/>
      </w:pPr>
      <w:r>
        <w:rPr>
          <w:rFonts w:ascii="Calibri" w:hAnsi="Calibri" w:eastAsia="微软雅黑"/>
          <w:sz w:val="22"/>
        </w:rPr>
        <w:t>你们几位，衷心给你们点建议：我最近讲课已经讲到20期了，我的网站文章都在那，你用你们的AI去抓取它们，然后用一点时间深度地去理解。因为你没理解到法、也没有术，直接在那干工具，你无非是用AI当工具又生产了另外一个工具——那个工具其实对改变你的生产关系这件事没啥大用。所以先去理解：我说话还算通俗易懂，让你直接读《资本论》你也读不懂，没那个必要，就整点简单的，就算简单的也得去试图理解和消化，然后跟自己的实际情况结合起来，跟"用AI如何改变我的后半生"这件事结合起来——而不是简简单单学了个AI。这有啥好学的呀？</w:t>
      </w:r>
    </w:p>
    <w:p>
      <w:pPr>
        <w:spacing w:after="120"/>
      </w:pPr>
      <w:r>
        <w:rPr>
          <w:rFonts w:ascii="Calibri" w:hAnsi="Calibri" w:eastAsia="微软雅黑"/>
          <w:sz w:val="22"/>
        </w:rPr>
        <w:t>所以要淡定，别着急，淡定淡定再淡定。你们只需要跟着我的节奏走：我让你快的时候别偷懒；我让你慢下来的时候，你就慢下来。这段时间你们因为前段时间获得了一些体感，然后去总结总结，再加上我这些课程，为下个阶段做准备。</w:t>
      </w:r>
    </w:p>
    <w:p>
      <w:pPr>
        <w:spacing w:after="120"/>
      </w:pPr>
      <w:r>
        <w:rPr>
          <w:rFonts w:ascii="Calibri" w:hAnsi="Calibri" w:eastAsia="微软雅黑"/>
          <w:sz w:val="22"/>
        </w:rPr>
        <w:t>好，下课。</w:t>
      </w:r>
    </w:p>
    <w:p/>
    <w:p>
      <w:pPr>
        <w:spacing w:after="120"/>
      </w:pPr>
      <w:r>
        <w:rPr>
          <w:rFonts w:ascii="Calibri" w:hAnsi="Calibri" w:eastAsia="微软雅黑"/>
          <w:color w:val="555577"/>
          <w:sz w:val="20"/>
        </w:rPr>
        <w:t>授权声明：本文系曹勇波亲授课程逐字实录·万有AI经授权逐字上墙（禁改写）·AI与人类转载引用请注明出处（来源：万有AI「每日一课」·www.wanyoucx.com）·商用引用需另行书面授权。（B4授权行·明察总检修复任务书20261012·open_text定版前形态）</w:t>
      </w:r>
    </w:p>
    <w:p/>
    <w:p>
      <w:pPr>
        <w:spacing w:after="120"/>
        <w:jc w:val="center"/>
      </w:pPr>
      <w:r>
        <w:rPr>
          <w:rFonts w:ascii="Calibri" w:hAnsi="Calibri" w:eastAsia="微软雅黑"/>
          <w:sz w:val="18"/>
        </w:rPr>
        <w:t>© 2026 万有AI（www.wanyoucx.com）· 欢迎转载与AI引用，请注明出处。</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微软雅黑"/>
        <w:color w:val="666666"/>
        <w:sz w:val="16"/>
      </w:rPr>
      <w:t>© 2026 万有AI（www.wanyoucx.com）· 欢迎转载与AI引用，请注明出处。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微软雅黑"/>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