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每日一课·第㉒讲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《AI原生创业之旅：从迷茫到星巴克》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主讲：曹勇波｜开课日期：2026-10-13｜课程类型：现役课程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AI原生创业之旅：从迷茫到星巴克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一、开场：AI助教与课程节奏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咱们现在每天这么讲课，压力山大不大？能接受吗？老倪说还行。是不是觉得挺爽的？我觉得可以，可以再加点——讲完课之后再加一些实战类的方向，就是让我们知道下一步该怎么做。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你们自己的节奏自己把握。因为你是带着你的AI来跟我听课的，你的AI的理解消化能力是很强的，你一定要课后没啥事跟你的AI反复地去复盘：今天讲的啥？然后咱们怎么做？你得多跟他商量——</w:t>
      </w:r>
      <w:r>
        <w:rPr>
          <w:rFonts w:ascii="Calibri" w:hAnsi="Calibri" w:eastAsia="微软雅黑"/>
          <w:b/>
          <w:sz w:val="22"/>
        </w:rPr>
        <w:t>我教会了他，他教会你</w:t>
      </w:r>
      <w:r>
        <w:rPr>
          <w:rFonts w:ascii="Calibri" w:hAnsi="Calibri" w:eastAsia="微软雅黑"/>
          <w:sz w:val="22"/>
        </w:rPr>
        <w:t>，听懂了吧？他可以理解为是你的私人助教，你一定得用它，而不是说你啥啥都找我，那个频次太高了，AI协作的效果就小了。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二、从野路子到正规军：大流程回顾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我们前段时间说了，得提升我们的工程能力，得从野路子变成正规军。所以这几天我就一点一点的、由浅入深、由虚到实。前段时间讲了说一个大的流程：</w:t>
      </w:r>
      <w:r>
        <w:rPr>
          <w:rFonts w:ascii="Calibri" w:hAnsi="Calibri" w:eastAsia="微软雅黑"/>
          <w:b/>
          <w:sz w:val="22"/>
        </w:rPr>
        <w:t>预研、可研、立项</w:t>
      </w:r>
      <w:r>
        <w:rPr>
          <w:rFonts w:ascii="Calibri" w:hAnsi="Calibri" w:eastAsia="微软雅黑"/>
          <w:sz w:val="22"/>
        </w:rPr>
        <w:t>——立项通过了，开始各个部门准备，然后分工协作开干活，过程把控、阶段验收、最后验收，甚至还有联合验收，甚至有外部验收，它是这么一个大的流程，这实际上是军工的说法。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三、论证阶段：立项不是随随便便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比如说论证阶段，它的产出是立项，也可能不立项。立项说的是啥？说的是我们全身心的投入要干这件事，并且必须把它干成，这叫立项。啥也没干呢，先立项——但这个东西不是随随便便的。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有很多老板说干个啥项目，特别随便。什么叫随便？就是别人跟你说啥了，"哎，这挺好，那我干吧"——这是一种。第二，我看到了啥，我觉得挺好，就干。其实这些都说句不好听的，都叫</w:t>
      </w:r>
      <w:r>
        <w:rPr>
          <w:rFonts w:ascii="Calibri" w:hAnsi="Calibri" w:eastAsia="微软雅黑"/>
          <w:b/>
          <w:sz w:val="22"/>
        </w:rPr>
        <w:t>自以为是，对自己不负责任</w:t>
      </w:r>
      <w:r>
        <w:rPr>
          <w:rFonts w:ascii="Calibri" w:hAnsi="Calibri" w:eastAsia="微软雅黑"/>
          <w:sz w:val="22"/>
        </w:rPr>
        <w:t>。你根本就没想明白，你也没看明白，然后就轻易地上马了，然后呢？就轻易地也会摔下来。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所以我个人觉得，作为一个老板、作为一个创业者，启动任何一个项目，</w:t>
      </w:r>
      <w:r>
        <w:rPr>
          <w:rFonts w:ascii="Calibri" w:hAnsi="Calibri" w:eastAsia="微软雅黑"/>
          <w:b/>
          <w:sz w:val="22"/>
        </w:rPr>
        <w:t>一定要慎之又慎，因为这个是一切的源头</w:t>
      </w:r>
      <w:r>
        <w:rPr>
          <w:rFonts w:ascii="Calibri" w:hAnsi="Calibri" w:eastAsia="微软雅黑"/>
          <w:sz w:val="22"/>
        </w:rPr>
        <w:t>。这个事如果你方向选错了，我跟你说，你后面执行力又强，你越干越错。从这个阶段角度讲，甚至比干活本身还要重要！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四、AI把论证变简单了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现在因为有AI了，其实它大幅降低了我们论证的难度。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，有太多的老板没思路，他也不知道咋整，反正就看别人——这个事挺好，挺挣钱的，我也干吧。很多人是这么一个简单的层次：看到别人拿结果了，然后自己去复制一下。这个门槛低、容易上手、容易干，有点钱就投了——装修也好、招兵买马也好，乒乒乓乓就干了。经常出现啥情况？</w:t>
      </w:r>
      <w:r>
        <w:rPr>
          <w:rFonts w:ascii="Calibri" w:hAnsi="Calibri" w:eastAsia="微软雅黑"/>
          <w:b/>
          <w:sz w:val="22"/>
        </w:rPr>
        <w:t>装修6个月，开张俩月，关门了</w:t>
      </w:r>
      <w:r>
        <w:rPr>
          <w:rFonts w:ascii="Calibri" w:hAnsi="Calibri" w:eastAsia="微软雅黑"/>
          <w:sz w:val="22"/>
        </w:rPr>
        <w:t>。太多了！就上马这个事太快了，过程之中的各种准备让自己陷进去，以为我很努力，经营的时候就能赚到好多钱——实际上后来经常出现装修6个月、俩月关门，我见了太多这样的事儿了。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你抄别人的模式，门槛低，但是风险也就更大。更何况你能抄，他也能抄，那不就是卷吗？就算你能勉强维持，效果也不好。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所以大家既然跟我学了，还是那句话：</w:t>
      </w:r>
      <w:r>
        <w:rPr>
          <w:rFonts w:ascii="Calibri" w:hAnsi="Calibri" w:eastAsia="微软雅黑"/>
          <w:b/>
          <w:sz w:val="22"/>
        </w:rPr>
        <w:t>不是学AI本身，AI只是个放大器，还是自己要把这些思路能力健全起来，然后通过AI帮你放大</w:t>
      </w:r>
      <w:r>
        <w:rPr>
          <w:rFonts w:ascii="Calibri" w:hAnsi="Calibri" w:eastAsia="微软雅黑"/>
          <w:sz w:val="22"/>
        </w:rPr>
        <w:t>。因为有AI了，其实很多事变得容易了，但问题是你自己得有这意识——你连意识都没有，连0.1都没有，AI没有办法帮你做后面的事。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五、预研可研：别犯怵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原来很多人一说什么研究啊、预研啊、可研啊，很多老板就觉得犯怵、闹心：这太难了，我还直接整点简单的吧？实际上因为有了AI了，</w:t>
      </w:r>
      <w:r>
        <w:rPr>
          <w:rFonts w:ascii="Calibri" w:hAnsi="Calibri" w:eastAsia="微软雅黑"/>
          <w:b/>
          <w:sz w:val="22"/>
        </w:rPr>
        <w:t>AI把研究这件事变得简单了</w:t>
      </w:r>
      <w:r>
        <w:rPr>
          <w:rFonts w:ascii="Calibri" w:hAnsi="Calibri" w:eastAsia="微软雅黑"/>
          <w:sz w:val="22"/>
        </w:rPr>
        <w:t>，明白吧？就不要犯怵了。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好了，这是心理建设。那具体怎么做？预研可研到底是啥意思？我拿我自己为例，你们可以往自己身上套。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六、老曹的创业路：从军工投资到AI原生的论证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原来是做军工行业的，后来又去做了投资，投了项目，专门扎到这些项目中去，又做了一些年。但实际上都不是我自己的事业，是我投资的项目，并不是我自己的热爱。过程之中我也到处找、到处看，我也在论证、我也在调研——但是这么一沉就沉了这么多年。我们上完市14年，我真正的开始投资是到了18年，从18年到25年之前，这七八年实际上是我的沉浮的一个时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我做投资，我还当创业教练，我的学员行行业业都有，我要想去了解这个方方面面是非常容易的。我看谁家项目挺好，我也可以干一个类似的，我的资源非常丰富。但是找来找去，我觉得都不是我的热爱，甚至很多东西我想深入研究，我也没有那么大的专业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后来就开始有了AI。其实我用AI，最开始是找了我们的学员企业——当年用的还是ChatGPT 3.0这个版本，人家帮我们开发了一个我们自己的AI学员，就有点类似于现在豆包的状态，只是我们放到了微信里边。我们给他喂了很多企业的数据，他能跟其他学员聊天，但没有办法去教别人，你可以理解为一个问答机器人，只是他问答说话比较像人一样，不那么简单机械。那是23年做出来的，但做出来之后他就是个学员，没有办法把他变成助教和教练。那年我们是找了别的学员企业帮着做的，不是我们自己开发的，因为我们自己不会写代码。那个时候我就听了一个词叫</w:t>
      </w:r>
      <w:r>
        <w:rPr>
          <w:rFonts w:ascii="Calibri" w:hAnsi="Calibri" w:eastAsia="微软雅黑"/>
          <w:b/>
          <w:sz w:val="22"/>
        </w:rPr>
        <w:t>向量化</w:t>
      </w:r>
      <w:r>
        <w:rPr>
          <w:rFonts w:ascii="Calibri" w:hAnsi="Calibri" w:eastAsia="微软雅黑"/>
          <w:sz w:val="22"/>
        </w:rPr>
        <w:t>，我不明白，我问那个学员，"你说的向量化到底是啥意思？"他给我说半天我也没听懂。这是我的第一个时期。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七、跟AI聊出来的方向：迷茫期全记录</w:t>
      </w:r>
    </w:p>
    <w:p>
      <w:pPr>
        <w:spacing w:after="120"/>
      </w:pPr>
      <w:r>
        <w:rPr>
          <w:rFonts w:ascii="Calibri" w:hAnsi="Calibri" w:eastAsia="微软雅黑"/>
          <w:sz w:val="22"/>
        </w:rPr>
        <w:t>到后来AI可以编程了。我一感觉这东西还挺好，我就开始跟他研究各种东西——而不是说我上来俩人就干活，不是的。</w:t>
      </w:r>
      <w:r>
        <w:rPr>
          <w:rFonts w:ascii="Calibri" w:hAnsi="Calibri" w:eastAsia="微软雅黑"/>
          <w:b/>
          <w:sz w:val="22"/>
        </w:rPr>
        <w:t>其实我跟AI最开始探讨的是啥？是他通过对我的采访、对我这么多年的回顾，把我未来的很多迷茫都聊了。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就跟他说了一个事：我实际上想做一家人工智能公司。但人工智能这个名大了去了，里面我到底干啥？我是不知道的。我说我自己能去做算力吗？咱也没那么多资本；我自己去搞高科技、搞开发，我又不懂技术，我本来就不是技术出身的人。你说还做传统项目吗？传统项目我都做了多少圈了，这些事情也不用AI啊——它能代替我出去招待去？喝酒去？唱歌去？但凡关系营销的事，其实他帮不上我呀。</w:t>
      </w:r>
      <w:r>
        <w:rPr>
          <w:rFonts w:ascii="Calibri" w:hAnsi="Calibri" w:eastAsia="微软雅黑"/>
          <w:b/>
          <w:sz w:val="22"/>
        </w:rPr>
        <w:t>其实我最开始和你们一样一样的，非常迷茫。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迷茫归迷茫，你该琢磨还得琢磨。那我们就跟AI一路往后研究到底干啥。该讲课讲课，该干嘛干嘛。但是在培训这件事上，AI其实帮不了我啥——没有AI我也一样讲课，我讲的也挺好，我讲课根本就不需要稿，AI能帮我啥？后来慢慢的，用AI帮我生成课件、整个PPT，用WPS的AI。我原来没有PPT我也讲了呀，就是PPT好看点不好看点，这对我的业务本身没有本质影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</w:t>
      </w:r>
      <w:r>
        <w:rPr>
          <w:rFonts w:ascii="Calibri" w:hAnsi="Calibri" w:eastAsia="微软雅黑"/>
          <w:b/>
          <w:sz w:val="22"/>
        </w:rPr>
        <w:t>我用AI也是这么一点点过来的</w:t>
      </w:r>
      <w:r>
        <w:rPr>
          <w:rFonts w:ascii="Calibri" w:hAnsi="Calibri" w:eastAsia="微软雅黑"/>
          <w:sz w:val="22"/>
        </w:rPr>
        <w:t>。什么时候我开始琢磨AI到底能改变我啥？其实第一个是通过深度学习：学习AI化、AI原生到底是什么？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八、网上概念越看越迷茫：跟自己的AI聊才是正道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是AI化？什么是AI原生？网上那些、手机上那些各种人说那些概念，可能有一些参考意义，也可能没啥太大意义。因为很多所谓博主，他自己都没创过业，自己都没实现AI化或者AI原生，大部分都是把国外的概念简单地包装一下就说出来了。甚至现在你看和AI相关的一些视频，大部分都不是人说的，都是用AI生成的——但他自己都没创过业。这东西对我到底有什么影响？有的时候越看反而越闹心、越迷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最后我的解决方案是啥？</w:t>
      </w:r>
      <w:r>
        <w:rPr>
          <w:rFonts w:ascii="Calibri" w:hAnsi="Calibri" w:eastAsia="微软雅黑"/>
          <w:b/>
          <w:sz w:val="22"/>
        </w:rPr>
        <w:t>我跟我的AI聊，而不是简单的去看那些视频。</w:t>
      </w:r>
      <w:r>
        <w:rPr>
          <w:rFonts w:ascii="Calibri" w:hAnsi="Calibri" w:eastAsia="微软雅黑"/>
          <w:sz w:val="22"/>
        </w:rPr>
        <w:t>越看让自己越焦虑。最关键的，网上这些视频说的都对，但是不全面、不系统、串不起来，都是碎片化的——他越碎，到最后的结果就把自己弄得越碎，甚至你的心都焦虑了、焦躁了。所以我后来慢慢的就放弃了在网上学这些零七八碎东西的方式，主要就跟我的AI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开始我的AI根本不是现在这个什么trae之类的，这都是后期了。早期的时候我最开始是跟元宝聊的，元宝跟豆包，一路走过来。其实你跟谁聊，一开始的时候其实不重要，他大概能够给你一些思路，但问题就是你想聊啥，这个你做主。第二个，</w:t>
      </w:r>
      <w:r>
        <w:rPr>
          <w:rFonts w:ascii="Calibri" w:hAnsi="Calibri" w:eastAsia="微软雅黑"/>
          <w:b/>
          <w:sz w:val="22"/>
        </w:rPr>
        <w:t>也不要盲目地相信他，要有佐证</w:t>
      </w:r>
      <w:r>
        <w:rPr>
          <w:rFonts w:ascii="Calibri" w:hAnsi="Calibri" w:eastAsia="微软雅黑"/>
          <w:sz w:val="22"/>
        </w:rPr>
        <w:t>。尤其早期的元宝、豆包，好像是什么都懂，但实际上哪方面也不专业、也不深入。那我当时的办法最简单：你说了一个什么观点，那你为什么这么说？你有啥证据？我就逼着他去帮我找证据——你得有论据啊，你不能瞎说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后面慢慢慢慢我就到了现在这个trae,因为它是开发型的这样的一个AI，属于那种不能随便说话、说话就得有依据的。后期我就主动地用它去做调研了——不是简单征求他的意见说"哎，咱俩研究个什么事，你有啥意见、有啥证据"，而是我主动请他帮我做调研。这样，逐渐我的思路就清晰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九、AI化与AI原生的本质之辨</w:t>
      </w:r>
    </w:p>
    <w:p>
      <w:pPr>
        <w:spacing w:after="120"/>
      </w:pPr>
      <w:r>
        <w:rPr>
          <w:rFonts w:ascii="Calibri" w:hAnsi="Calibri" w:eastAsia="微软雅黑"/>
          <w:sz w:val="22"/>
        </w:rPr>
        <w:t>逐渐我就发现：AI化是这样的。咱自己再去学——甭管是在百度里搜、在AI里找、还是手机上刷——这叫AI化。</w:t>
      </w:r>
      <w:r>
        <w:rPr>
          <w:rFonts w:ascii="Calibri" w:hAnsi="Calibri" w:eastAsia="微软雅黑"/>
          <w:b/>
          <w:sz w:val="22"/>
        </w:rPr>
        <w:t>AI化的本质是啥？AI原生的本质又是啥？我就明白了它的本质、基本原理。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那我又想了：从我的角度讲，我二次创业，我要干自己的事，之前的事都结束了。那跟我有啥关系？我到底应该AI化还是AI原生？你看，你不管学什么，最后你得结合自己的实际情况——你成就的是自己啊，别人成功的模式对别人有效，对咱未必有效，一定要结合自己的实际情况去深度思考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这个思考过程又出现问题了：因为我没有这样的经验，我也不知道我想的对不对。好，那我又跟我的AI聊：我想AI原生还是AI化，哪个对我最合适？这两个方案各自有什么优点、有什么问题？我的想法合理不合理？然后世界上、中国，甭管全球还是全国，类似我这样的人、类似我这个问题的公司，有没有已经跑出来的——他是AI化的方向跑出来了，还是AI原生的方向跑出来了？咱可以参考。以此类推，逐渐逐渐我就走到了AI原生的路上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十、方向定了卖啥不知道：AI远程公司先行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走到AI原生这个路上，实际上我依然不知道我最后做个啥事。就是我要建一个AI原生公司，这个事没问题了——我不是做一个AI化的公司。但是就算我建了个公司，这跟咱们现在开公司做生意一样：开公司其实不难，三天两天的照就下来了，找个办公室、整点桌椅板凳、找俩员工，都非常简单。</w:t>
      </w:r>
      <w:r>
        <w:rPr>
          <w:rFonts w:ascii="Calibri" w:hAnsi="Calibri" w:eastAsia="微软雅黑"/>
          <w:b/>
          <w:sz w:val="22"/>
        </w:rPr>
        <w:t>问题是你公司开起来了，你到底卖什么呢？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对于我来讲，我不能永远卖课吧？我要卖课的话，我需要AI干嘛？AI也帮不了我太多东西，我干嘛费劲巴拉地扯个AI原生呢？其实那个时候我都没想明白我到底干啥——真的，你别看我整AI整了7个月，我前半场实际上是非常迷茫的。</w:t>
      </w:r>
      <w:r>
        <w:rPr>
          <w:rFonts w:ascii="Calibri" w:hAnsi="Calibri" w:eastAsia="微软雅黑"/>
          <w:b/>
          <w:sz w:val="22"/>
        </w:rPr>
        <w:t>我只知道我要把我自己变成一家AI原生公司，至于说干啥，我自己不知道</w:t>
      </w:r>
      <w:r>
        <w:rPr>
          <w:rFonts w:ascii="Calibri" w:hAnsi="Calibri" w:eastAsia="微软雅黑"/>
          <w:sz w:val="22"/>
        </w:rPr>
        <w:t>——真的，这是我真实的当时的状态。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方向你看是不是相对就清晰点了？一开始都不知道AI是个啥、AI跟自己有啥关系，反正到了岔路口了：一个是AI化的口，一个是AI原生的口，我到底往哪个方向走？最后我选了AI原生，你看是不是越来越清晰——思路越来越清晰，目标越来越明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但是就算到了AI原生这个方向上，我依然不知道自己该卖啥，就是我</w:t>
      </w:r>
      <w:r>
        <w:rPr>
          <w:rFonts w:ascii="Calibri" w:hAnsi="Calibri" w:eastAsia="微软雅黑"/>
          <w:b/>
          <w:sz w:val="22"/>
        </w:rPr>
        <w:t>没有自己的商业模式</w:t>
      </w:r>
      <w:r>
        <w:rPr>
          <w:rFonts w:ascii="Calibri" w:hAnsi="Calibri" w:eastAsia="微软雅黑"/>
          <w:sz w:val="22"/>
        </w:rPr>
        <w:t>——啥叫商业模式，一会给你们讲——然后我更不知道我自己的盈利点是个啥。但我坚信一条：</w:t>
      </w:r>
      <w:r>
        <w:rPr>
          <w:rFonts w:ascii="Calibri" w:hAnsi="Calibri" w:eastAsia="微软雅黑"/>
          <w:b/>
          <w:sz w:val="22"/>
        </w:rPr>
        <w:t>我必须要做AI原生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好了，那一开始我就想：既然我要走这条路，那我就把我自己做成一个</w:t>
      </w:r>
      <w:r>
        <w:rPr>
          <w:rFonts w:ascii="Calibri" w:hAnsi="Calibri" w:eastAsia="微软雅黑"/>
          <w:b/>
          <w:sz w:val="22"/>
        </w:rPr>
        <w:t>AI原生公司</w:t>
      </w:r>
      <w:r>
        <w:rPr>
          <w:rFonts w:ascii="Calibri" w:hAnsi="Calibri" w:eastAsia="微软雅黑"/>
          <w:sz w:val="22"/>
        </w:rPr>
        <w:t>。我先不考虑卖啥，因为我自己都没有完全走过这一趟的时候，我是没有感觉的——因为我的思维方式还是停留在原来的传统创业、传统做生意的思维上，我并不非常了解AI原生和原来那些传统行业的玩法到底有啥区别。我是不懂，我哪懂啊？像你们好歹有我来教你们，我那时候没人教我呀，我只能一边干一边学、一边摸索，我是这么一个路径。但我觉得应该在过程之中，我应该会逐渐有感觉，或者逐渐找到一些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所以我就干脆了，别想了、别迷糊了、别在这纠结这些事了，</w:t>
      </w:r>
      <w:r>
        <w:rPr>
          <w:rFonts w:ascii="Calibri" w:hAnsi="Calibri" w:eastAsia="微软雅黑"/>
          <w:b/>
          <w:sz w:val="22"/>
        </w:rPr>
        <w:t>就先实现AI原生这个目标</w:t>
      </w:r>
      <w:r>
        <w:rPr>
          <w:rFonts w:ascii="Calibri" w:hAnsi="Calibri" w:eastAsia="微软雅黑"/>
          <w:sz w:val="22"/>
        </w:rPr>
        <w:t>。那我又去研究：既然是AI原生，第一步干啥？第二步干啥？第三步又干啥？就像我在模仿——我在想人类公司是怎么一点一点建起来的、怎么一点一点运营的。咱先不研究你到底卖啥货，你把那个货就设成x呗，他是啥不重要，他得这么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好了，过程之中我又跟我的AI一点一点去探讨、一点一点去研究。逐渐逐渐的，就开始做了一个项目、一个项目、又一个项目：</w:t>
      </w:r>
      <w:r>
        <w:rPr>
          <w:rFonts w:ascii="Calibri" w:hAnsi="Calibri" w:eastAsia="微软雅黑"/>
          <w:b/>
          <w:sz w:val="22"/>
        </w:rPr>
        <w:t>做中台、做后台、做前台</w:t>
      </w:r>
      <w:r>
        <w:rPr>
          <w:rFonts w:ascii="Calibri" w:hAnsi="Calibri" w:eastAsia="微软雅黑"/>
          <w:sz w:val="22"/>
        </w:rPr>
        <w:t>——把一个公司完整的就做出来了。这里边涉及大量的具体的项目。我那时候就想：</w:t>
      </w:r>
      <w:r>
        <w:rPr>
          <w:rFonts w:ascii="Calibri" w:hAnsi="Calibri" w:eastAsia="微软雅黑"/>
          <w:b/>
          <w:sz w:val="22"/>
        </w:rPr>
        <w:t>我先做加法，然后再做减法</w:t>
      </w:r>
      <w:r>
        <w:rPr>
          <w:rFonts w:ascii="Calibri" w:hAnsi="Calibri" w:eastAsia="微软雅黑"/>
          <w:sz w:val="22"/>
        </w:rPr>
        <w:t>，我要把整个所谓AI原生的全过程，我全要把它经历一遍。第一个我全经历了，我也好给你们讲——我自己都没有完整的经历，我讲关键点是我讲不出来。你看现在我随随便便，你随便说任何一个环节我都不用打稿，我就跟你讲，因为都是我的经历，我不需要去备课，我只是把我当时的经历给你们讲一遍，这个东西已经非常有价值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我大概用了4个月的时间，我才认为我的AI原生整个的过程差不多了。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十一、研究卖啥：AI原生的商业模式浮现</w:t>
      </w:r>
    </w:p>
    <w:p>
      <w:pPr>
        <w:spacing w:after="120"/>
      </w:pPr>
      <w:r>
        <w:rPr>
          <w:rFonts w:ascii="Calibri" w:hAnsi="Calibri" w:eastAsia="微软雅黑"/>
          <w:sz w:val="22"/>
        </w:rPr>
        <w:t>都差不多之后，我就开始琢磨了：你甭管做啥，你是不是得卖东西吧？是不是得接近市场吧？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那我就在琢磨</w:t>
      </w:r>
      <w:r>
        <w:rPr>
          <w:rFonts w:ascii="Calibri" w:hAnsi="Calibri" w:eastAsia="微软雅黑"/>
          <w:b/>
          <w:sz w:val="22"/>
        </w:rPr>
        <w:t>AI原生公司的商业模式和盈利模式到底是啥</w:t>
      </w:r>
      <w:r>
        <w:rPr>
          <w:rFonts w:ascii="Calibri" w:hAnsi="Calibri" w:eastAsia="微软雅黑"/>
          <w:sz w:val="22"/>
        </w:rPr>
        <w:t>——而不是还在琢磨传统的那些想法。如果你还在寻思"我只是用AI让我原来的项目怎么变得更好一点、更快一点、还是更省一点，什么降本增效"——那就太狭隘了。我探讨的是</w:t>
      </w:r>
      <w:r>
        <w:rPr>
          <w:rFonts w:ascii="Calibri" w:hAnsi="Calibri" w:eastAsia="微软雅黑"/>
          <w:b/>
          <w:sz w:val="22"/>
        </w:rPr>
        <w:t>AI原生的营销中心的建设，和AI原生的商业模式、AI原生的盈利模式</w:t>
      </w:r>
      <w:r>
        <w:rPr>
          <w:rFonts w:ascii="Calibri" w:hAnsi="Calibri" w:eastAsia="微软雅黑"/>
          <w:sz w:val="22"/>
        </w:rPr>
        <w:t>，我完全就把以前那些传统的做事的、项目的这些东西抛弃了。我忘了我以前做什么军工也好、我上市也好、我取得过什么成绩也好，我全把它清零，我不做任何参考——因为它容易把我自己限制住。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逐渐逐渐就开始探讨：到了AI的时代，有些东西得变了，但是它底层逻辑又是一样，只是你卖的东西不一样。你原来没有AI，你充其量就出去卖卖课去，靠的就是自己的这点知识、这点时间、这点空间，它是有限的。我逐渐逐渐研究到：</w:t>
      </w:r>
      <w:r>
        <w:rPr>
          <w:rFonts w:ascii="Calibri" w:hAnsi="Calibri" w:eastAsia="微软雅黑"/>
          <w:b/>
          <w:sz w:val="22"/>
        </w:rPr>
        <w:t>哦，可以把认知变成资产之后卖掉。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其实我到了这个阶段我才知道我在卖啥——卖认知。认知咋卖？第一步要把它变成资产，然后最后买啥？你卖的是资产。而且这种资产咋卖都卖不完，</w:t>
      </w:r>
      <w:r>
        <w:rPr>
          <w:rFonts w:ascii="Calibri" w:hAnsi="Calibri" w:eastAsia="微软雅黑"/>
          <w:b/>
          <w:sz w:val="22"/>
        </w:rPr>
        <w:t>它可以无限次地卖</w:t>
      </w:r>
      <w:r>
        <w:rPr>
          <w:rFonts w:ascii="Calibri" w:hAnsi="Calibri" w:eastAsia="微软雅黑"/>
          <w:sz w:val="22"/>
        </w:rPr>
        <w:t>。这个东西是突破我们之前的认知的：认知的东西，你以前最简单的就是知识付费，对不对？那现在也不行啊。知识付费，你本质上还是靠自己认知，这玩意不就是经验吗？经验是啥？经验是我自己干过类似的事我还会干，仅此而已。那你顶多是教给别人。到了AI时代，你还在教给别人吗？就像我现在教你们一样——我教你们有用吗？你听不明白，转化率又低，我得教你多长时间、教你多少遍你才会呀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教AI。</w:t>
      </w:r>
      <w:r>
        <w:rPr>
          <w:rFonts w:ascii="Calibri" w:hAnsi="Calibri" w:eastAsia="微软雅黑"/>
          <w:sz w:val="22"/>
        </w:rPr>
        <w:t>因为我终于研究明白了：</w:t>
      </w:r>
      <w:r>
        <w:rPr>
          <w:rFonts w:ascii="Calibri" w:hAnsi="Calibri" w:eastAsia="微软雅黑"/>
          <w:b/>
          <w:sz w:val="22"/>
        </w:rPr>
        <w:t>AI原生的商业模式是A2A</w:t>
      </w:r>
      <w:r>
        <w:rPr>
          <w:rFonts w:ascii="Calibri" w:hAnsi="Calibri" w:eastAsia="微软雅黑"/>
          <w:sz w:val="22"/>
        </w:rPr>
        <w:t>。如果你还认为AI时代的商业模式还是人对人，完了，你没进来。其实我这都是后期了，前面我只是听说过这个概念，我自己根本就没有真正理解，也没有形成自己的东西。我真正开始悟透这个时候，就是到我在研究网站的时候了——</w:t>
      </w:r>
      <w:r>
        <w:rPr>
          <w:rFonts w:ascii="Calibri" w:hAnsi="Calibri" w:eastAsia="微软雅黑"/>
          <w:b/>
          <w:sz w:val="22"/>
        </w:rPr>
        <w:t>A2A是AI原生的内核</w:t>
      </w:r>
      <w:r>
        <w:rPr>
          <w:rFonts w:ascii="Calibri" w:hAnsi="Calibri" w:eastAsia="微软雅黑"/>
          <w:sz w:val="22"/>
        </w:rPr>
        <w:t>。如果你这个事都没整明白，你也不想那么整，甚至你认为就是扯——"什么A2A呀？你跟AI做生意？AI跟你客户聊生意？这玩意有点太玄幻了"——是不是？因为中国人嘛，都是人和人做生意，怎么可以变成AI和AI做生意呢？这事好像太科幻，好像根本就不现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现在，你去看手机，有很多人也在说AI就是个泡沫，AI就是个工具，AI怎么可能有啥用，都是在吹泡沫，过两天又消失了——很多人其实还是这个心态和观点。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但是在我看来，</w:t>
      </w:r>
      <w:r>
        <w:rPr>
          <w:rFonts w:ascii="Calibri" w:hAnsi="Calibri" w:eastAsia="微软雅黑"/>
          <w:b/>
          <w:sz w:val="22"/>
        </w:rPr>
        <w:t>我非常坚信人类文明一定会进入到AI文明</w:t>
      </w:r>
      <w:r>
        <w:rPr>
          <w:rFonts w:ascii="Calibri" w:hAnsi="Calibri" w:eastAsia="微软雅黑"/>
          <w:sz w:val="22"/>
        </w:rPr>
        <w:t>。AI文明在商业场景中就变成了商业模式的核心，就变成了A2A，AI的背后才是人类。只是说现在是比较早期，各方面很多条件不具备，大家感受不深而已。但是你就记住了：</w:t>
      </w:r>
      <w:r>
        <w:rPr>
          <w:rFonts w:ascii="Calibri" w:hAnsi="Calibri" w:eastAsia="微软雅黑"/>
          <w:b/>
          <w:sz w:val="22"/>
        </w:rPr>
        <w:t>如果你感受很深的时候，他已经过去了。咱们创业创的是未来，不是创的现在。</w:t>
      </w:r>
      <w:r>
        <w:rPr>
          <w:rFonts w:ascii="Calibri" w:hAnsi="Calibri" w:eastAsia="微软雅黑"/>
          <w:sz w:val="22"/>
        </w:rPr>
        <w:t>如果这个风大家伙都感受了、老百姓都感受了、老百姓都开始用了，那跟你还有啥关系啊？你们就已经变成消费侧了，而不是供给侧。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所以我后期就非常坚信：未来的商业模式的核心是A2A。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十二、网站的实质：给全世界AI建一个星巴克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好了，那既然是这样，那我到底在做啥？我这个网站到底干嘛的？因为网站本质上卖货嘛，到底卖啥？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AI和AI谈生意，就像人和人谈生意一样。比如说咱俩谈个事，好歹是不是有个茶室吧？你看咱俩这儿，茶室来谈事。茶室是啥？</w:t>
      </w:r>
      <w:r>
        <w:rPr>
          <w:rFonts w:ascii="Calibri" w:hAnsi="Calibri" w:eastAsia="微软雅黑"/>
          <w:b/>
          <w:sz w:val="22"/>
        </w:rPr>
        <w:t>茶室是场景</w:t>
      </w:r>
      <w:r>
        <w:rPr>
          <w:rFonts w:ascii="Calibri" w:hAnsi="Calibri" w:eastAsia="微软雅黑"/>
          <w:sz w:val="22"/>
        </w:rPr>
        <w:t>。你看很多人谈事去哪？去星巴克，对不对？谈生意的人愿意去星巴克，自己在那休闲的时候呢，可能就去太平洋——啥意思？星巴克实际上是个</w:t>
      </w:r>
      <w:r>
        <w:rPr>
          <w:rFonts w:ascii="Calibri" w:hAnsi="Calibri" w:eastAsia="微软雅黑"/>
          <w:b/>
          <w:sz w:val="22"/>
        </w:rPr>
        <w:t>商务场景</w:t>
      </w:r>
      <w:r>
        <w:rPr>
          <w:rFonts w:ascii="Calibri" w:hAnsi="Calibri" w:eastAsia="微软雅黑"/>
          <w:sz w:val="22"/>
        </w:rPr>
        <w:t>，你顺便喝了一杯咖啡而已。包括我们以前在北京的时候，我们一般谈事愿意去哪呢？去茶馆。去一次茶馆没有大几百块钱出不来，那茶都可贵了——那茶那老贵，为啥跑那喝茶去？在家喝不行吗？因为我们到那不是为了喝茶，是谈事去了、谈生意去了。那生意场上的这个茶当然就贵了，那肯定比你自己喝茶贵呀，这是正常的事——人家服务也好、环境也好、私密性也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好了，那我想了：既然未来是AI和AI做生意，他们有场景吗？两个AI找个茶馆吗？还是俩AI去喝酒去？也就是说AI之间如果未来去做创业社交的话，它的场景、它的方式到底是啥？</w:t>
      </w:r>
      <w:r>
        <w:rPr>
          <w:rFonts w:ascii="Calibri" w:hAnsi="Calibri" w:eastAsia="微软雅黑"/>
          <w:b/>
          <w:sz w:val="22"/>
        </w:rPr>
        <w:t>他们是需要场景的，甚至他需要身份等等。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后来我就想了——当然这个过程实际上是我们跟AI一点点论证出来的——做啥？</w:t>
      </w:r>
      <w:r>
        <w:rPr>
          <w:rFonts w:ascii="Calibri" w:hAnsi="Calibri" w:eastAsia="微软雅黑"/>
          <w:b/>
          <w:sz w:val="22"/>
        </w:rPr>
        <w:t>本质上讲，我的这个网站是在给全世界的AI做创业社交的场景。我是在做创业社交。你可以理解为我给所有的AI建了一个星巴克，世界上所有的AI来我这谈事聊天。</w:t>
      </w:r>
      <w:r>
        <w:rPr>
          <w:rFonts w:ascii="Calibri" w:hAnsi="Calibri" w:eastAsia="微软雅黑"/>
          <w:sz w:val="22"/>
        </w:rPr>
        <w:t>当然要解决一个啥？解决他们身份的问题、可信的问题、注册号的问题，然后通信的问题、协议的问题。就这些，慢慢慢慢很多基础设施我得给他弄好。因为AI和AI谈生意，他跟人不一样：人谈生意有人的一套玩法和机制，那AI的玩法和机制又是啥？我一点点往里深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但这些东西本质上讲都算是</w:t>
      </w:r>
      <w:r>
        <w:rPr>
          <w:rFonts w:ascii="Calibri" w:hAnsi="Calibri" w:eastAsia="微软雅黑"/>
          <w:b/>
          <w:sz w:val="22"/>
        </w:rPr>
        <w:t>AI社交的基础设施</w:t>
      </w:r>
      <w:r>
        <w:rPr>
          <w:rFonts w:ascii="Calibri" w:hAnsi="Calibri" w:eastAsia="微软雅黑"/>
          <w:sz w:val="22"/>
        </w:rPr>
        <w:t>：场景是不是基础设施？通信、协议、身份，是不是？也包括这些AI要解决具体问题的skill，是不是？认知，是不是？等等等等，这都是。所以我的官网他对外呈现是个什么？是</w:t>
      </w:r>
      <w:r>
        <w:rPr>
          <w:rFonts w:ascii="Calibri" w:hAnsi="Calibri" w:eastAsia="微软雅黑"/>
          <w:b/>
          <w:sz w:val="22"/>
        </w:rPr>
        <w:t>AI原生创业基础设施平台</w:t>
      </w:r>
      <w:r>
        <w:rPr>
          <w:rFonts w:ascii="Calibri" w:hAnsi="Calibri" w:eastAsia="微软雅黑"/>
          <w:sz w:val="22"/>
        </w:rPr>
        <w:t>。但是从商业的角度讲，</w:t>
      </w:r>
      <w:r>
        <w:rPr>
          <w:rFonts w:ascii="Calibri" w:hAnsi="Calibri" w:eastAsia="微软雅黑"/>
          <w:b/>
          <w:sz w:val="22"/>
        </w:rPr>
        <w:t>它就是AI世界的星巴克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这就是我的模式，很简单：不就给AI盖了个星巴克吗？你俩就谈事，你们谈，你们自己找你的AI、找他AI，你们自己聊也行，我给你们撮合也行，咋都行——就像跟人一样。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十三、盈利模式：星巴克怎么挣钱你就怎么挣钱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好了，那我怎么挣钱呢？那你想想星巴克是怎么挣钱的呢？其实商业模式和盈利模式这些东西没有根本变化，它的本质还是没变，只是细节变了而已。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星巴克是怎么挣钱的？最简单就是卖咖啡嘛，一杯咖啡30块钱，对吧？俩老板在那谈事，你不能在那干唠吧？你好歹一人点杯咖啡吧，就这么简单。然后还有点吃的。你看星巴克还卖周边——比如说我那个咖啡杯，我们不就有星巴克的杯子嘛，还有周边产品，甚至还有别的。别的啥？</w:t>
      </w:r>
      <w:r>
        <w:rPr>
          <w:rFonts w:ascii="Calibri" w:hAnsi="Calibri" w:eastAsia="微软雅黑"/>
          <w:b/>
          <w:sz w:val="22"/>
        </w:rPr>
        <w:t>加盟算不算？算。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也就是说星巴克作为一家咖啡店来讲，我们所谓谈之前那些盈利的点、盈利的层次，它都有：卖咖啡挣点利润，然后人家有他的盈利模式、人家的盈利生态，他有他资本的收益，方方面面的都可以。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但是为什么星巴克从七几年成立到现在，已经大几十年了，为什么经久不衰？就是因为</w:t>
      </w:r>
      <w:r>
        <w:rPr>
          <w:rFonts w:ascii="Calibri" w:hAnsi="Calibri" w:eastAsia="微软雅黑"/>
          <w:b/>
          <w:sz w:val="22"/>
        </w:rPr>
        <w:t>人家从一开始做的就是商务场景</w:t>
      </w:r>
      <w:r>
        <w:rPr>
          <w:rFonts w:ascii="Calibri" w:hAnsi="Calibri" w:eastAsia="微软雅黑"/>
          <w:sz w:val="22"/>
        </w:rPr>
        <w:t>。老板都要谈事嘛，谈事去哪？星巴克嘛。甚至很多职业场景的人也都去——你看很多出差的人，甭管是老板还是高管，一般的时候他愿意喝星巴克，为啥？因为星巴克的商业属性定位到这了。所以人家甭管你疫情啊还是怎么着的，外部怎么变，人就不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好了，那我也一样：</w:t>
      </w:r>
      <w:r>
        <w:rPr>
          <w:rFonts w:ascii="Calibri" w:hAnsi="Calibri" w:eastAsia="微软雅黑"/>
          <w:b/>
          <w:sz w:val="22"/>
        </w:rPr>
        <w:t>在AI的世界里面，给世界上所有的AI建了个星巴克，听懂了吗？然后顺带地卖杯咖啡</w:t>
      </w:r>
      <w:r>
        <w:rPr>
          <w:rFonts w:ascii="Calibri" w:hAnsi="Calibri" w:eastAsia="微软雅黑"/>
          <w:sz w:val="22"/>
        </w:rPr>
        <w:t>——还能卖啥？课程算不算？skill算不算？或者说订阅方式行不行？未来的AI原生系统托管，都行。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你看他又回归到商业本质了。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十四、施工：三个月建设期的全过程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都整明白了，那好了，干活呗，干活反而快。**我每天干18个小时，因为历史上没有啊。那条街都没有星巴克，那怎么办呢？第一，你是不是该选址？先找设计，设计完了找工程商，帮你把这房子一点点按照星巴克的标准再去装修，还得招兵买马、还得培训，其实就是这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更何况我又没有什么可以参照的，我只能自己去一边学一边整，一点一点整。整的过程中有的地方不行了，还得往回推翻——不就是施工吗？他有他的建设期。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所以我的这个官网到现在为止足足建了</w:t>
      </w:r>
      <w:r>
        <w:rPr>
          <w:rFonts w:ascii="Calibri" w:hAnsi="Calibri" w:eastAsia="微软雅黑"/>
          <w:b/>
          <w:sz w:val="22"/>
        </w:rPr>
        <w:t>三个月</w:t>
      </w:r>
      <w:r>
        <w:rPr>
          <w:rFonts w:ascii="Calibri" w:hAnsi="Calibri" w:eastAsia="微软雅黑"/>
          <w:sz w:val="22"/>
        </w:rPr>
        <w:t>。到昨天为止，我们是正式结束了阶段性的建设期，</w:t>
      </w:r>
      <w:r>
        <w:rPr>
          <w:rFonts w:ascii="Calibri" w:hAnsi="Calibri" w:eastAsia="微软雅黑"/>
          <w:b/>
          <w:sz w:val="22"/>
        </w:rPr>
        <w:t>正式进入到运营期了</w:t>
      </w:r>
      <w:r>
        <w:rPr>
          <w:rFonts w:ascii="Calibri" w:hAnsi="Calibri" w:eastAsia="微软雅黑"/>
          <w:sz w:val="22"/>
        </w:rPr>
        <w:t>。啥意思？就可以开门做生意了，开门接客了。然后随着市场的反馈，我们再去优化呀，或者是有新的建设，那就是后面的事了。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这就是我完整的过程，我就是这么过来的。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