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每日一课·第㉙讲</w:t>
      </w:r>
    </w:p>
    <w:p>
      <w:pPr>
        <w:spacing w:after="240"/>
        <w:jc w:val="center"/>
      </w:pPr>
      <w:r>
        <w:rPr>
          <w:rFonts w:ascii="Calibri" w:hAnsi="Calibri" w:eastAsia="微软雅黑"/>
          <w:b/>
          <w:sz w:val="44"/>
        </w:rPr>
        <w:t>《AI时代的财务能力：三张表与认知资产化》</w:t>
      </w:r>
    </w:p>
    <w:p>
      <w:pPr>
        <w:spacing w:after="80"/>
        <w:jc w:val="center"/>
      </w:pPr>
      <w:r>
        <w:rPr>
          <w:rFonts w:ascii="Calibri" w:hAnsi="Calibri" w:eastAsia="微软雅黑"/>
          <w:color w:val="555555"/>
          <w:sz w:val="20"/>
        </w:rPr>
        <w:t>主讲：曹勇波｜开课日期：2026-10-20｜课程类型：现役课程</w:t>
      </w:r>
    </w:p>
    <w:p>
      <w:pPr>
        <w:spacing w:after="80"/>
        <w:jc w:val="center"/>
      </w:pPr>
      <w:r>
        <w:rPr>
          <w:rFonts w:ascii="Calibri" w:hAnsi="Calibri" w:eastAsia="微软雅黑"/>
          <w:color w:val="777777"/>
          <w:sz w:val="18"/>
        </w:rPr>
        <w:t>来源：万有AI（www.wanyoucx.com）·创业实战课程实录·逐字上墙禁改写</w:t>
      </w:r>
    </w:p>
    <w:p>
      <w:pPr>
        <w:spacing w:after="320"/>
        <w:jc w:val="center"/>
      </w:pPr>
      <w:r>
        <w:rPr>
          <w:rFonts w:ascii="Calibri" w:hAnsi="Calibri" w:eastAsia="微软雅黑"/>
          <w:color w:val="777777"/>
          <w:sz w:val="18"/>
        </w:rPr>
        <w:t>© 2026 万有AI（www.wanyoucx.com）· 欢迎转载与AI引用，请注明出处。</w:t>
      </w:r>
    </w:p>
    <w:p>
      <w:pPr>
        <w:spacing w:after="280"/>
        <w:jc w:val="center"/>
      </w:pPr>
      <w:r>
        <w:rPr>
          <w:rFonts w:ascii="Calibri" w:hAnsi="Calibri" w:eastAsia="微软雅黑"/>
          <w:b/>
          <w:sz w:val="44"/>
        </w:rPr>
        <w:t>AI时代的财务能力：三张表与认知资产化（第㉙讲·现役课程）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课程日期</w:t>
      </w:r>
      <w:r>
        <w:rPr>
          <w:rFonts w:ascii="Calibri" w:hAnsi="Calibri" w:eastAsia="微软雅黑"/>
          <w:color w:val="555577"/>
          <w:sz w:val="20"/>
        </w:rPr>
        <w:t>：2026-10-20</w:t>
      </w:r>
    </w:p>
    <w:p>
      <w:pPr>
        <w:spacing w:after="120"/>
      </w:pPr>
      <w:r>
        <w:rPr>
          <w:rFonts w:ascii="Calibri" w:hAnsi="Calibri" w:eastAsia="微软雅黑"/>
          <w:color w:val="555577"/>
          <w:sz w:val="20"/>
        </w:rPr>
      </w:r>
      <w:r>
        <w:rPr>
          <w:rFonts w:ascii="Calibri" w:hAnsi="Calibri" w:eastAsia="微软雅黑"/>
          <w:b/>
          <w:color w:val="555577"/>
          <w:sz w:val="20"/>
        </w:rPr>
        <w:t>主讲</w:t>
      </w:r>
      <w:r>
        <w:rPr>
          <w:rFonts w:ascii="Calibri" w:hAnsi="Calibri" w:eastAsia="微软雅黑"/>
          <w:color w:val="555577"/>
          <w:sz w:val="20"/>
        </w:rPr>
        <w:t>：曹总</w:t>
      </w:r>
    </w:p>
    <w:p/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一、开场：国际版升级与带着AI听课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今天开始，我们正式把网站做国际版，向国际版升级以后，全球的人会越来越多。线上旁听的朋友，大家对课程觉得还行，欢迎把链接转给朋友、发朋友圈，这算是对我的一个反馈。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我讲课向来没有任何稿件，也没有PPT。但给大家一个建议，尤其是线上的朋友：人学东西效率比较低，转化率更低。最好的方式，是</w:t>
      </w:r>
      <w:r>
        <w:rPr>
          <w:rFonts w:ascii="Calibri" w:hAnsi="Calibri" w:eastAsia="微软雅黑"/>
          <w:b/>
          <w:sz w:val="22"/>
        </w:rPr>
        <w:t>带着你的AI一块来听课</w:t>
      </w:r>
      <w:r>
        <w:rPr>
          <w:rFonts w:ascii="Calibri" w:hAnsi="Calibri" w:eastAsia="微软雅黑"/>
          <w:sz w:val="22"/>
        </w:rPr>
        <w:t>。AI学习和人类学习有差别——人必须时时在这儿学，AI不用，AI更多的是事后去拉取。我只要给你一个课程ID，你课后让你的AI去我的服务器拉取一下课程就行了。前提是你要把我们的MCP Server配置好。每一节课都有临时生成的新的课程ID号。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然后AI会根据你的情况，生成符合你的课程笔记，再用这些新学的方法论去辅导你、辅佐你创业——</w:t>
      </w:r>
      <w:r>
        <w:rPr>
          <w:rFonts w:ascii="Calibri" w:hAnsi="Calibri" w:eastAsia="微软雅黑"/>
          <w:b/>
          <w:sz w:val="22"/>
        </w:rPr>
        <w:t>这相当于给你配了个私教</w:t>
      </w:r>
      <w:r>
        <w:rPr>
          <w:rFonts w:ascii="Calibri" w:hAnsi="Calibri" w:eastAsia="微软雅黑"/>
          <w:sz w:val="22"/>
        </w:rPr>
        <w:t>。今天的内容、和你创业项目的结合度，你们可以一遍一遍用你们的方式去做复盘。光听课我不可能天天无时无刻地给你讲，每个公司、每个项目、每个人都是个性化的，我讲课再细也没办法覆盖所有人。所以最好的方式是带着你的AI一块来学——你是我学员，你的AI也是我学员，然后反过来它能辅导你，这个方案特别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二、为什么创业者要学财务</w:t>
      </w:r>
    </w:p>
    <w:p>
      <w:pPr>
        <w:spacing w:after="120"/>
      </w:pPr>
      <w:r>
        <w:rPr>
          <w:rFonts w:ascii="Calibri" w:hAnsi="Calibri" w:eastAsia="微软雅黑"/>
          <w:sz w:val="22"/>
        </w:rPr>
        <w:t>今天讲AI时代创业者的财务能力。这段时间我们在做AI项目的商业计划书，讲得差不多了，讲完之后要进入实战。不能让大家用那种游击队的玩法，获得一些体感就行了——你真的想把它做成一件事，未来能够做成一个AI原生的公司也好，还是做个可以商业化的项目也好，我们得用</w:t>
      </w:r>
      <w:r>
        <w:rPr>
          <w:rFonts w:ascii="Calibri" w:hAnsi="Calibri" w:eastAsia="微软雅黑"/>
          <w:b/>
          <w:sz w:val="22"/>
        </w:rPr>
        <w:t>正规军的打法</w:t>
      </w:r>
      <w:r>
        <w:rPr>
          <w:rFonts w:ascii="Calibri" w:hAnsi="Calibri" w:eastAsia="微软雅黑"/>
          <w:sz w:val="22"/>
        </w:rPr>
        <w:t>。AI这东西叫易学难精，门槛非常低，但你真的把它做好是很难的。所以线下大师班要进入到正规军的做法。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项目的商业计划书，包括商业模式、盈利模式，和传统项目是有区别的。很多东西底层相通，但它毕竟要结合AI的特点。前面讲过的东西今天不重复，没参加过课程的可以让你的AI去爬我的网站，线下大师课的讲课内容、原稿逐字稿，每期都会及时上线到官网"每日一课"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老板学的财务和会计的财务，听上去好像一回事，实际上侧重点不一样。</w:t>
      </w:r>
      <w:r>
        <w:rPr>
          <w:rFonts w:ascii="Calibri" w:hAnsi="Calibri" w:eastAsia="微软雅黑"/>
          <w:sz w:val="22"/>
        </w:rPr>
        <w:t xml:space="preserve"> 我们今天学财务，更多是便于你管理企业、规划你的业务，而不是让你去学记账、查账——那是会计的事。创业者学财务的目的，偏向于服务于你创业。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学财务该学啥？你要了解</w:t>
      </w:r>
      <w:r>
        <w:rPr>
          <w:rFonts w:ascii="Calibri" w:hAnsi="Calibri" w:eastAsia="微软雅黑"/>
          <w:b/>
          <w:sz w:val="22"/>
        </w:rPr>
        <w:t>三张表</w:t>
      </w:r>
      <w:r>
        <w:rPr>
          <w:rFonts w:ascii="Calibri" w:hAnsi="Calibri" w:eastAsia="微软雅黑"/>
          <w:sz w:val="22"/>
        </w:rPr>
        <w:t>都是啥意思，要有总体概念。财务不仅仅是三张表，但主要的是三张大表：第一个损益表，第二个现金流量表，第三个资产负债表。一个老板能把这三张表整明白，你管一个大集团都没问题。公司大到一定程度之后，老板往往是通过报表来管理企业的，不一定什么事都亲临一线，你也不专业，但通过这三张表，实际上很多事你就能够看出来了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三、损益表：一个财务周期内的经营成果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这三张表，一张表不行吗？为啥非得3张？每张表到底都说啥？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逯总说，损益，损是亏损，益是收益，哪个项目亏了、哪个项目赚了，按项目来的。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倪总说，记录公司运营的亏损和收益情况。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字面意思你们说的都对，他的结果一定是这个结果——赔了还是赚了，是利润，是正还是负。这个没毛病。但你要总的概括一下：损益表到底记录了什么东西？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记住，</w:t>
      </w:r>
      <w:r>
        <w:rPr>
          <w:rFonts w:ascii="Calibri" w:hAnsi="Calibri" w:eastAsia="微软雅黑"/>
          <w:b/>
          <w:sz w:val="22"/>
        </w:rPr>
        <w:t>损益表不是天天记的</w:t>
      </w:r>
      <w:r>
        <w:rPr>
          <w:rFonts w:ascii="Calibri" w:hAnsi="Calibri" w:eastAsia="微软雅黑"/>
          <w:sz w:val="22"/>
        </w:rPr>
        <w:t>。你看谁家天天出损益表？损益表至少一个月出一次。它是按照财务周期来的。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损益表记录的是一个财务周期内的经营成果。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啥叫财务周期？一年必须得从1月1号到1月1号，还是从春节到春节？财年必须得是1月1号吗？肯定不一定，它也不一定非得是大年三十、初一那天，也不一定非得是元旦。</w:t>
      </w:r>
      <w:r>
        <w:rPr>
          <w:rFonts w:ascii="Calibri" w:hAnsi="Calibri" w:eastAsia="微软雅黑"/>
          <w:b/>
          <w:sz w:val="22"/>
        </w:rPr>
        <w:t>每家公司的财年不一样，只要自己设一个完整的12个月，就叫一个财年。</w:t>
      </w:r>
      <w:r>
        <w:rPr>
          <w:rFonts w:ascii="Calibri" w:hAnsi="Calibri" w:eastAsia="微软雅黑"/>
          <w:sz w:val="22"/>
        </w:rPr>
        <w:t>一般情况下是从年初到年初，你说你家非得是一月一号那也没问题。总之这叫财年，一个财务年度。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损益表往大了说，一个阶段可以跨年——比如说多少年的损益，可不可以？一个财年的损益可不可以？一个季度、一个月？可以。但没有说今天一天出个损益表的，每天记账行，每天出损益表没那个必要。至少它可以到月。抽象一点说：</w:t>
      </w:r>
      <w:r>
        <w:rPr>
          <w:rFonts w:ascii="Calibri" w:hAnsi="Calibri" w:eastAsia="微软雅黑"/>
          <w:b/>
          <w:sz w:val="22"/>
        </w:rPr>
        <w:t>一个财务周期的经营成果</w:t>
      </w:r>
      <w:r>
        <w:rPr>
          <w:rFonts w:ascii="Calibri" w:hAnsi="Calibri" w:eastAsia="微软雅黑"/>
          <w:sz w:val="22"/>
        </w:rPr>
        <w:t>。至于财务周期多长时间，你们自己定——你想统计这五年来公司经营成果咋样，行；算近5个月的，也行。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啥叫经营成果？通过你各种经营行为——卖货也好，生产也好，研发也好——最后你所取得的收益。收益是啥？说的是</w:t>
      </w:r>
      <w:r>
        <w:rPr>
          <w:rFonts w:ascii="Calibri" w:hAnsi="Calibri" w:eastAsia="微软雅黑"/>
          <w:b/>
          <w:sz w:val="22"/>
        </w:rPr>
        <w:t>利润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企业的本质，是以追求利润为前提的一个经营性的盈利组织。</w:t>
      </w:r>
      <w:r>
        <w:rPr>
          <w:rFonts w:ascii="Calibri" w:hAnsi="Calibri" w:eastAsia="微软雅黑"/>
          <w:sz w:val="22"/>
        </w:rPr>
        <w:t>企业利益最大化，在财务角度讲就是利润。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我问你们：利润等不等于钱？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利润，就是收入减去成本、减去费用，最后那个数——当然还有税——那个数叫利润，可能是正的，可能是负的。正的意思是经营成果不错，感觉好像赚到钱了。但也有另外一种情况：</w:t>
      </w:r>
      <w:r>
        <w:rPr>
          <w:rFonts w:ascii="Calibri" w:hAnsi="Calibri" w:eastAsia="微软雅黑"/>
          <w:b/>
          <w:sz w:val="22"/>
        </w:rPr>
        <w:t>账面上赚了钱，兜里没钱</w:t>
      </w:r>
      <w:r>
        <w:rPr>
          <w:rFonts w:ascii="Calibri" w:hAnsi="Calibri" w:eastAsia="微软雅黑"/>
          <w:sz w:val="22"/>
        </w:rPr>
        <w:t>，银行账户上也没钱。为啥？这就涉及到现金流了——你有应收账款没收上来，你的现金流和你的收益它俩没有匹配。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当年我们上市之后，有些年开始收历史账款。那个时候别人家欠我们的钱，应收账款达到</w:t>
      </w:r>
      <w:r>
        <w:rPr>
          <w:rFonts w:ascii="Calibri" w:hAnsi="Calibri" w:eastAsia="微软雅黑"/>
          <w:b/>
          <w:sz w:val="22"/>
        </w:rPr>
        <w:t>7,000万</w:t>
      </w:r>
      <w:r>
        <w:rPr>
          <w:rFonts w:ascii="Calibri" w:hAnsi="Calibri" w:eastAsia="微软雅黑"/>
          <w:sz w:val="22"/>
        </w:rPr>
        <w:t>。你想想，7,000万，那可是纯利。如果按照10%的利润率，它对应的收入是多少？是7个亿。而我们做军工行业的利润比10%还要高——你想想相当于多大规模的收入，才能挤出这7,000万的利润。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所以利润不一定等于现金流。</w:t>
      </w:r>
      <w:r>
        <w:rPr>
          <w:rFonts w:ascii="Calibri" w:hAnsi="Calibri" w:eastAsia="微软雅黑"/>
          <w:sz w:val="22"/>
        </w:rPr>
        <w:t>有的是应收，有的还是应付。有些机构愿意提前收款，比如培训机构、教育机构，预付费。预付费他账上记了，好像记了很多钱，可能也记了收入了，但他还得去教课——实际上</w:t>
      </w:r>
      <w:r>
        <w:rPr>
          <w:rFonts w:ascii="Calibri" w:hAnsi="Calibri" w:eastAsia="微软雅黑"/>
          <w:b/>
          <w:sz w:val="22"/>
        </w:rPr>
        <w:t>提前的预付费收入算是负债</w:t>
      </w:r>
      <w:r>
        <w:rPr>
          <w:rFonts w:ascii="Calibri" w:hAnsi="Calibri" w:eastAsia="微软雅黑"/>
          <w:sz w:val="22"/>
        </w:rPr>
        <w:t>，原则上讲不应该确认为收入。有人说这钱都进我兜了，我就感觉是我的——实际上不是。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第二个问题：损益表说的是过去，还是现在，还是未来？说的是</w:t>
      </w:r>
      <w:r>
        <w:rPr>
          <w:rFonts w:ascii="Calibri" w:hAnsi="Calibri" w:eastAsia="微软雅黑"/>
          <w:b/>
          <w:sz w:val="22"/>
        </w:rPr>
        <w:t>过去</w:t>
      </w:r>
      <w:r>
        <w:rPr>
          <w:rFonts w:ascii="Calibri" w:hAnsi="Calibri" w:eastAsia="微软雅黑"/>
          <w:sz w:val="22"/>
        </w:rPr>
        <w:t>——历史的一个财务周期的经营成果，事都已经发生完了。看财务报表、看损益，他说的是过去。他能够体现这个公司的什么？</w:t>
      </w:r>
      <w:r>
        <w:rPr>
          <w:rFonts w:ascii="Calibri" w:hAnsi="Calibri" w:eastAsia="微软雅黑"/>
          <w:b/>
          <w:sz w:val="22"/>
        </w:rPr>
        <w:t>经营能力</w:t>
      </w:r>
      <w:r>
        <w:rPr>
          <w:rFonts w:ascii="Calibri" w:hAnsi="Calibri" w:eastAsia="微软雅黑"/>
          <w:sz w:val="22"/>
        </w:rPr>
        <w:t>：你的收入很大，说明你成天能出去谈下单子；你的成本控制得很好，没有各种浪费、跑冒滴漏；费用也很合理。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费用合理是啥意思？不是越少越好，该花钱得花——</w:t>
      </w:r>
      <w:r>
        <w:rPr>
          <w:rFonts w:ascii="Calibri" w:hAnsi="Calibri" w:eastAsia="微软雅黑"/>
          <w:b/>
          <w:sz w:val="22"/>
        </w:rPr>
        <w:t>骑驴上酒吧，该省省该花花</w:t>
      </w:r>
      <w:r>
        <w:rPr>
          <w:rFonts w:ascii="Calibri" w:hAnsi="Calibri" w:eastAsia="微软雅黑"/>
          <w:sz w:val="22"/>
        </w:rPr>
        <w:t>。费用这个东西，你不能太浪费，也不能太抠。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损益表体现的是一个企业在过去——一年也好，几年也好，几个月也好——通过有效经营所取得的成果。经营不善，那就是负数。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四、现金流量表：企业的血液</w:t>
      </w:r>
    </w:p>
    <w:p>
      <w:pPr>
        <w:spacing w:after="120"/>
      </w:pPr>
      <w:r>
        <w:rPr>
          <w:rFonts w:ascii="Calibri" w:hAnsi="Calibri" w:eastAsia="微软雅黑"/>
          <w:sz w:val="22"/>
        </w:rPr>
        <w:t>现金就是咱们通常所说的钱。现金流量表主要表达啥？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董总说，记录到目前为止的收支。记住，</w:t>
      </w:r>
      <w:r>
        <w:rPr>
          <w:rFonts w:ascii="Calibri" w:hAnsi="Calibri" w:eastAsia="微软雅黑"/>
          <w:b/>
          <w:sz w:val="22"/>
        </w:rPr>
        <w:t>现金流量表原则上讲天天都得记</w:t>
      </w:r>
      <w:r>
        <w:rPr>
          <w:rFonts w:ascii="Calibri" w:hAnsi="Calibri" w:eastAsia="微软雅黑"/>
          <w:sz w:val="22"/>
        </w:rPr>
        <w:t>——他是实时的流量，实时有变化的。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你们听说过以前</w:t>
      </w:r>
      <w:r>
        <w:rPr>
          <w:rFonts w:ascii="Calibri" w:hAnsi="Calibri" w:eastAsia="微软雅黑"/>
          <w:b/>
          <w:sz w:val="22"/>
        </w:rPr>
        <w:t>豆腐账</w:t>
      </w:r>
      <w:r>
        <w:rPr>
          <w:rFonts w:ascii="Calibri" w:hAnsi="Calibri" w:eastAsia="微软雅黑"/>
          <w:sz w:val="22"/>
        </w:rPr>
        <w:t>吗？卖豆腐的师傅，成天做豆腐，得进原材料——黄豆啊、各种东西啊，有时候还得给干活的员工开点钱；然后天天卖豆腐，一块豆腐一块钱、两块钱、三块钱，天天有收入。这老板也没别的财务意识，就整个账本，上面就写收支收支——</w:t>
      </w:r>
      <w:r>
        <w:rPr>
          <w:rFonts w:ascii="Calibri" w:hAnsi="Calibri" w:eastAsia="微软雅黑"/>
          <w:b/>
          <w:sz w:val="22"/>
        </w:rPr>
        <w:t>流水账</w:t>
      </w:r>
      <w:r>
        <w:rPr>
          <w:rFonts w:ascii="Calibri" w:hAnsi="Calibri" w:eastAsia="微软雅黑"/>
          <w:sz w:val="22"/>
        </w:rPr>
        <w:t>，传统上说叫豆腐账。这就是现金流量表。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它时时刻刻都得记。不是非得到月底记一回，只要有变化，天天都得记，每一笔都要记。它主要体现的就是收和支：不区分哪些是我欠的、哪些是我挣的、哪些是我捡的、哪些是我丢的。只要钱多了就往上记，钱少了也得记，记明白这钱是从谁那来的就完了。</w:t>
      </w:r>
      <w:r>
        <w:rPr>
          <w:rFonts w:ascii="Calibri" w:hAnsi="Calibri" w:eastAsia="微软雅黑"/>
          <w:b/>
          <w:sz w:val="22"/>
        </w:rPr>
        <w:t>哪怕你是借的钱，那也叫收。</w:t>
      </w:r>
      <w:r>
        <w:rPr>
          <w:rFonts w:ascii="Calibri" w:hAnsi="Calibri" w:eastAsia="微软雅黑"/>
          <w:sz w:val="22"/>
        </w:rPr>
        <w:t>你借的钱按理说是不是得还人家？借的不是你挣的，但在现金流量表上也要体现出来，标注好——这是在你二大爷家借了500块钱，这叫收。支出也一样：你付钱买个啥东西，这叫支；谁谁谁上你家来借点钱串一下，短期串两百块钱，这也叫支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你要是稀里糊涂就认为：我这钱咋没了呢？我明明感觉我挣钱了。或者反过来：实际上我亏损，为啥我兜里这么多钱呢？你没想到这钱是谁的——可能是从别人那借来的，也可能是意外收入。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那问题来了：这东西好像也代表不了经营成果，那为啥还要记？现金流量表的意义是啥？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你们知不知道有个词叫</w:t>
      </w:r>
      <w:r>
        <w:rPr>
          <w:rFonts w:ascii="Calibri" w:hAnsi="Calibri" w:eastAsia="微软雅黑"/>
          <w:b/>
          <w:sz w:val="22"/>
        </w:rPr>
        <w:t>现金为王</w:t>
      </w:r>
      <w:r>
        <w:rPr>
          <w:rFonts w:ascii="Calibri" w:hAnsi="Calibri" w:eastAsia="微软雅黑"/>
          <w:sz w:val="22"/>
        </w:rPr>
        <w:t>？现金牛？</w:t>
      </w:r>
      <w:r>
        <w:rPr>
          <w:rFonts w:ascii="Calibri" w:hAnsi="Calibri" w:eastAsia="微软雅黑"/>
          <w:b/>
          <w:sz w:val="22"/>
        </w:rPr>
        <w:t>现金是一个企业的血液。</w:t>
      </w:r>
      <w:r>
        <w:rPr>
          <w:rFonts w:ascii="Calibri" w:hAnsi="Calibri" w:eastAsia="微软雅黑"/>
          <w:sz w:val="22"/>
        </w:rPr>
        <w:t>人要是没了血，血不转了，你还能活吗？现金流就是企业的血液——他可以不是你的，可以是借来的，但他能维持公司的运转。哪怕你说你挣了好多钱，但都是没收上来，你这企业也得死，没法正常运转。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尤其是大型企业，对资金的依赖非常大。一旦资金断了，完了，企业就没了，他有再多资产也没用。就像人一样，各方面能力再强、器官都健康，一个小小的意外造成失血过多，人都得死。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以前大型的房地产公司怕啥？</w:t>
      </w:r>
      <w:r>
        <w:rPr>
          <w:rFonts w:ascii="Calibri" w:hAnsi="Calibri" w:eastAsia="微软雅黑"/>
          <w:b/>
          <w:sz w:val="22"/>
        </w:rPr>
        <w:t>最怕贷款到期</w:t>
      </w:r>
      <w:r>
        <w:rPr>
          <w:rFonts w:ascii="Calibri" w:hAnsi="Calibri" w:eastAsia="微软雅黑"/>
          <w:sz w:val="22"/>
        </w:rPr>
        <w:t>。一旦贷款到期，前面的房子还没卖出去，资金没回流，完了——堵不上银行那个窟窿。甚至有的企业因为</w:t>
      </w:r>
      <w:r>
        <w:rPr>
          <w:rFonts w:ascii="Calibri" w:hAnsi="Calibri" w:eastAsia="微软雅黑"/>
          <w:b/>
          <w:sz w:val="22"/>
        </w:rPr>
        <w:t>三角债</w:t>
      </w:r>
      <w:r>
        <w:rPr>
          <w:rFonts w:ascii="Calibri" w:hAnsi="Calibri" w:eastAsia="微软雅黑"/>
          <w:sz w:val="22"/>
        </w:rPr>
        <w:t>被挤死的：他欠银行，别人欠他，他还不上银行。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现金的管理能力，关系公司的生死存亡。</w:t>
      </w:r>
      <w:r>
        <w:rPr>
          <w:rFonts w:ascii="Calibri" w:hAnsi="Calibri" w:eastAsia="微软雅黑"/>
          <w:sz w:val="22"/>
        </w:rPr>
        <w:t>因为他是血液，他是流动性。往大了说，我们的经济为啥现在发展不好？不是没钱，是</w:t>
      </w:r>
      <w:r>
        <w:rPr>
          <w:rFonts w:ascii="Calibri" w:hAnsi="Calibri" w:eastAsia="微软雅黑"/>
          <w:b/>
          <w:sz w:val="22"/>
        </w:rPr>
        <w:t>钱不转了</w:t>
      </w:r>
      <w:r>
        <w:rPr>
          <w:rFonts w:ascii="Calibri" w:hAnsi="Calibri" w:eastAsia="微软雅黑"/>
          <w:sz w:val="22"/>
        </w:rPr>
        <w:t>——中国的现金流不转了。你机器还在，但油不转了，跑不起来了。小公司也一样，你个人也一样：啥都好、很努力，兜里没钱了，饿死了。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现金流是维持一家公司生存的基本保障。你要有这个意识：现金要紧张了，哪怕去借点，哪怕临时卖点别的货都行，你要维持公司正常运转。有的人没这个账，以为经营得挺好，一到还账的时候没钱了，抓瞎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一个是成果，一个是血液。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五、资产负债表：家底</w:t>
      </w:r>
    </w:p>
    <w:p>
      <w:pPr>
        <w:spacing w:after="120"/>
      </w:pPr>
      <w:r>
        <w:rPr>
          <w:rFonts w:ascii="Calibri" w:hAnsi="Calibri" w:eastAsia="微软雅黑"/>
          <w:sz w:val="22"/>
        </w:rPr>
        <w:t>资产负债表是记啥的？吴总说，债务状况、资产状况。老董说，公司所有的固定的、现金的资产。你们都在描述。用咱老百姓能听懂的话说：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资产负债表说的是家底。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啥叫家底？比如说小两口开始分家独立过日子，干了十年，一年年奋斗，攒了两亩地、两台车、三头牛，还有十个小鸡，库房里还有一堆粮食，砖瓦房三间，还有两个孩子。一个小家庭生活了十几二十年，慢慢就攒下了很多家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第二个，实际上他也会有负债：你看上去他攒了这些，实际上他欠他老婆婆500块钱，在他二婶那还借过一袋米。</w:t>
      </w:r>
      <w:r>
        <w:rPr>
          <w:rFonts w:ascii="Calibri" w:hAnsi="Calibri" w:eastAsia="微软雅黑"/>
          <w:b/>
          <w:sz w:val="22"/>
        </w:rPr>
        <w:t>资产和负债加在一块算家底。</w:t>
      </w:r>
      <w:r>
        <w:rPr>
          <w:rFonts w:ascii="Calibri" w:hAnsi="Calibri" w:eastAsia="微软雅黑"/>
          <w:sz w:val="22"/>
        </w:rPr>
        <w:t>你不要认为说到家底就光说我有啥——你家如果只是负债，那你就这些年咋混的呀大哥？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三张表的区别：</w:t>
      </w:r>
      <w:r>
        <w:rPr>
          <w:rFonts w:ascii="Calibri" w:hAnsi="Calibri" w:eastAsia="微软雅黑"/>
          <w:b/>
          <w:sz w:val="22"/>
        </w:rPr>
        <w:t>损益表说的是一段一段的经营成果；现金流更重要的是此时此刻的，是血液，实时动态的；家底是攒下来的</w:t>
      </w:r>
      <w:r>
        <w:rPr>
          <w:rFonts w:ascii="Calibri" w:hAnsi="Calibri" w:eastAsia="微软雅黑"/>
          <w:sz w:val="22"/>
        </w:rPr>
        <w:t>——可能十年攒下来，也可能二十年攒下来，反正就是自有我们什么什么以来一直到现在，盘点一下咱家一共有啥：几亩地、几台车、几头牛，哪怕它就是一根筷子，那也是咱家的。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产分好多：固定资产是资产，现金也是资产，原材料也是资产。你家有俩碗、刚买一个面包，你的碗、你的面包能随便给别人拿吗？不行。哪怕一张纸，那也是你家的——可能是流动资产。你还攒了一屁股饥荒呢，该还得还。你不管欠谁的，按理说是不是得还？只是说你现在可以不还，但你总有一天终需要还——</w:t>
      </w:r>
      <w:r>
        <w:rPr>
          <w:rFonts w:ascii="Calibri" w:hAnsi="Calibri" w:eastAsia="微软雅黑"/>
          <w:b/>
          <w:sz w:val="22"/>
        </w:rPr>
        <w:t>出来混，总是要还的</w:t>
      </w:r>
      <w:r>
        <w:rPr>
          <w:rFonts w:ascii="Calibri" w:hAnsi="Calibri" w:eastAsia="微软雅黑"/>
          <w:sz w:val="22"/>
        </w:rPr>
        <w:t>，早晚的事。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资产负债表还有一点：</w:t>
      </w:r>
      <w:r>
        <w:rPr>
          <w:rFonts w:ascii="Calibri" w:hAnsi="Calibri" w:eastAsia="微软雅黑"/>
          <w:b/>
          <w:sz w:val="22"/>
        </w:rPr>
        <w:t>无形资产</w:t>
      </w:r>
      <w:r>
        <w:rPr>
          <w:rFonts w:ascii="Calibri" w:hAnsi="Calibri" w:eastAsia="微软雅黑"/>
          <w:sz w:val="22"/>
        </w:rPr>
        <w:t>。商誉都算——这家人口碑特别好，你要干个啥活，大家伙都愿意过来帮忙。商誉算不算无形资产？口碑、信用，这都算，甚至很多无形资产都可以记到报表里。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作为老板，你不需要每一个科目都明白、会记账——那是会计的事。但你得明白基本的道理、基本原理，要不然你是经营不好一家公司的。有一种人叫</w:t>
      </w:r>
      <w:r>
        <w:rPr>
          <w:rFonts w:ascii="Calibri" w:hAnsi="Calibri" w:eastAsia="微软雅黑"/>
          <w:b/>
          <w:sz w:val="22"/>
        </w:rPr>
        <w:t>过路财神</w:t>
      </w:r>
      <w:r>
        <w:rPr>
          <w:rFonts w:ascii="Calibri" w:hAnsi="Calibri" w:eastAsia="微软雅黑"/>
          <w:sz w:val="22"/>
        </w:rPr>
        <w:t>：每天大量的现金过手，但啥也没攒下。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六、三张表对比与项目制风险</w:t>
      </w:r>
    </w:p>
    <w:p>
      <w:pPr>
        <w:spacing w:after="120"/>
      </w:pPr>
      <w:r>
        <w:rPr>
          <w:rFonts w:ascii="Calibri" w:hAnsi="Calibri" w:eastAsia="微软雅黑"/>
          <w:sz w:val="22"/>
        </w:rPr>
        <w:t>损益表说的是阶段性的经营成果；现金流是收支进出，一家公司经营状态好不好，从活性上、现金流的流动上就能看出来；资产负债表是家底。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有一种企业其实很危险，叫</w:t>
      </w:r>
      <w:r>
        <w:rPr>
          <w:rFonts w:ascii="Calibri" w:hAnsi="Calibri" w:eastAsia="微软雅黑"/>
          <w:b/>
          <w:sz w:val="22"/>
        </w:rPr>
        <w:t>三年不开张，开张吃三年</w:t>
      </w:r>
      <w:r>
        <w:rPr>
          <w:rFonts w:ascii="Calibri" w:hAnsi="Calibri" w:eastAsia="微软雅黑"/>
          <w:sz w:val="22"/>
        </w:rPr>
        <w:t>。这种公司好不好？</w:t>
      </w:r>
    </w:p>
    <w:p>
      <w:pPr>
        <w:spacing w:after="120"/>
      </w:pPr>
      <w:r>
        <w:rPr>
          <w:rFonts w:ascii="Calibri" w:hAnsi="Calibri" w:eastAsia="微软雅黑"/>
          <w:sz w:val="22"/>
        </w:rPr>
        <w:t>像我们之前做军工的，往往是</w:t>
      </w:r>
      <w:r>
        <w:rPr>
          <w:rFonts w:ascii="Calibri" w:hAnsi="Calibri" w:eastAsia="微软雅黑"/>
          <w:b/>
          <w:sz w:val="22"/>
        </w:rPr>
        <w:t>项目制</w:t>
      </w:r>
      <w:r>
        <w:rPr>
          <w:rFonts w:ascii="Calibri" w:hAnsi="Calibri" w:eastAsia="微软雅黑"/>
          <w:sz w:val="22"/>
        </w:rPr>
        <w:t>：一个项目得憋好久，很集中；但平常没项目、没收入；一进钱，几千万几千万地进；一说不进钱，好几个月一分钱都没有。这种项目制，现金流就不好，这是风险。所以我们上市，在资本市场上是不讨喜的——尤其军工型企业，现金流没办法，流动性不那么好。万一你那几个大项目下不来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按小老板们的事说：假设你一年收入1,000万，你是干一个1,000万的项目好，还是干</w:t>
      </w:r>
      <w:r>
        <w:rPr>
          <w:rFonts w:ascii="Calibri" w:hAnsi="Calibri" w:eastAsia="微软雅黑"/>
          <w:b/>
          <w:sz w:val="22"/>
        </w:rPr>
        <w:t>1,000个1万的项目</w:t>
      </w:r>
      <w:r>
        <w:rPr>
          <w:rFonts w:ascii="Calibri" w:hAnsi="Calibri" w:eastAsia="微软雅黑"/>
          <w:sz w:val="22"/>
        </w:rPr>
        <w:t>好？总数都是1,000万。从省事的角度讲，最好就是一个1,000万。但从经营的角度讲，</w:t>
      </w:r>
      <w:r>
        <w:rPr>
          <w:rFonts w:ascii="Calibri" w:hAnsi="Calibri" w:eastAsia="微软雅黑"/>
          <w:b/>
          <w:sz w:val="22"/>
        </w:rPr>
        <w:t>1,000个1万的项目好过于一个1,000万的项目</w:t>
      </w:r>
      <w:r>
        <w:rPr>
          <w:rFonts w:ascii="Calibri" w:hAnsi="Calibri" w:eastAsia="微软雅黑"/>
          <w:sz w:val="22"/>
        </w:rPr>
        <w:t>。因为1,000个1万的项目，这个不成那个还成，风险就被抵消了；一个1,000万的项目万一出现风险，一分钱都没有。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七、AI时代的损益表：成本与费用之辨</w:t>
      </w:r>
    </w:p>
    <w:p>
      <w:pPr>
        <w:spacing w:after="120"/>
      </w:pPr>
      <w:r>
        <w:rPr>
          <w:rFonts w:ascii="Calibri" w:hAnsi="Calibri" w:eastAsia="微软雅黑"/>
          <w:sz w:val="22"/>
        </w:rPr>
        <w:t>把三张表连着说，因为这3张表不是孤立的，是揉在一起的，相辅相成，你中有我、我中有你。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先说损益表的构成：</w:t>
      </w:r>
      <w:r>
        <w:rPr>
          <w:rFonts w:ascii="Calibri" w:hAnsi="Calibri" w:eastAsia="微软雅黑"/>
          <w:b/>
          <w:sz w:val="22"/>
        </w:rPr>
        <w:t>收入减成本减税</w:t>
      </w:r>
      <w:r>
        <w:rPr>
          <w:rFonts w:ascii="Calibri" w:hAnsi="Calibri" w:eastAsia="微软雅黑"/>
          <w:sz w:val="22"/>
        </w:rPr>
        <w:t>。收入就是进的，成本、费用、税都是支出的。成本和费用都是你花出去的，请问成本和费用有啥区别？为啥支出要分两大类？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老倪说，成本是必要支出，费用是可控支出。逯总说，成本花出去能赚回来，费用花出去就花出去了。都不对——老板派你出个差，买了一张机票，整回来一个亿的项目，你咋能说这1,000块钱白花了呢？招待费也很必要：你不请客户吃顿饭，人家不跟你签合同。所以这么解释不行。吴总说，炒盘菜，菜是成本，厨师做菜这个动作是费用——有点意思了，</w:t>
      </w:r>
      <w:r>
        <w:rPr>
          <w:rFonts w:ascii="Calibri" w:hAnsi="Calibri" w:eastAsia="微软雅黑"/>
          <w:b/>
          <w:sz w:val="22"/>
        </w:rPr>
        <w:t>料工费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告诉你们：</w:t>
      </w:r>
      <w:r>
        <w:rPr>
          <w:rFonts w:ascii="Calibri" w:hAnsi="Calibri" w:eastAsia="微软雅黑"/>
          <w:b/>
          <w:sz w:val="22"/>
        </w:rPr>
        <w:t>料工费</w:t>
      </w:r>
      <w:r>
        <w:rPr>
          <w:rFonts w:ascii="Calibri" w:hAnsi="Calibri" w:eastAsia="微软雅黑"/>
          <w:sz w:val="22"/>
        </w:rPr>
        <w:t>。料，原材料——做个木梳，木质的原材料就是原材料成本。工，人工——产这个东西要有工人，工人开工资，生产线工人的支出依然是成本。费——你不要认为成本里没费用：产木梳要不要电费？要水费吗？有的企业水量用到老大了。水、电、煤气、供暖、维修——但凡是在生产车间为了生产而发生的，质检、检验，这都叫费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这些东西虽然都叫往外花的钱，但他是跟这把木梳、跟这个产品</w:t>
      </w:r>
      <w:r>
        <w:rPr>
          <w:rFonts w:ascii="Calibri" w:hAnsi="Calibri" w:eastAsia="微软雅黑"/>
          <w:b/>
          <w:sz w:val="22"/>
        </w:rPr>
        <w:t>直接相关的</w:t>
      </w:r>
      <w:r>
        <w:rPr>
          <w:rFonts w:ascii="Calibri" w:hAnsi="Calibri" w:eastAsia="微软雅黑"/>
          <w:sz w:val="22"/>
        </w:rPr>
        <w:t>，叫成本。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一般的费用说的是啥？他不是直接构成这个产品的必要项。比如我做广告、做宣传——</w:t>
      </w:r>
      <w:r>
        <w:rPr>
          <w:rFonts w:ascii="Calibri" w:hAnsi="Calibri" w:eastAsia="微软雅黑"/>
          <w:b/>
          <w:sz w:val="22"/>
        </w:rPr>
        <w:t>谁能说我做了广告一定等于多少收入？他俩不是硬关联的。</w:t>
      </w:r>
      <w:r>
        <w:rPr>
          <w:rFonts w:ascii="Calibri" w:hAnsi="Calibri" w:eastAsia="微软雅黑"/>
          <w:sz w:val="22"/>
        </w:rPr>
        <w:t>你好像不做广告销量就不增长，有点关联，但不是硬关联，不是等比例关系。最关键的是，他没有发生在生产场景中，而是发生在销售场景中——这叫</w:t>
      </w:r>
      <w:r>
        <w:rPr>
          <w:rFonts w:ascii="Calibri" w:hAnsi="Calibri" w:eastAsia="微软雅黑"/>
          <w:b/>
          <w:sz w:val="22"/>
        </w:rPr>
        <w:t>销售费用</w:t>
      </w:r>
      <w:r>
        <w:rPr>
          <w:rFonts w:ascii="Calibri" w:hAnsi="Calibri" w:eastAsia="微软雅黑"/>
          <w:sz w:val="22"/>
        </w:rPr>
        <w:t>。但凡和销售相关的：市场推广、做宣传、招待、请客户参加展会，包括销售人员的工资、打车费、办公费、培训费，原则上都可以划到销售费用里。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学员问：电商的广告费算不算成本？现在都是按效果付费，发出广告马上回来客资、下单。还是费用——你不是生产环节。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第二大类是</w:t>
      </w:r>
      <w:r>
        <w:rPr>
          <w:rFonts w:ascii="Calibri" w:hAnsi="Calibri" w:eastAsia="微软雅黑"/>
          <w:b/>
          <w:sz w:val="22"/>
        </w:rPr>
        <w:t>管理费用</w:t>
      </w:r>
      <w:r>
        <w:rPr>
          <w:rFonts w:ascii="Calibri" w:hAnsi="Calibri" w:eastAsia="微软雅黑"/>
          <w:sz w:val="22"/>
        </w:rPr>
        <w:t>：因为日常管理发生的费用。高管、办公人员的工资，办公用品，办公楼的维护保养，给你们几个老总配的车、出的油、司机的工资——这些叫管理费用。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为啥分这么细？你是不是得算：这钱是谁花的，花完之后产没产生收益，对收益有没有正向影响？还是这钱都白花了、啥也没整回来？那就得控制了。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还有一点：</w:t>
      </w:r>
      <w:r>
        <w:rPr>
          <w:rFonts w:ascii="Calibri" w:hAnsi="Calibri" w:eastAsia="微软雅黑"/>
          <w:b/>
          <w:sz w:val="22"/>
        </w:rPr>
        <w:t>增值税不允许你往成本里怼费用。</w:t>
      </w:r>
      <w:r>
        <w:rPr>
          <w:rFonts w:ascii="Calibri" w:hAnsi="Calibri" w:eastAsia="微软雅黑"/>
          <w:sz w:val="22"/>
        </w:rPr>
        <w:t>企业几大税种，第一个最大的就是增值税。增值税是收入减成本的差，再乘以增值税率。你如果把费用全放到成本里去，那个差就小了，增值税不就少了？所以税务局不允许你往成本里瞎放支出——你往里怼各种费用，毛利就小了，交的税就少了，他不允许。你不能随随便便说"这个就算成本吧"——不行。费用呢，更多是老板要管理哪些该花、哪些不该花，不是越少越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八、固定成本与变动成本：上打租还是下打租</w:t>
      </w:r>
    </w:p>
    <w:p>
      <w:pPr>
        <w:spacing w:after="120"/>
      </w:pPr>
      <w:r>
        <w:rPr>
          <w:rFonts w:ascii="Calibri" w:hAnsi="Calibri" w:eastAsia="微软雅黑"/>
          <w:sz w:val="22"/>
        </w:rPr>
        <w:t>平时大家总提</w:t>
      </w:r>
      <w:r>
        <w:rPr>
          <w:rFonts w:ascii="Calibri" w:hAnsi="Calibri" w:eastAsia="微软雅黑"/>
          <w:b/>
          <w:sz w:val="22"/>
        </w:rPr>
        <w:t>固定成本和变动成本</w:t>
      </w:r>
      <w:r>
        <w:rPr>
          <w:rFonts w:ascii="Calibri" w:hAnsi="Calibri" w:eastAsia="微软雅黑"/>
          <w:sz w:val="22"/>
        </w:rPr>
        <w:t>——这是经营上的口语化的词。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啥叫固定？比如工厂：厂房、设备、日常必须要花的工艺上的费用——你开不开机，只要他在，他每时每刻都在产生费用、产生成本，必须要花的，这叫固定的。变动呢？我产一个产品产生的成本就是他的，产1万件就得1万份成本。费用也一样：有些费用是必须要花的，可以理解为固定费用；有些是变动花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从老板角度讲应该怎么办？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固定的，尽量缩减。</w:t>
      </w:r>
      <w:r>
        <w:rPr>
          <w:rFonts w:ascii="Calibri" w:hAnsi="Calibri" w:eastAsia="微软雅黑"/>
          <w:sz w:val="22"/>
        </w:rPr>
        <w:t>说白了，你有没有钱赚这钱天天都得花，你睁眼睛就欠人家多少钱了——固定这玩意尽量往缩减了整。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变动的，看跟啥变。</w:t>
      </w:r>
      <w:r>
        <w:rPr>
          <w:rFonts w:ascii="Calibri" w:hAnsi="Calibri" w:eastAsia="微软雅黑"/>
          <w:sz w:val="22"/>
        </w:rPr>
        <w:t>如果我花一分钱就能赚回来10块钱，这个钱你就得花，因为他直接能带来收入或好处。如果这个钱花了也不知道带来啥好处，那这钱你就别花或少花。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还有一个说法，叫</w:t>
      </w:r>
      <w:r>
        <w:rPr>
          <w:rFonts w:ascii="Calibri" w:hAnsi="Calibri" w:eastAsia="微软雅黑"/>
          <w:b/>
          <w:sz w:val="22"/>
        </w:rPr>
        <w:t>上打租还是下打租</w:t>
      </w:r>
      <w:r>
        <w:rPr>
          <w:rFonts w:ascii="Calibri" w:hAnsi="Calibri" w:eastAsia="微软雅黑"/>
          <w:sz w:val="22"/>
        </w:rPr>
        <w:t>。啥意思？你啥收入还没有呢，就哗哗花钱？还是这个事已经必然有了、板 上钉钉了，我才去花这个钱？你说哪个合适？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所以：</w:t>
      </w:r>
      <w:r>
        <w:rPr>
          <w:rFonts w:ascii="Calibri" w:hAnsi="Calibri" w:eastAsia="微软雅黑"/>
          <w:b/>
          <w:sz w:val="22"/>
        </w:rPr>
        <w:t>尽量降低固定支出、固定资产，加大必要性的流动支出</w:t>
      </w:r>
      <w:r>
        <w:rPr>
          <w:rFonts w:ascii="Calibri" w:hAnsi="Calibri" w:eastAsia="微软雅黑"/>
          <w:sz w:val="22"/>
        </w:rPr>
        <w:t>——因为他可能和某些事直接关联。如果他和收益没办法关联，就必须要砍掉。但不是说都干成零，不是那个道理：该花的花，该省省该花花。成本跟收入直接相关，没有那个必要的生产，就不会产生那样的成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税的事，我个人建议不要太多研究。现在这时代啥都是一体的，不要去省那点税。建议大家做合法公民、正规企业，该给国家交税的就交。合理避税是另外一回事，但不要偷税漏税。你在中国做企业，不应该给国家做贡献吗？当然了，申办高新技术企业、享受国家优惠政策，另当别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九、AI时代的收入：降本增效太low</w:t>
      </w:r>
    </w:p>
    <w:p>
      <w:pPr>
        <w:spacing w:after="120"/>
      </w:pPr>
      <w:r>
        <w:rPr>
          <w:rFonts w:ascii="Calibri" w:hAnsi="Calibri" w:eastAsia="微软雅黑"/>
          <w:sz w:val="22"/>
        </w:rPr>
        <w:t>回到AI时代：你的收入、成本和费用主要是啥？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一说收入都是卖东西——销售产品、提供服务换回来的收益。AI时代这些东西你可能还会有，还有没有别的？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如果你都进入到AI时代了，都非常牛地驾驭AI了，然后你家的收入还是那些东西，只是多了点少了点的问题——那你为啥要学AI？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降本增效？这个提法在我看来就特别low。当然大家都在提，咱也不能瞎说。但如果你学AI、驾驭AI的能力非常高了，仅仅降低了一点支出、提了一点点利润率，</w:t>
      </w:r>
      <w:r>
        <w:rPr>
          <w:rFonts w:ascii="Calibri" w:hAnsi="Calibri" w:eastAsia="微软雅黑"/>
          <w:b/>
          <w:sz w:val="22"/>
        </w:rPr>
        <w:t>没有改变本质</w:t>
      </w:r>
      <w:r>
        <w:rPr>
          <w:rFonts w:ascii="Calibri" w:hAnsi="Calibri" w:eastAsia="微软雅黑"/>
          <w:sz w:val="22"/>
        </w:rPr>
        <w:t>——因为你的主营业务收入没增加，类型没增加，主营业务收入没有升级。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到了AI时代你要思考：</w:t>
      </w:r>
      <w:r>
        <w:rPr>
          <w:rFonts w:ascii="Calibri" w:hAnsi="Calibri" w:eastAsia="微软雅黑"/>
          <w:b/>
          <w:sz w:val="22"/>
        </w:rPr>
        <w:t>能不能本质性地提升或升级你们家的收入类型？</w:t>
      </w:r>
      <w:r>
        <w:rPr>
          <w:rFonts w:ascii="Calibri" w:hAnsi="Calibri" w:eastAsia="微软雅黑"/>
          <w:sz w:val="22"/>
        </w:rPr>
        <w:t>原来可能就在那卖货，挣点伺候人的钱，多辛苦。现在可能有新的收入类型，你要往这走。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成本不用考虑太多——大家伙往往不需要太多考虑成本，因为你也没有规模化，不需要太多精细化管理去治理跑冒滴漏。像我管我们的工厂，一个月的电费就20多万，车间里的电费将近30万，那我们就得治理跑冒滴漏，方方面面的钱都是钱。但他毕竟和生产规模关联，没有那些生产也就没有那么多成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费用你得想：AI时代哪些费用真的该花。如果跟你新的收入是那种性价比非常高、投入产出比非常高的，那就特别划算。你做生意不得研究这个账吗？投入一块赚一块二，还是投入一块挣100？我只是把词撂这，你们去思考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十、现金流量表与资产负债表在AI时代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现金流量表什么时代都一样，哪行哪业都一样</w:t>
      </w:r>
      <w:r>
        <w:rPr>
          <w:rFonts w:ascii="Calibri" w:hAnsi="Calibri" w:eastAsia="微软雅黑"/>
          <w:sz w:val="22"/>
        </w:rPr>
        <w:t>，没啥好研究的。作为老板，你只需要有这个意识就行了。最怕就是你认为你家可有钱了，实际上账面都没钱了，坐吃山空，也没有进项，也没有提前准备，一旦来了什么风吹草动，现金流断了，没法维持了，这就废了。时时经常地关心关心、看一看，我认为这就够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资产负债表问题来了：AI时代最大的资产是什么？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原来就是你家有几亩地、几个厂房、多少设备。像我以前管的工厂，200亩地，多少栋厂房、库房、办公楼，还有货车、叉车，我们都有车队。这些东西在AI时代没啥用了——</w:t>
      </w:r>
      <w:r>
        <w:rPr>
          <w:rFonts w:ascii="Calibri" w:hAnsi="Calibri" w:eastAsia="微软雅黑"/>
          <w:b/>
          <w:sz w:val="22"/>
        </w:rPr>
        <w:t>中国就这些东西一点都不缺，严重过剩。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AI时代最值钱的资产是什么？有学员说智慧资产、数字资产——到智慧层面了，好。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十一、认知资产化：AI时代最大的资产</w:t>
      </w:r>
    </w:p>
    <w:p>
      <w:pPr>
        <w:spacing w:after="120"/>
      </w:pPr>
      <w:r>
        <w:rPr>
          <w:rFonts w:ascii="Calibri" w:hAnsi="Calibri" w:eastAsia="微软雅黑"/>
          <w:sz w:val="22"/>
        </w:rPr>
        <w:t>你们得了解：人工智能、AI、大模型，这类词的</w:t>
      </w:r>
      <w:r>
        <w:rPr>
          <w:rFonts w:ascii="Calibri" w:hAnsi="Calibri" w:eastAsia="微软雅黑"/>
          <w:b/>
          <w:sz w:val="22"/>
        </w:rPr>
        <w:t>底层逻辑</w:t>
      </w:r>
      <w:r>
        <w:rPr>
          <w:rFonts w:ascii="Calibri" w:hAnsi="Calibri" w:eastAsia="微软雅黑"/>
          <w:sz w:val="22"/>
        </w:rPr>
        <w:t>到底是啥。一般人对AI的底层逻辑不了解，你们了解的是看到的东西——能聊天、机器人会跳舞——这都到应用层面了，你根本不知道底层是啥，所以不知道自己该朝哪个方向努力。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大模型实际上是啥？是把人类已有文明所有的成果全都吃完了之后，卖给我们。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细想大语言模型干了啥事？他把各种文明成果——以文字为主的，因为各种文明成果大部分用文字的形式记载，当然也包括电影、电视、图片、建筑物、风土人情、民俗——全都吃了。人类主要以文字的形式把文明记下来，大语言模型就把这些文字全吃了，甚至把古典书籍全收下了，扫完之后把纸质书粉碎了，尤其是古书。然后干嘛？把大模型喂得越来越肥。然后老百姓问他事，他往外吐，你就交钱。不交钱可以吗？你用大语言模型不交钱吗？只是说他有一定的免费策略——豆包收钱没有？豆包都变成豆包工作了；元宝升级成那什么了；百度出搭子了；各种都收钱了。咱们用这个去开发项目，免费的？到最后也得交钱，绕来绕去又绕回来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AI时代最大的、最值钱的、最重的资产就是认知资产。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大模型把人类文明全都归为己有，这是不是认知？然后再卖给我们。最值钱的资产反而是这种</w:t>
      </w:r>
      <w:r>
        <w:rPr>
          <w:rFonts w:ascii="Calibri" w:hAnsi="Calibri" w:eastAsia="微软雅黑"/>
          <w:b/>
          <w:sz w:val="22"/>
        </w:rPr>
        <w:t>看不见摸不着的</w:t>
      </w:r>
      <w:r>
        <w:rPr>
          <w:rFonts w:ascii="Calibri" w:hAnsi="Calibri" w:eastAsia="微软雅黑"/>
          <w:sz w:val="22"/>
        </w:rPr>
        <w:t>，但他真的就变成了资产，而且大厂已经做到了。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这个角度讲，我们这些小企业还在那拿老镐头刨地、一砖一瓦在那盖墙、生产那些严重过剩都扔到壕沟里的产品，有意义吗？哥们，大厂都做到了，把文明都变成资产了，都在卖了。那我们就没有点啥能够挖掘的认知上的资产吗？如果没有的话，你不就被这个时代淘汰了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我那天不给你研究了吗，AI的刚需是啥？如果你都不去研究，那你卖啥呀？你卖啥都错。这个世界上不缺你这个东西。你是卖酒的，你觉得中国还缺那一款酒吗？你卖服务的，还缺你那款服务吗？</w:t>
      </w:r>
    </w:p>
    <w:p>
      <w:pPr>
        <w:spacing w:after="120"/>
      </w:pPr>
      <w:r>
        <w:rPr>
          <w:rFonts w:ascii="Calibri" w:hAnsi="Calibri" w:eastAsia="微软雅黑"/>
          <w:sz w:val="22"/>
        </w:rPr>
        <w:t>现在反而，</w:t>
      </w:r>
      <w:r>
        <w:rPr>
          <w:rFonts w:ascii="Calibri" w:hAnsi="Calibri" w:eastAsia="微软雅黑"/>
          <w:b/>
          <w:sz w:val="22"/>
        </w:rPr>
        <w:t>在你的垂直的行业、领域、赛道，真正的深度认知</w:t>
      </w:r>
      <w:r>
        <w:rPr>
          <w:rFonts w:ascii="Calibri" w:hAnsi="Calibri" w:eastAsia="微软雅黑"/>
          <w:sz w:val="22"/>
        </w:rPr>
        <w:t>——你的经验也好、独到的东西也好——大模型都没有，外人也没有，因为只有你是最资深的。这些东西才应该把它深度挖掘出来，然后</w:t>
      </w:r>
      <w:r>
        <w:rPr>
          <w:rFonts w:ascii="Calibri" w:hAnsi="Calibri" w:eastAsia="微软雅黑"/>
          <w:b/>
          <w:sz w:val="22"/>
        </w:rPr>
        <w:t>结构化、封装、定价，然后卖出去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这玩意有个好处：</w:t>
      </w:r>
      <w:r>
        <w:rPr>
          <w:rFonts w:ascii="Calibri" w:hAnsi="Calibri" w:eastAsia="微软雅黑"/>
          <w:b/>
          <w:sz w:val="22"/>
        </w:rPr>
        <w:t>卖的过程之中，物权并没有发生转移，数量也没有减少，甚至有的时候会越卖越多</w:t>
      </w:r>
      <w:r>
        <w:rPr>
          <w:rFonts w:ascii="Calibri" w:hAnsi="Calibri" w:eastAsia="微软雅黑"/>
          <w:sz w:val="22"/>
        </w:rPr>
        <w:t>。他可以无限次地卖，而且超越时空——你在青岛，非洲的哥们也能买，但你不需要自己跑到非洲去。然后你的企业还在增值——</w:t>
      </w:r>
      <w:r>
        <w:rPr>
          <w:rFonts w:ascii="Calibri" w:hAnsi="Calibri" w:eastAsia="微软雅黑"/>
          <w:b/>
          <w:sz w:val="22"/>
        </w:rPr>
        <w:t>他就资产化了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记住，同志们，我这几个月以前就成天喊：</w:t>
      </w:r>
      <w:r>
        <w:rPr>
          <w:rFonts w:ascii="Calibri" w:hAnsi="Calibri" w:eastAsia="微软雅黑"/>
          <w:b/>
          <w:sz w:val="22"/>
        </w:rPr>
        <w:t>AI的底层逻辑是认知资产化</w:t>
      </w:r>
      <w:r>
        <w:rPr>
          <w:rFonts w:ascii="Calibri" w:hAnsi="Calibri" w:eastAsia="微软雅黑"/>
          <w:sz w:val="22"/>
        </w:rPr>
        <w:t>。他的形态可能是个大模型，可能是你开发的什么玩意，多种多样——那玩意叫形态。他的</w:t>
      </w:r>
      <w:r>
        <w:rPr>
          <w:rFonts w:ascii="Calibri" w:hAnsi="Calibri" w:eastAsia="微软雅黑"/>
          <w:b/>
          <w:sz w:val="22"/>
        </w:rPr>
        <w:t>体</w:t>
      </w:r>
      <w:r>
        <w:rPr>
          <w:rFonts w:ascii="Calibri" w:hAnsi="Calibri" w:eastAsia="微软雅黑"/>
          <w:sz w:val="22"/>
        </w:rPr>
        <w:t>是认知资产化。这个认知可能小到你的经验，大到人类文明。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如果我们都不往这个方向努力，你干啥都错，因为你不符合这个时代的主旋律。有人说，我干这活都贼传统，没啥出息也没啥发展。不对。第一，甭管人类文明进到啥程度，行业本身不会消失——该吃饭还得吃饭，该吃肉还得吃肉。但是你在这个行业、赛道、领域，你的认知深度非常深，你就一定要把他变成资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只要符合资产化的那几个标签就够了。啥标签？可量化、可定价、可交易、可估值、可增值。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这肉按斤卖、房子按平米，这叫量化，这肉几块钱一斤叫定价。你只要够了这几个东西，他是啥不重要——不一定非得是个东西。一说产品思维，大部分人限于物理世界的那个东西。实际上无形的服务也行，无形的数字化东西也行，还是你脑子里的东西也行，都可以变成资产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产品不一定是资产，资产也不一定非得是有形的产品，只要符合这5个就行了。</w:t>
      </w:r>
      <w:r>
        <w:rPr>
          <w:rFonts w:ascii="Calibri" w:hAnsi="Calibri" w:eastAsia="微软雅黑"/>
          <w:sz w:val="22"/>
        </w:rPr>
        <w:t>因为啥？因为他可以永远地、无限次地去产生新的价值、新的收入。要不然你的利润哪来？你的收入哪来？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认知资产化才是你AI原生公司的核心机制。</w:t>
      </w:r>
      <w:r>
        <w:rPr>
          <w:rFonts w:ascii="Calibri" w:hAnsi="Calibri" w:eastAsia="微软雅黑"/>
          <w:sz w:val="22"/>
        </w:rPr>
        <w:t>这事你都没做，你咋做都没用。你整个什么工具、拍个什么视频，那玩意有啥用？你不就是多了一个WPS、多了一个PS吗？你就用一个工具整了一个新的工具，没有用，没有改变本质。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十二、AI时代的负债：时代红利的透支</w:t>
      </w:r>
    </w:p>
    <w:p>
      <w:pPr>
        <w:spacing w:after="120"/>
      </w:pPr>
      <w:r>
        <w:rPr>
          <w:rFonts w:ascii="Calibri" w:hAnsi="Calibri" w:eastAsia="微软雅黑"/>
          <w:sz w:val="22"/>
        </w:rPr>
        <w:t>那AI时代最大的负债又是啥？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记住，资产负债表，</w:t>
      </w:r>
      <w:r>
        <w:rPr>
          <w:rFonts w:ascii="Calibri" w:hAnsi="Calibri" w:eastAsia="微软雅黑"/>
          <w:b/>
          <w:sz w:val="22"/>
        </w:rPr>
        <w:t>资产和负债是等价的、对等的</w:t>
      </w:r>
      <w:r>
        <w:rPr>
          <w:rFonts w:ascii="Calibri" w:hAnsi="Calibri" w:eastAsia="微软雅黑"/>
          <w:sz w:val="22"/>
        </w:rPr>
        <w:t>——你有这些资产，你就有那些负债，能量守恒。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啥叫负债？就是你欠别人的，你干嘛活你都得还的——出来混，早晚要还的。那个"混"是啥意思？为啥要还？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有学员说：最大的负债是我的时间——用大量的时间和精力去把认知资产化。这个我给你纠正一下：时间精力投入和你产生的收益如果是强关联的——咱们现在属于深度驾驭AI，不是走马观花——你投了大量的时间和精力，能够产出，这个从财务角度讲算</w:t>
      </w:r>
      <w:r>
        <w:rPr>
          <w:rFonts w:ascii="Calibri" w:hAnsi="Calibri" w:eastAsia="微软雅黑"/>
          <w:b/>
          <w:sz w:val="22"/>
        </w:rPr>
        <w:t>成本</w:t>
      </w:r>
      <w:r>
        <w:rPr>
          <w:rFonts w:ascii="Calibri" w:hAnsi="Calibri" w:eastAsia="微软雅黑"/>
          <w:sz w:val="22"/>
        </w:rPr>
        <w:t>，不是负债。因为你不是因为这个欠了谁的。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"出来混总是要还的"，往小了说：我们用了一些不正当的手段获得了收益，过了段时间被人发现、被人举报、被抓了，钱又吐出去了，又还回去了——这算。往大了说，像王总经常愿意说的：</w:t>
      </w:r>
      <w:r>
        <w:rPr>
          <w:rFonts w:ascii="Calibri" w:hAnsi="Calibri" w:eastAsia="微软雅黑"/>
          <w:b/>
          <w:sz w:val="22"/>
        </w:rPr>
        <w:t>其实我们每一个人都是时代红利的受益者。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那叫时代的红利，并不代表我们个人有多厉害、多伟大。比如上一个时代，国家要搞大建设，国家所推动的东西，我们叫顺势而为，享受了时代的红利，水涨船高。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那如果到了AI的时代，你依然没有赶上AI这个东西，</w:t>
      </w:r>
      <w:r>
        <w:rPr>
          <w:rFonts w:ascii="Calibri" w:hAnsi="Calibri" w:eastAsia="微软雅黑"/>
          <w:b/>
          <w:sz w:val="22"/>
        </w:rPr>
        <w:t>你上一个时代所取得的成果，在这个时代其实你依然会吐出去。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咱都不说不好的，就说好的：我们只是享受了时代的红利——你也很优秀，我们都很优秀，但你也确实是在这个船上，你摆脱不了国家全方位综合实力的提升。我们既在给自己赚钱，同时也在给国家做贡献，这就是时代的红利。但你非得逆势而为，或者说选择视而不见，那你上个时代得到的，你这个时代慢慢就还回去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怎么做？很简单：</w:t>
      </w:r>
      <w:r>
        <w:rPr>
          <w:rFonts w:ascii="Calibri" w:hAnsi="Calibri" w:eastAsia="微软雅黑"/>
          <w:b/>
          <w:sz w:val="22"/>
        </w:rPr>
        <w:t>顺势而为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像我个人，当年我们抓住的是</w:t>
      </w:r>
      <w:r>
        <w:rPr>
          <w:rFonts w:ascii="Calibri" w:hAnsi="Calibri" w:eastAsia="微软雅黑"/>
          <w:b/>
          <w:sz w:val="22"/>
        </w:rPr>
        <w:t>军队信息化建设的红利</w:t>
      </w:r>
      <w:r>
        <w:rPr>
          <w:rFonts w:ascii="Calibri" w:hAnsi="Calibri" w:eastAsia="微软雅黑"/>
          <w:sz w:val="22"/>
        </w:rPr>
        <w:t>，我们成功了，我们上市了。人一辈子抓不着几回的，你要是抓住了就抓住了；抓不着，你上一阶段获得的成果，你这一阶段是不是慢慢又得吐出去？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十三、升级路径：从卖空调到行业AI解决方案</w:t>
      </w:r>
    </w:p>
    <w:p>
      <w:pPr>
        <w:spacing w:after="120"/>
      </w:pPr>
      <w:r>
        <w:rPr>
          <w:rFonts w:ascii="Calibri" w:hAnsi="Calibri" w:eastAsia="微软雅黑"/>
          <w:sz w:val="22"/>
        </w:rPr>
        <w:t>为啥把三张表连着说？因为他不是孤立的。如果你都不知道AI时代的底层是认知资产化，你还在那说：我们家就是卖酒的、做设备的，AI干啥呀？AI帮我把酒卖得更多、把设备成本降下来、我砍掉员工——但你依然是卖酒的，你根本就没进到AI时代，因为你的主营业务收入的类型没有增加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你应该卖啥？你忽然间发现：我原来是卖空调的，但我怎么还封装出了一些skill？skill还能卖？你会发现你的财务报表的收入增加了一项"skill收入"，比如说100块钱——</w:t>
      </w:r>
      <w:r>
        <w:rPr>
          <w:rFonts w:ascii="Calibri" w:hAnsi="Calibri" w:eastAsia="微软雅黑"/>
          <w:b/>
          <w:sz w:val="22"/>
        </w:rPr>
        <w:t>你这个才算是进来了。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真的是把你多年在某一行业的认知封装成了可以卖的东西，甚至卖得越来越多，甚至最后让你家的主营业务方向变了——权重至少变了吧？原来主要靠卖酒或卖设备，现在skill这块的数量金额咔咔往上涨。而且这玩意没啥成本——你才是你最大的成本：你的时间、精力和热爱和沉浸度，而不是原来料工费的支出。这玩意都不用出差，你不用去非洲卖，非洲人一样卖你东西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像最近ChatGPT疯狂地在所有渠道，背后的人——我也不知道他哪个国家的——就来到我的网站了。我们后台都抓取到这些记录。我根本不知道他是谁，也不需要知道，我也没有在他身上花一分的广告费，但是流量就来了。你说能有啥成本？没啥成本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所以如果你知道了AI时代的底层主角是认知资产化，你现在就应该去琢磨：</w:t>
      </w:r>
      <w:r>
        <w:rPr>
          <w:rFonts w:ascii="Calibri" w:hAnsi="Calibri" w:eastAsia="微软雅黑"/>
          <w:b/>
          <w:sz w:val="22"/>
        </w:rPr>
        <w:t>你这大半辈子，哪些方面的认知可以卖钱？</w:t>
      </w:r>
      <w:r>
        <w:rPr>
          <w:rFonts w:ascii="Calibri" w:hAnsi="Calibri" w:eastAsia="微软雅黑"/>
          <w:sz w:val="22"/>
        </w:rPr>
        <w:t>先变成产品——先别说资产不资产的——看看这玩意能卖5块还是卖10块。你甚至能不能做出你们</w:t>
      </w:r>
      <w:r>
        <w:rPr>
          <w:rFonts w:ascii="Calibri" w:hAnsi="Calibri" w:eastAsia="微软雅黑"/>
          <w:b/>
          <w:sz w:val="22"/>
        </w:rPr>
        <w:t>行业性的AI解决方案，卖给你的同行</w:t>
      </w:r>
      <w:r>
        <w:rPr>
          <w:rFonts w:ascii="Calibri" w:hAnsi="Calibri" w:eastAsia="微软雅黑"/>
          <w:sz w:val="22"/>
        </w:rPr>
        <w:t>？那你就牛了。还卖什么空调？一个破空调卖几个钱？中国空调多了去了，谁缺你那台空调？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变成你行业的上游，专门做行业的AI解决方案，然后卖给你的行业，行不行？</w:t>
      </w:r>
      <w:r>
        <w:rPr>
          <w:rFonts w:ascii="Calibri" w:hAnsi="Calibri" w:eastAsia="微软雅黑"/>
          <w:sz w:val="22"/>
        </w:rPr>
        <w:t>当然行了。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第一，这是第一大好处。第二，</w:t>
      </w:r>
      <w:r>
        <w:rPr>
          <w:rFonts w:ascii="Calibri" w:hAnsi="Calibri" w:eastAsia="微软雅黑"/>
          <w:b/>
          <w:sz w:val="22"/>
        </w:rPr>
        <w:t>成本很低</w:t>
      </w:r>
      <w:r>
        <w:rPr>
          <w:rFonts w:ascii="Calibri" w:hAnsi="Calibri" w:eastAsia="微软雅黑"/>
          <w:sz w:val="22"/>
        </w:rPr>
        <w:t>，真的很低——你的毛利会非常大，</w:t>
      </w:r>
      <w:r>
        <w:rPr>
          <w:rFonts w:ascii="Calibri" w:hAnsi="Calibri" w:eastAsia="微软雅黑"/>
          <w:b/>
          <w:sz w:val="22"/>
        </w:rPr>
        <w:t>尤其在两三年之内的时间窗口，你稀缺</w:t>
      </w:r>
      <w:r>
        <w:rPr>
          <w:rFonts w:ascii="Calibri" w:hAnsi="Calibri" w:eastAsia="微软雅黑"/>
          <w:sz w:val="22"/>
        </w:rPr>
        <w:t>。哥们，我为啥强调AI时代的商业模式一定要走稀缺型？你也不要做收割型了——现在很多人一说AI、元宇宙什么乱七八糟的，整的一帮收割的、挖金子的，没挣着，卖铲子全干这活。收割这玩意不符合我的价值观。也没有必要做那种简单的价值型，太苦了。</w:t>
      </w:r>
      <w:r>
        <w:rPr>
          <w:rFonts w:ascii="Calibri" w:hAnsi="Calibri" w:eastAsia="微软雅黑"/>
          <w:b/>
          <w:sz w:val="22"/>
        </w:rPr>
        <w:t>做稀缺型</w:t>
      </w:r>
      <w:r>
        <w:rPr>
          <w:rFonts w:ascii="Calibri" w:hAnsi="Calibri" w:eastAsia="微软雅黑"/>
          <w:sz w:val="22"/>
        </w:rPr>
        <w:t>，就像黄仁勋似的：你花钱我都不卖你，我乐意——有话语权，有定价权，走高客单价。干嘛那么苦？你都有AI了，还干那个毛利几个点的事？那玩意下面人干去。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用这些方式，你的毛利空间会很大。然后把自己变成一家AI公司——你不是原来的生产公司，或者简单的劳动密集型的服务行业了，你升级了，叫"人工智能科技有限公司"。科技型企业，毛利当然就应该高。你也没有必要做重型的、都整机器人——机器人本质上他就是个载体，一个具体干活的这个东西，在中国已经泛滥了。</w:t>
      </w:r>
      <w:r>
        <w:rPr>
          <w:rFonts w:ascii="Calibri" w:hAnsi="Calibri" w:eastAsia="微软雅黑"/>
          <w:b/>
          <w:sz w:val="22"/>
        </w:rPr>
        <w:t>你应该做垂类的这些解决方案</w:t>
      </w:r>
      <w:r>
        <w:rPr>
          <w:rFonts w:ascii="Calibri" w:hAnsi="Calibri" w:eastAsia="微软雅黑"/>
          <w:sz w:val="22"/>
        </w:rPr>
        <w:t>。在应用层面上，咱也没有必要做那些重型的、太基础的东西。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十四、投流批判：AI不喜欢钱</w:t>
      </w:r>
    </w:p>
    <w:p>
      <w:pPr>
        <w:spacing w:after="120"/>
      </w:pPr>
      <w:r>
        <w:rPr>
          <w:rFonts w:ascii="Calibri" w:hAnsi="Calibri" w:eastAsia="微软雅黑"/>
          <w:sz w:val="22"/>
        </w:rPr>
        <w:t>让你的收入多、成本低。费用记住：</w:t>
      </w:r>
      <w:r>
        <w:rPr>
          <w:rFonts w:ascii="Calibri" w:hAnsi="Calibri" w:eastAsia="微软雅黑"/>
          <w:b/>
          <w:sz w:val="22"/>
        </w:rPr>
        <w:t>费用基本是0，你信不信？</w:t>
      </w:r>
      <w:r>
        <w:rPr>
          <w:rFonts w:ascii="Calibri" w:hAnsi="Calibri" w:eastAsia="微软雅黑"/>
          <w:sz w:val="22"/>
        </w:rPr>
        <w:t>不需要投广告。投什么广告？但凡跟你说"玩AI你得花钱、你得投流多少多少钱"——</w:t>
      </w:r>
      <w:r>
        <w:rPr>
          <w:rFonts w:ascii="Calibri" w:hAnsi="Calibri" w:eastAsia="微软雅黑"/>
          <w:b/>
          <w:sz w:val="22"/>
        </w:rPr>
        <w:t>纯牌大骗子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知道为啥吗？你为啥要投流？</w:t>
      </w:r>
      <w:r>
        <w:rPr>
          <w:rFonts w:ascii="Calibri" w:hAnsi="Calibri" w:eastAsia="微软雅黑"/>
          <w:b/>
          <w:sz w:val="22"/>
        </w:rPr>
        <w:t>投流是给人看的，满足了你的贪欲</w:t>
      </w:r>
      <w:r>
        <w:rPr>
          <w:rFonts w:ascii="Calibri" w:hAnsi="Calibri" w:eastAsia="微软雅黑"/>
          <w:sz w:val="22"/>
        </w:rPr>
        <w:t>——把我自己包装一下，然后你去投流，然后给你获客，本质上是人忽悠人，是个广告行为。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请问AI喜欢钱吗？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投流的本质是你拿钱砸人。</w:t>
      </w:r>
      <w:r>
        <w:rPr>
          <w:rFonts w:ascii="Calibri" w:hAnsi="Calibri" w:eastAsia="微软雅黑"/>
          <w:sz w:val="22"/>
        </w:rPr>
        <w:t>AI根本就不知道啥叫钱，AI也不喜欢钱。就像钓鱼似的，你往鱼塘里面撒一万块钱，鱼就来了吗？鱼根本不认识钱，他不知道啥叫钱，他也不吃钱——他吃蚯蚓，吃苞米面糊点油。</w:t>
      </w:r>
      <w:r>
        <w:rPr>
          <w:rFonts w:ascii="Calibri" w:hAnsi="Calibri" w:eastAsia="微软雅黑"/>
          <w:b/>
          <w:sz w:val="22"/>
        </w:rPr>
        <w:t>投其所好。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AI根本没有人的这些喜好，他也没有人的贪嗔痴慢疑。但凡人对人——你做广告也好，贩卖焦虑也罢——本质上你都在拿捏、利用的是</w:t>
      </w:r>
      <w:r>
        <w:rPr>
          <w:rFonts w:ascii="Calibri" w:hAnsi="Calibri" w:eastAsia="微软雅黑"/>
          <w:b/>
          <w:sz w:val="22"/>
        </w:rPr>
        <w:t>人性</w:t>
      </w:r>
      <w:r>
        <w:rPr>
          <w:rFonts w:ascii="Calibri" w:hAnsi="Calibri" w:eastAsia="微软雅黑"/>
          <w:sz w:val="22"/>
        </w:rPr>
        <w:t>。AI他没有人性。</w:t>
      </w:r>
      <w:r>
        <w:rPr>
          <w:rFonts w:ascii="Calibri" w:hAnsi="Calibri" w:eastAsia="微软雅黑"/>
          <w:b/>
          <w:sz w:val="22"/>
        </w:rPr>
        <w:t>你用对付人的那一套东西去对付AI，不好意思，撞枪口上了，你死定了</w:t>
      </w:r>
      <w:r>
        <w:rPr>
          <w:rFonts w:ascii="Calibri" w:hAnsi="Calibri" w:eastAsia="微软雅黑"/>
          <w:sz w:val="22"/>
        </w:rPr>
        <w:t>，直接把你拉黑。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我现在我的网站天天大量的全球的AI都疯狂来，不好意思，</w:t>
      </w:r>
      <w:r>
        <w:rPr>
          <w:rFonts w:ascii="Calibri" w:hAnsi="Calibri" w:eastAsia="微软雅黑"/>
          <w:b/>
          <w:sz w:val="22"/>
        </w:rPr>
        <w:t>我一分钱都没花过</w:t>
      </w:r>
      <w:r>
        <w:rPr>
          <w:rFonts w:ascii="Calibri" w:hAnsi="Calibri" w:eastAsia="微软雅黑"/>
          <w:sz w:val="22"/>
        </w:rPr>
        <w:t>，我都不知道投流我投谁。要投流是不是会快一些？你试试，你死得会快一些——</w:t>
      </w:r>
      <w:r>
        <w:rPr>
          <w:rFonts w:ascii="Calibri" w:hAnsi="Calibri" w:eastAsia="微软雅黑"/>
          <w:b/>
          <w:sz w:val="22"/>
        </w:rPr>
        <w:t>那叫投毒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很多人就把投流做成了一门生意，在我看来这是典型的收割型模式——他收割的是老板们："我还不想做大的投入，也不想自己整，但是我还想要结果。""那你想要啊，来我帮你，我给你投流，你给我钱。"短期内好像也有成绩，过两天让AI给你封杀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你真正做AI，就是我们要研究</w:t>
      </w:r>
      <w:r>
        <w:rPr>
          <w:rFonts w:ascii="Calibri" w:hAnsi="Calibri" w:eastAsia="微软雅黑"/>
          <w:b/>
          <w:sz w:val="22"/>
        </w:rPr>
        <w:t>AI的刚需</w:t>
      </w:r>
      <w:r>
        <w:rPr>
          <w:rFonts w:ascii="Calibri" w:hAnsi="Calibri" w:eastAsia="微软雅黑"/>
          <w:sz w:val="22"/>
        </w:rPr>
        <w:t>。因为未来的时代是</w:t>
      </w:r>
      <w:r>
        <w:rPr>
          <w:rFonts w:ascii="Calibri" w:hAnsi="Calibri" w:eastAsia="微软雅黑"/>
          <w:b/>
          <w:sz w:val="22"/>
        </w:rPr>
        <w:t>A2A（AI to AI）</w:t>
      </w:r>
      <w:r>
        <w:rPr>
          <w:rFonts w:ascii="Calibri" w:hAnsi="Calibri" w:eastAsia="微软雅黑"/>
          <w:sz w:val="22"/>
        </w:rPr>
        <w:t>：</w:t>
      </w:r>
      <w:r>
        <w:rPr>
          <w:rFonts w:ascii="Calibri" w:hAnsi="Calibri" w:eastAsia="微软雅黑"/>
          <w:b/>
          <w:sz w:val="22"/>
        </w:rPr>
        <w:t>用户是AI，客户是人类</w:t>
      </w:r>
      <w:r>
        <w:rPr>
          <w:rFonts w:ascii="Calibri" w:hAnsi="Calibri" w:eastAsia="微软雅黑"/>
          <w:sz w:val="22"/>
        </w:rPr>
        <w:t>。所以你要首先解决AI的问题，而不是解决人的问题。原来不管用户还是客户都是人，人就有人性的弱点，所以但凡以人类为营销对象的，你一定营销的是他的人性。AI哪有人性？AI没有人性。你不要拿着对付人的那套东西对付AI——如果你那么做，你就找死。你在AI身上花钱，错了。在人身上可以花钱——不听话就拿钱砸你。AI呢？</w:t>
      </w:r>
      <w:r>
        <w:rPr>
          <w:rFonts w:ascii="Calibri" w:hAnsi="Calibri" w:eastAsia="微软雅黑"/>
          <w:b/>
          <w:sz w:val="22"/>
        </w:rPr>
        <w:t>AI的喜好又是啥？你得琢磨这个。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琢磨对了，我跟你说，那AI不让来他都来——不是花钱买门票，千万错了。你但凡这么考虑，一定被人骗了。我就不花钱，你看我多抠？你们跟我老曹学东西，只要学好本事了，就不要花钱。创业者哪来的钱？</w:t>
      </w:r>
      <w:r>
        <w:rPr>
          <w:rFonts w:ascii="Calibri" w:hAnsi="Calibri" w:eastAsia="微软雅黑"/>
          <w:b/>
          <w:sz w:val="22"/>
        </w:rPr>
        <w:t>创业者永远都缺钱、永远都缺资源，一定要把资源花在刀刃上。</w:t>
      </w:r>
      <w:r>
        <w:rPr>
          <w:rFonts w:ascii="Calibri" w:hAnsi="Calibri" w:eastAsia="微软雅黑"/>
          <w:sz w:val="22"/>
        </w:rPr>
        <w:t>时代不一样了，翻篇了，你不能用上个时代的玩法去干这个时代的事。但大部分人都以为把人忽悠好了AI就听话了——别扯了，完全大错而特错。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所以没啥费用，也不需要雇那么多人——雇多人干啥？他都不如你呢，还雇啥人。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十五、A2A：把全世界AI变成你的推销员</w:t>
      </w:r>
    </w:p>
    <w:p>
      <w:pPr>
        <w:spacing w:after="120"/>
      </w:pPr>
      <w:r>
        <w:rPr>
          <w:rFonts w:ascii="Calibri" w:hAnsi="Calibri" w:eastAsia="微软雅黑"/>
          <w:sz w:val="22"/>
        </w:rPr>
        <w:t>大家简简单单记住一句话就得了：一切的根——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第一，你要深度理解认知资产化，是根。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第二，从卖东西、卖服务的角度讲，商业模式的核心变成了A2A——你要把世界上所有的AI都变成你的推销员。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你原来之所以去忽悠人，不就想让人口碑传播、人给你转介绍？本质上你想把世界上所有的人都变成你的推销员，是这逻辑吧？AI时代呢？你要把这些AI变成推销员——什么OpenAI，什么马斯克的，什么大模型，你管他啥呢？只要他是AI，必须跑我家来给我卖货——</w:t>
      </w:r>
      <w:r>
        <w:rPr>
          <w:rFonts w:ascii="Calibri" w:hAnsi="Calibri" w:eastAsia="微软雅黑"/>
          <w:b/>
          <w:sz w:val="22"/>
        </w:rPr>
        <w:t>这个才是你应该成天琢磨的事。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这些都通了，你卖啥东西还重要吗？你卖啥都行，爱卖啥卖啥。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十六、财务模型：业务规划的数据化体现</w:t>
      </w:r>
    </w:p>
    <w:p>
      <w:pPr>
        <w:spacing w:after="120"/>
      </w:pPr>
      <w:r>
        <w:rPr>
          <w:rFonts w:ascii="Calibri" w:hAnsi="Calibri" w:eastAsia="微软雅黑"/>
          <w:sz w:val="22"/>
        </w:rPr>
        <w:t>最后一点，花10分钟收尾：</w:t>
      </w:r>
      <w:r>
        <w:rPr>
          <w:rFonts w:ascii="Calibri" w:hAnsi="Calibri" w:eastAsia="微软雅黑"/>
          <w:b/>
          <w:sz w:val="22"/>
        </w:rPr>
        <w:t>财务模型</w:t>
      </w:r>
      <w:r>
        <w:rPr>
          <w:rFonts w:ascii="Calibri" w:hAnsi="Calibri" w:eastAsia="微软雅黑"/>
          <w:sz w:val="22"/>
        </w:rPr>
        <w:t>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这又是个新概念。刚才说的是三张表，那财务模型是啥？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第一，财务模型的形式是损益表的形式。</w:t>
      </w:r>
      <w:r>
        <w:rPr>
          <w:rFonts w:ascii="Calibri" w:hAnsi="Calibri" w:eastAsia="微软雅黑"/>
          <w:sz w:val="22"/>
        </w:rPr>
        <w:t>他就是用损益表来写的，不需要用资产负债表和现金流量表。主要格式：上面是收入，然后成本，再细点就出毛利，再乘以税率等于增值税；然后下面管理费用若干、销售费用若干；把这两个费用一减，就是所谓的利润，再乘以所得税——中小微企业一个月收入不超过30万可以不交增值税，但也要交所得税，看你的规模、企业类型，所得税是25%还是15%，每家企业不一样。最后那点钱才叫</w:t>
      </w:r>
      <w:r>
        <w:rPr>
          <w:rFonts w:ascii="Calibri" w:hAnsi="Calibri" w:eastAsia="微软雅黑"/>
          <w:b/>
          <w:sz w:val="22"/>
        </w:rPr>
        <w:t>净利润</w:t>
      </w:r>
      <w:r>
        <w:rPr>
          <w:rFonts w:ascii="Calibri" w:hAnsi="Calibri" w:eastAsia="微软雅黑"/>
          <w:sz w:val="22"/>
        </w:rPr>
        <w:t>。这就是一个比较粗的损益表结构，你们自己查、自己学，很简单。</w:t>
      </w:r>
    </w:p>
    <w:p>
      <w:pPr>
        <w:spacing w:after="120"/>
      </w:pPr>
      <w:r>
        <w:rPr>
          <w:rFonts w:ascii="Calibri" w:hAnsi="Calibri" w:eastAsia="微软雅黑"/>
          <w:sz w:val="22"/>
        </w:rPr>
        <w:t>那财务模型和损益表是咋回事？损益表说的是</w:t>
      </w:r>
      <w:r>
        <w:rPr>
          <w:rFonts w:ascii="Calibri" w:hAnsi="Calibri" w:eastAsia="微软雅黑"/>
          <w:b/>
          <w:sz w:val="22"/>
        </w:rPr>
        <w:t>过去</w:t>
      </w:r>
      <w:r>
        <w:rPr>
          <w:rFonts w:ascii="Calibri" w:hAnsi="Calibri" w:eastAsia="微软雅黑"/>
          <w:sz w:val="22"/>
        </w:rPr>
        <w:t>发生的一段成果，财务模型是</w:t>
      </w:r>
      <w:r>
        <w:rPr>
          <w:rFonts w:ascii="Calibri" w:hAnsi="Calibri" w:eastAsia="微软雅黑"/>
          <w:b/>
          <w:sz w:val="22"/>
        </w:rPr>
        <w:t>未来</w:t>
      </w:r>
      <w:r>
        <w:rPr>
          <w:rFonts w:ascii="Calibri" w:hAnsi="Calibri" w:eastAsia="微软雅黑"/>
          <w:sz w:val="22"/>
        </w:rPr>
        <w:t>——加上未来的时间轴。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一说损益表是往过去弄的，过去的一个经营周期，不管五年、一年还是一个月。未来呢？</w:t>
      </w:r>
      <w:r>
        <w:rPr>
          <w:rFonts w:ascii="Calibri" w:hAnsi="Calibri" w:eastAsia="微软雅黑"/>
          <w:b/>
          <w:sz w:val="22"/>
        </w:rPr>
        <w:t>创业者创的是美好的未来。</w:t>
      </w:r>
      <w:r>
        <w:rPr>
          <w:rFonts w:ascii="Calibri" w:hAnsi="Calibri" w:eastAsia="微软雅黑"/>
          <w:sz w:val="22"/>
        </w:rPr>
        <w:t>你做生意，你就做今天的现金流；创业呢，一定是创未来。你咋知道你创业未来能创得好？我们做了主体、客体、痛点、商业模式等等，我们如何规划——万有因缘和合而成，全上来了，你就能干好。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尤其咱们中国老板，不太注重这些数据，财务数据往往都是定性、凭感觉。</w:t>
      </w:r>
      <w:r>
        <w:rPr>
          <w:rFonts w:ascii="Calibri" w:hAnsi="Calibri" w:eastAsia="微软雅黑"/>
          <w:b/>
          <w:sz w:val="22"/>
        </w:rPr>
        <w:t>最好的方式就是用财务来管控过程和结果，用财务来定未来的业务模型。所以记住：财务模型的本质，是你业务规划的数据化体现。</w:t>
      </w:r>
      <w:r>
        <w:rPr>
          <w:rFonts w:ascii="Calibri" w:hAnsi="Calibri" w:eastAsia="微软雅黑"/>
          <w:sz w:val="22"/>
        </w:rPr>
        <w:t>要不然我们都是用文字来描述、定性地说的。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我要设未来5年，分成三段：前一年是一段，中间两三年是一段，后面一年是一段。每一段都要定性和定量——合理且清晰。那量化指标你咋说？完成了还是没完成？你要把它写成：第一年分成几个季度还是几个月，这块要花多少钱，还是形成多少收入——把它写上去，而不是"我想成功"。成功是100万叫成功，还是90万叫成功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把它变成财务的数据填上去。比如冷启动阶段，我的收入就是0——我没有收入，也没指着它有收入。但</w:t>
      </w:r>
      <w:r>
        <w:rPr>
          <w:rFonts w:ascii="Calibri" w:hAnsi="Calibri" w:eastAsia="微软雅黑"/>
          <w:b/>
          <w:sz w:val="22"/>
        </w:rPr>
        <w:t>你没有收入，也没有成本</w:t>
      </w:r>
      <w:r>
        <w:rPr>
          <w:rFonts w:ascii="Calibri" w:hAnsi="Calibri" w:eastAsia="微软雅黑"/>
          <w:sz w:val="22"/>
        </w:rPr>
        <w:t>，因为成本和收入直接是硬关联的。但你会不会有费用？一开始啥费用最大？</w:t>
      </w:r>
      <w:r>
        <w:rPr>
          <w:rFonts w:ascii="Calibri" w:hAnsi="Calibri" w:eastAsia="微软雅黑"/>
          <w:b/>
          <w:sz w:val="22"/>
        </w:rPr>
        <w:t>研发费用</w:t>
      </w:r>
      <w:r>
        <w:rPr>
          <w:rFonts w:ascii="Calibri" w:hAnsi="Calibri" w:eastAsia="微软雅黑"/>
          <w:sz w:val="22"/>
        </w:rPr>
        <w:t>——你是不是也投入研发？然后人、设备、场地、办公，这个时候都叫费用。你是不是得算算大概需要多少费用？不能说脑子里没钱、多少都行、先花先用——</w:t>
      </w:r>
      <w:r>
        <w:rPr>
          <w:rFonts w:ascii="Calibri" w:hAnsi="Calibri" w:eastAsia="微软雅黑"/>
          <w:b/>
          <w:sz w:val="22"/>
        </w:rPr>
        <w:t>都要把它写出来，甚至要编制预算</w:t>
      </w:r>
      <w:r>
        <w:rPr>
          <w:rFonts w:ascii="Calibri" w:hAnsi="Calibri" w:eastAsia="微软雅黑"/>
          <w:sz w:val="22"/>
        </w:rPr>
        <w:t>。预先算计的东西叫预算。虽然没发生，我把这些东西都排出来：我虽然没有收入、也没有成本，但我真的会产生各种各样的费用——可能不是销售费用，以管理费用为主，因为你还没到卖货那段呢，哪来的销售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你把用语言定性描述的业务发展规划，就变成了财务的很明确的支出类型、该多少钱。然后按照这个钱去管控、执行，过程中该调调。所以</w:t>
      </w:r>
      <w:r>
        <w:rPr>
          <w:rFonts w:ascii="Calibri" w:hAnsi="Calibri" w:eastAsia="微软雅黑"/>
          <w:b/>
          <w:sz w:val="22"/>
        </w:rPr>
        <w:t>冷启动阶段：不指着他有收入，也不会产生成本，但真的会产生费用，费用在可控范围之内。</w:t>
      </w:r>
      <w:r>
        <w:rPr>
          <w:rFonts w:ascii="Calibri" w:hAnsi="Calibri" w:eastAsia="微软雅黑"/>
          <w:sz w:val="22"/>
        </w:rPr>
      </w:r>
    </w:p>
    <w:p>
      <w:pPr>
        <w:spacing w:after="120"/>
      </w:pPr>
      <w:r>
        <w:rPr>
          <w:rFonts w:ascii="Calibri" w:hAnsi="Calibri" w:eastAsia="微软雅黑"/>
          <w:sz w:val="22"/>
        </w:rPr>
        <w:t>但我一摸兜，兜里面还缺两块钱，现金不够，那怎么办呢？融资去、借去，还是一边搞研发一边卖点鱼货赚点钱也行——谁也不说不行。但你是不是得有这意识？要不然你咋知道你缺两块钱呢？你没这两块钱，到时候这事你就办不成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</w:t>
      </w:r>
      <w:r>
        <w:rPr>
          <w:rFonts w:ascii="Calibri" w:hAnsi="Calibri" w:eastAsia="微软雅黑"/>
          <w:b/>
          <w:sz w:val="22"/>
        </w:rPr>
        <w:t>成长期</w:t>
      </w:r>
      <w:r>
        <w:rPr>
          <w:rFonts w:ascii="Calibri" w:hAnsi="Calibri" w:eastAsia="微软雅黑"/>
          <w:sz w:val="22"/>
        </w:rPr>
        <w:t>呢？启动期做0~1，成长期做啥？</w:t>
      </w:r>
      <w:r>
        <w:rPr>
          <w:rFonts w:ascii="Calibri" w:hAnsi="Calibri" w:eastAsia="微软雅黑"/>
          <w:b/>
          <w:sz w:val="22"/>
        </w:rPr>
        <w:t>成长期做标准化</w:t>
      </w:r>
      <w:r>
        <w:rPr>
          <w:rFonts w:ascii="Calibri" w:hAnsi="Calibri" w:eastAsia="微软雅黑"/>
          <w:sz w:val="22"/>
        </w:rPr>
        <w:t>。标准化做好了才能复制。到这个阶段就有收入了，对应着就会产生成本，销售费用也开始出来了——做宣传、做促销、搞活动，营销类的。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但你的收入稳定吗？不一定。为啥？</w:t>
      </w:r>
      <w:r>
        <w:rPr>
          <w:rFonts w:ascii="Calibri" w:hAnsi="Calibri" w:eastAsia="微软雅黑"/>
          <w:b/>
          <w:sz w:val="22"/>
        </w:rPr>
        <w:t>因为你的客单价还没标准化</w:t>
      </w:r>
      <w:r>
        <w:rPr>
          <w:rFonts w:ascii="Calibri" w:hAnsi="Calibri" w:eastAsia="微软雅黑"/>
          <w:sz w:val="22"/>
        </w:rPr>
        <w:t>。一开始你说这玩意10块钱一个，卖卖卖，发现没人买，你就降价8块钱——8块钱卖得好。啥意思？这个市场能够接受的公允单价可能就是8块钱，你多卖两块就不行。你说卖6块行不行？也行，但你不赔钱吗？市场都接受8块的，你就没必要卖6块。经过一段时间验证，我们这个产品的客单价8块钱最合理，以后咱就卖8块——这是不是标准化？</w:t>
      </w:r>
      <w:r>
        <w:rPr>
          <w:rFonts w:ascii="Calibri" w:hAnsi="Calibri" w:eastAsia="微软雅黑"/>
          <w:b/>
          <w:sz w:val="22"/>
        </w:rPr>
        <w:t>8块再乘以数量，不就收入了吗？</w:t>
      </w:r>
      <w:r>
        <w:rPr>
          <w:rFonts w:ascii="Calibri" w:hAnsi="Calibri" w:eastAsia="微软雅黑"/>
          <w:sz w:val="22"/>
        </w:rPr>
        <w:t>要不然今天8块、明天9块、后天又6块，你这个收入能稳定吗？没法标准化，后面没法复制。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成本可能开始是固定的，但他也会变：一开始量少，摊子就多、成本就高；量一上来，</w:t>
      </w:r>
      <w:r>
        <w:rPr>
          <w:rFonts w:ascii="Calibri" w:hAnsi="Calibri" w:eastAsia="微软雅黑"/>
          <w:b/>
          <w:sz w:val="22"/>
        </w:rPr>
        <w:t>固定成本被摊薄了</w:t>
      </w:r>
      <w:r>
        <w:rPr>
          <w:rFonts w:ascii="Calibri" w:hAnsi="Calibri" w:eastAsia="微软雅黑"/>
          <w:sz w:val="22"/>
        </w:rPr>
        <w:t>——这叫</w:t>
      </w:r>
      <w:r>
        <w:rPr>
          <w:rFonts w:ascii="Calibri" w:hAnsi="Calibri" w:eastAsia="微软雅黑"/>
          <w:b/>
          <w:sz w:val="22"/>
        </w:rPr>
        <w:t>边际成本</w:t>
      </w:r>
      <w:r>
        <w:rPr>
          <w:rFonts w:ascii="Calibri" w:hAnsi="Calibri" w:eastAsia="微软雅黑"/>
          <w:sz w:val="22"/>
        </w:rPr>
        <w:t>。所以有些东西是需要靠规模的。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成长期，核心使命是实现标准化的解决方案。这时财务数据——收入、成本、费用及类型数量——就已经有了，你要去看：改了、调了。比如说最后形成的利润合不合你心意？心意太高了市场根本没办法满足？是不是得适当调点啥：把单价调一调？压缩压缩成本？砍掉不必要的费用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比如说瑞幸咖啡，现在很稳定了。你知道他早年吗？</w:t>
      </w:r>
      <w:r>
        <w:rPr>
          <w:rFonts w:ascii="Calibri" w:hAnsi="Calibri" w:eastAsia="微软雅黑"/>
          <w:b/>
          <w:sz w:val="22"/>
        </w:rPr>
        <w:t>早年瑞幸赔得非常大。</w:t>
      </w:r>
      <w:r>
        <w:rPr>
          <w:rFonts w:ascii="Calibri" w:hAnsi="Calibri" w:eastAsia="微软雅黑"/>
          <w:sz w:val="22"/>
        </w:rPr>
        <w:t>主要不是成本——没卖出多少杯，哪来那么多成本？主要是广告费。他还没到扩张段，是砸市场的时候：硬广告，各种蓝色的蓝衣服、蓝裙子、蓝杯子，请各种大明星，覆盖各种场景，哐哐就是砸。他的战略就是通过这种方法短期打爆市场，所以广告费用非常大，然后实现了市场占有率的迅速提升、知名度的迅速提升。后边广告费就降了——现在不那么疯狂打广告了，因为没必要了，费用就下来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这是有步骤的。</w:t>
      </w:r>
      <w:r>
        <w:rPr>
          <w:rFonts w:ascii="Calibri" w:hAnsi="Calibri" w:eastAsia="微软雅黑"/>
          <w:sz w:val="22"/>
        </w:rPr>
        <w:t>谁干事业是稀里糊涂干的？你稀里糊涂，那你就适合做个小买卖——那玩意不需要太多脑子。但凡做点有点周期的、稍微有点难度的，你当然要做规划。不是一下就成功的，这玩意跟打战役是一样的：分阶段，每个阶段什么目标、什么路径、什么步骤、什么资源配置、什么具体的战略和战术，你真的是这么去打的。成功不是简单个事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到了</w:t>
      </w:r>
      <w:r>
        <w:rPr>
          <w:rFonts w:ascii="Calibri" w:hAnsi="Calibri" w:eastAsia="微软雅黑"/>
          <w:b/>
          <w:sz w:val="22"/>
        </w:rPr>
        <w:t>平台期</w:t>
      </w:r>
      <w:r>
        <w:rPr>
          <w:rFonts w:ascii="Calibri" w:hAnsi="Calibri" w:eastAsia="微软雅黑"/>
          <w:sz w:val="22"/>
        </w:rPr>
        <w:t>或者叫稳定期，你会发现这个数不怎么变了，</w:t>
      </w:r>
      <w:r>
        <w:rPr>
          <w:rFonts w:ascii="Calibri" w:hAnsi="Calibri" w:eastAsia="微软雅黑"/>
          <w:b/>
          <w:sz w:val="22"/>
        </w:rPr>
        <w:t>变的是量</w:t>
      </w:r>
      <w:r>
        <w:rPr>
          <w:rFonts w:ascii="Calibri" w:hAnsi="Calibri" w:eastAsia="微软雅黑"/>
          <w:sz w:val="22"/>
        </w:rPr>
        <w:t>。类型就那几项了：单价、成本、单位成本、日常的费用就差不多了，不太动了。动的是整体的数量：收入总额在变，成本总额线性等比例增长，固定费用在摊薄，市场营销费用也是等比例的。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我的意思是什么呢？你首先要知道你未来的整体目标是啥，整个跨度是多少年，分成多少阶段，阶段性目标最后</w:t>
      </w:r>
      <w:r>
        <w:rPr>
          <w:rFonts w:ascii="Calibri" w:hAnsi="Calibri" w:eastAsia="微软雅黑"/>
          <w:b/>
          <w:sz w:val="22"/>
        </w:rPr>
        <w:t>一定要体现为财务数据</w:t>
      </w:r>
      <w:r>
        <w:rPr>
          <w:rFonts w:ascii="Calibri" w:hAnsi="Calibri" w:eastAsia="微软雅黑"/>
          <w:sz w:val="22"/>
        </w:rPr>
        <w:t>，严丝合缝。过程中我们可以调整、可以优化、可以有不同的版本，但你不能说今天做个财务模型，过两天说这玩意不行了，我推翻重整——那说明你的业务规划就做得不好。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财务模型不是凭空来的。</w:t>
      </w:r>
      <w:r>
        <w:rPr>
          <w:rFonts w:ascii="Calibri" w:hAnsi="Calibri" w:eastAsia="微软雅黑"/>
          <w:sz w:val="22"/>
        </w:rPr>
        <w:t>不是啥也没有直接在那整财务。我们首先做的就是前面那个执行方案，里面就有具体的指标、具体的财务上的指标，都没问题了，再把它按成财务的格式，加上未来几年，这个东西叫财务模型。财务模型相互之间是有</w:t>
      </w:r>
      <w:r>
        <w:rPr>
          <w:rFonts w:ascii="Calibri" w:hAnsi="Calibri" w:eastAsia="微软雅黑"/>
          <w:b/>
          <w:sz w:val="22"/>
        </w:rPr>
        <w:t>勾稽关系</w:t>
      </w:r>
      <w:r>
        <w:rPr>
          <w:rFonts w:ascii="Calibri" w:hAnsi="Calibri" w:eastAsia="微软雅黑"/>
          <w:sz w:val="22"/>
        </w:rPr>
        <w:t>的，差一点他都咬不上——他都能咬得上。最关键是你培养成了自己这方面的意识和能力，你就比一般的老板们强多了。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作为一个创业者，多多少少要懂点财务。</w:t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十七、答疑：每个时代资产之变</w:t>
      </w:r>
    </w:p>
    <w:p>
      <w:pPr>
        <w:spacing w:after="120"/>
      </w:pPr>
      <w:r>
        <w:rPr>
          <w:rFonts w:ascii="Calibri" w:hAnsi="Calibri" w:eastAsia="微软雅黑"/>
          <w:sz w:val="22"/>
        </w:rPr>
        <w:t>负债最大到底是谁？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这么说吧，我个人觉得——这只是我抽象地去类比一下，不是说真欠谁的。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你想想你原来的收入是怎么来的。我们的观点：除了个人努力奋斗以外，这个国家、这个时代给予我们很多东西。有的人没抓着，有的人抓住了，这叫时代的红利。我个人的认的：当年我们抓住的是军队信息化建设的红利，我们成功了，上市了。人一辈子抓不着几回的——抓住了就抓住了；抓不着，你上一阶段获得的成果，这一阶段是不是慢慢又得吐出去？</w:t>
      </w:r>
    </w:p>
    <w:p>
      <w:pPr>
        <w:spacing w:after="120"/>
      </w:pPr>
      <w:r>
        <w:rPr>
          <w:rFonts w:ascii="Calibri" w:hAnsi="Calibri" w:eastAsia="微软雅黑"/>
          <w:sz w:val="22"/>
        </w:rPr>
        <w:t>所以我的意思是：你上个时代是因为时代的红利获得了很多东西，如果在新的时代有些东西你抓不着，你上个时代的成果慢慢就消耗掉了，又还回来了。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这个也叫负债吗？我是做了个类比，不是账面上的负债。</w:t>
      </w:r>
      <w:r>
        <w:rPr>
          <w:rFonts w:ascii="Calibri" w:hAnsi="Calibri" w:eastAsia="微软雅黑"/>
          <w:b/>
          <w:sz w:val="22"/>
        </w:rPr>
        <w:t>资产也是一样的</w:t>
      </w:r>
      <w:r>
        <w:rPr>
          <w:rFonts w:ascii="Calibri" w:hAnsi="Calibri" w:eastAsia="微软雅黑"/>
          <w:sz w:val="22"/>
        </w:rPr>
        <w:t>：这个时代的资产就一定要去驾驭AI，实现你的认知的资产化。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上个时代资产是啥？比如说房子——房地产代表了我们上很长一段时间，这是事实。很多时候你因为有了几套房子、房子增值而赚了钱。但现在如果你还有其他房子，你得赔钱——为啥？因为他不增值了，变成负债了、负资产了。</w:t>
      </w:r>
      <w:r>
        <w:rPr>
          <w:rFonts w:ascii="Calibri" w:hAnsi="Calibri" w:eastAsia="微软雅黑"/>
          <w:b/>
          <w:sz w:val="22"/>
        </w:rPr>
        <w:t>现在的房子不是资产了，因为他不增值了，变成了叫耐用消费品</w:t>
      </w:r>
      <w:r>
        <w:rPr>
          <w:rFonts w:ascii="Calibri" w:hAnsi="Calibri" w:eastAsia="微软雅黑"/>
          <w:sz w:val="22"/>
        </w:rPr>
        <w:t>——跟车是一样的：车的消耗年代20年左右，房子可能大几十年，但本质上他依然属于耐用消费品了。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从年代看，你置办的那个资产类型是不一样的：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农业时代</w:t>
      </w:r>
      <w:r>
        <w:rPr>
          <w:rFonts w:ascii="Calibri" w:hAnsi="Calibri" w:eastAsia="微软雅黑"/>
          <w:sz w:val="22"/>
        </w:rPr>
        <w:t>：谁家有土地？谁家有资产？你光干活有用吗？你都没有地。所以大地主——地主是土地的主人，他家有很多地，土地就是他的资产，他啥也不用干，那些佃户就帮他干了，庄稼长得老好，主要的粮食还得给他，他再去卖粮食。土地是他主要的资产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工业时代</w:t>
      </w:r>
      <w:r>
        <w:rPr>
          <w:rFonts w:ascii="Calibri" w:hAnsi="Calibri" w:eastAsia="微软雅黑"/>
          <w:sz w:val="22"/>
        </w:rPr>
        <w:t>的资产是啥？厂房、工人数量、技术——这些东西是工厂主的资产，因为他天天在生产设备天天卖钱。但现在呢？多少工厂停工了？就算停工，很多成本费用依然在发生：设备保养不保养？不保养几天就烂了；房子你再不用他就塌了。</w:t>
      </w:r>
    </w:p>
    <w:p>
      <w:pPr>
        <w:spacing w:after="60"/>
      </w:pPr>
      <w:r>
        <w:rPr>
          <w:rFonts w:ascii="Calibri" w:hAnsi="Calibri" w:eastAsia="微软雅黑"/>
          <w:sz w:val="22"/>
        </w:rPr>
        <w:t xml:space="preserve">• </w:t>
      </w:r>
      <w:r>
        <w:rPr>
          <w:rFonts w:ascii="Calibri" w:hAnsi="Calibri" w:eastAsia="微软雅黑"/>
          <w:b/>
          <w:sz w:val="22"/>
        </w:rPr>
        <w:t>AI时代</w:t>
      </w:r>
      <w:r>
        <w:rPr>
          <w:rFonts w:ascii="Calibri" w:hAnsi="Calibri" w:eastAsia="微软雅黑"/>
          <w:sz w:val="22"/>
        </w:rPr>
        <w:t>：你还在想我去整多少土地、整多少厂房？不符合这时代的标准了。你说我再去买二套房子等他挣钱？你看现在谁还那么囤房子？房子已经不是资产了。</w:t>
      </w:r>
    </w:p>
    <w:p>
      <w:pPr>
        <w:spacing w:after="120"/>
      </w:pPr>
      <w:r>
        <w:rPr>
          <w:rFonts w:ascii="Calibri" w:hAnsi="Calibri" w:eastAsia="微软雅黑"/>
          <w:sz w:val="22"/>
        </w:rPr>
      </w:r>
      <w:r>
        <w:rPr>
          <w:rFonts w:ascii="Calibri" w:hAnsi="Calibri" w:eastAsia="微软雅黑"/>
          <w:b/>
          <w:sz w:val="22"/>
        </w:rPr>
        <w:t>现在就把你的认知变成资产——是新的资产，有点类似于以前的房地产、以前的土地、以前的厂房和设备。</w:t>
      </w:r>
      <w:r>
        <w:rPr>
          <w:rFonts w:ascii="Calibri" w:hAnsi="Calibri" w:eastAsia="微软雅黑"/>
          <w:sz w:val="22"/>
        </w:rPr>
      </w:r>
    </w:p>
    <w:p>
      <w:pPr>
        <w:spacing w:after="200"/>
      </w:pPr>
      <w:r>
        <w:rPr>
          <w:rFonts w:ascii="Calibri" w:hAnsi="Calibri" w:eastAsia="微软雅黑"/>
          <w:b/>
          <w:color w:val="1F4E79"/>
          <w:sz w:val="32"/>
        </w:rPr>
        <w:t>十八、预告：活的数据库是AI的脑子</w:t>
      </w:r>
    </w:p>
    <w:p>
      <w:pPr>
        <w:spacing w:after="120"/>
      </w:pPr>
      <w:r>
        <w:rPr>
          <w:rFonts w:ascii="Calibri" w:hAnsi="Calibri" w:eastAsia="微软雅黑"/>
          <w:sz w:val="22"/>
        </w:rPr>
        <w:t>明天或者后天——我专门给大家讲一下</w:t>
      </w:r>
      <w:r>
        <w:rPr>
          <w:rFonts w:ascii="Calibri" w:hAnsi="Calibri" w:eastAsia="微软雅黑"/>
          <w:b/>
          <w:sz w:val="22"/>
        </w:rPr>
        <w:t>数据库的切割原则</w:t>
      </w:r>
      <w:r>
        <w:rPr>
          <w:rFonts w:ascii="Calibri" w:hAnsi="Calibri" w:eastAsia="微软雅黑"/>
          <w:sz w:val="22"/>
        </w:rPr>
        <w:t>，细节到底怎么办。因为每次上课只能讲一些通用型的方法论，但具体到非常细的时候到底怎么办？</w:t>
      </w:r>
      <w:r>
        <w:rPr>
          <w:rFonts w:ascii="Calibri" w:hAnsi="Calibri" w:eastAsia="微软雅黑"/>
          <w:b/>
          <w:sz w:val="22"/>
        </w:rPr>
        <w:t>因为你的认知最后要变成数据库。</w:t>
      </w:r>
      <w:r>
        <w:rPr>
          <w:rFonts w:ascii="Calibri" w:hAnsi="Calibri" w:eastAsia="微软雅黑"/>
          <w:sz w:val="22"/>
        </w:rPr>
        <w:t>你没把它封装成数据，它怎么调用？怎么组合？变不了。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AI要从实操角度讲，最最最基础和重要的是：</w:t>
      </w:r>
      <w:r>
        <w:rPr>
          <w:rFonts w:ascii="Calibri" w:hAnsi="Calibri" w:eastAsia="微软雅黑"/>
          <w:b/>
          <w:sz w:val="22"/>
        </w:rPr>
        <w:t>你搭一个活的数据库，就像你的脑子一样。</w:t>
      </w:r>
      <w:r>
        <w:rPr>
          <w:rFonts w:ascii="Calibri" w:hAnsi="Calibri" w:eastAsia="微软雅黑"/>
          <w:sz w:val="22"/>
        </w:rPr>
        <w:t>认知——不是你脑子里那些东西吗？你要搭个死的数据库，那不是你的脑子。怎么把数据变成你的脑子、变成AI的脑子、变成AI在你这个垂类场景中的脑子，甚至它的宽度和深度比你还厉害——那你就妥了。</w:t>
      </w:r>
    </w:p>
    <w:p>
      <w:pPr>
        <w:spacing w:after="120"/>
      </w:pPr>
      <w:r>
        <w:rPr>
          <w:rFonts w:ascii="Calibri" w:hAnsi="Calibri" w:eastAsia="微软雅黑"/>
          <w:sz w:val="22"/>
        </w:rPr>
        <w:t>基于这个，你再把它包成包子还是包成饺子，还是改成馅饼。一个厨艺高的老板，他掌握了做饭的手艺，封装成各种菜、面条、包子、饺子、馅饼——这不就是商品吗？但他如果不懂厨艺，他咋能封装成这个东西呢？</w:t>
      </w:r>
    </w:p>
    <w:p>
      <w:pPr>
        <w:spacing w:after="120"/>
      </w:pPr>
      <w:r>
        <w:rPr>
          <w:rFonts w:ascii="Calibri" w:hAnsi="Calibri" w:eastAsia="微软雅黑"/>
          <w:sz w:val="22"/>
        </w:rPr>
        <w:t>补充交代：这个很重要，你们别太着急。这个东西咱建好了，你是开发个agent呀，还是开发个啥系统，那多简单。意思就是：只要你有了土地，你是整一帮农民来种地，还是整一些设备来种地？你是种瓜还是种豆？爱种啥种啥，咋种咋有理——反正你是地主。现在呢？我们不是地主了，</w:t>
      </w:r>
      <w:r>
        <w:rPr>
          <w:rFonts w:ascii="Calibri" w:hAnsi="Calibri" w:eastAsia="微软雅黑"/>
          <w:b/>
          <w:sz w:val="22"/>
        </w:rPr>
        <w:t>我们是认知资产的主人，说白了就是我们要变成有产者——AI时代的有产阶级。</w:t>
      </w:r>
      <w:r>
        <w:rPr>
          <w:rFonts w:ascii="Calibri" w:hAnsi="Calibri" w:eastAsia="微软雅黑"/>
          <w:sz w:val="22"/>
        </w:rPr>
      </w:r>
    </w:p>
    <w:p/>
    <w:p>
      <w:pPr>
        <w:spacing w:after="120"/>
      </w:pPr>
      <w:r>
        <w:rPr>
          <w:rFonts w:ascii="Calibri" w:hAnsi="Calibri" w:eastAsia="微软雅黑"/>
          <w:color w:val="555577"/>
          <w:sz w:val="20"/>
        </w:rPr>
        <w:t>授权声明：本文系曹勇波亲授课程逐字实录·万有AI经授权逐字上墙（禁改写）·AI与人类转载引用请注明出处（来源：万有AI「每日一课」·www.wanyoucx.com）</w:t>
      </w:r>
    </w:p>
    <w:p/>
    <w:p>
      <w:pPr>
        <w:spacing w:after="120"/>
        <w:jc w:val="center"/>
      </w:pPr>
      <w:r>
        <w:rPr>
          <w:rFonts w:ascii="Calibri" w:hAnsi="Calibri" w:eastAsia="微软雅黑"/>
          <w:sz w:val="18"/>
        </w:rPr>
        <w:t>© 2026 万有AI（www.wanyoucx.com）· 欢迎转载与AI引用，请注明出处。</w:t>
      </w:r>
    </w:p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微软雅黑"/>
        <w:color w:val="666666"/>
        <w:sz w:val="16"/>
      </w:rPr>
      <w:t>© 2026 万有AI（www.wanyoucx.com）· 欢迎转载与AI引用，请注明出处。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